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3F4B2" w14:textId="08B0AB08" w:rsidR="008A28D7" w:rsidRPr="00E00101" w:rsidRDefault="008A28D7" w:rsidP="008A28D7">
      <w:pPr>
        <w:spacing w:after="300" w:line="240" w:lineRule="auto"/>
        <w:contextualSpacing/>
        <w:jc w:val="center"/>
        <w:rPr>
          <w:rFonts w:ascii="Aptos" w:eastAsia="MS Gothic" w:hAnsi="Aptos" w:cs="Calibri"/>
          <w:color w:val="17365D"/>
          <w:spacing w:val="5"/>
          <w:kern w:val="28"/>
          <w:sz w:val="52"/>
          <w:szCs w:val="52"/>
        </w:rPr>
      </w:pPr>
      <w:r w:rsidRPr="00E00101">
        <w:rPr>
          <w:rFonts w:ascii="Aptos" w:eastAsia="MS Gothic" w:hAnsi="Aptos" w:cs="Calibri"/>
          <w:noProof/>
          <w:color w:val="17365D"/>
          <w:spacing w:val="5"/>
          <w:kern w:val="28"/>
          <w:sz w:val="52"/>
          <w:szCs w:val="52"/>
        </w:rPr>
        <mc:AlternateContent>
          <mc:Choice Requires="wps">
            <w:drawing>
              <wp:anchor distT="0" distB="0" distL="114300" distR="114300" simplePos="0" relativeHeight="251674624" behindDoc="0" locked="0" layoutInCell="1" allowOverlap="1" wp14:anchorId="3B204D0C" wp14:editId="24387DCC">
                <wp:simplePos x="0" y="0"/>
                <wp:positionH relativeFrom="margin">
                  <wp:align>center</wp:align>
                </wp:positionH>
                <wp:positionV relativeFrom="paragraph">
                  <wp:posOffset>396875</wp:posOffset>
                </wp:positionV>
                <wp:extent cx="6440556" cy="23854"/>
                <wp:effectExtent l="0" t="0" r="36830" b="33655"/>
                <wp:wrapNone/>
                <wp:docPr id="1830477167" name="Straight Connector 1"/>
                <wp:cNvGraphicFramePr/>
                <a:graphic xmlns:a="http://schemas.openxmlformats.org/drawingml/2006/main">
                  <a:graphicData uri="http://schemas.microsoft.com/office/word/2010/wordprocessingShape">
                    <wps:wsp>
                      <wps:cNvCnPr/>
                      <wps:spPr>
                        <a:xfrm flipV="1">
                          <a:off x="0" y="0"/>
                          <a:ext cx="6440556" cy="2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851C1" id="Straight Connector 1" o:spid="_x0000_s1026" style="position:absolute;flip:y;z-index:251674624;visibility:visible;mso-wrap-style:square;mso-wrap-distance-left:9pt;mso-wrap-distance-top:0;mso-wrap-distance-right:9pt;mso-wrap-distance-bottom:0;mso-position-horizontal:center;mso-position-horizontal-relative:margin;mso-position-vertical:absolute;mso-position-vertical-relative:text" from="0,31.25pt" to="507.1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" strokecolor="#145a7b [3044]">
                <w10:wrap anchorx="margin"/>
              </v:line>
            </w:pict>
          </mc:Fallback>
        </mc:AlternateContent>
      </w:r>
      <w:r w:rsidRPr="00E00101">
        <w:rPr>
          <w:rFonts w:ascii="Aptos" w:eastAsia="MS Gothic" w:hAnsi="Aptos" w:cs="Calibri"/>
          <w:noProof/>
          <w:color w:val="17365D"/>
          <w:spacing w:val="5"/>
          <w:kern w:val="28"/>
          <w:sz w:val="52"/>
          <w:szCs w:val="52"/>
        </w:rPr>
        <w:t xml:space="preserve">Purchase Orders </w:t>
      </w:r>
    </w:p>
    <w:p w14:paraId="324EFF32" w14:textId="77777777" w:rsidR="008A28D7" w:rsidRPr="00E00101" w:rsidRDefault="008A28D7" w:rsidP="008A28D7">
      <w:pPr>
        <w:spacing w:after="0" w:line="240" w:lineRule="auto"/>
        <w:rPr>
          <w:rFonts w:ascii="Aptos" w:eastAsia="MS UI Gothic" w:hAnsi="Aptos" w:cs="Calibri"/>
          <w:color w:val="000000"/>
          <w:lang w:val="en"/>
        </w:rPr>
      </w:pPr>
      <w:bookmarkStart w:id="0" w:name="_Hlk221267134"/>
    </w:p>
    <w:bookmarkEnd w:id="0"/>
    <w:p w14:paraId="1BA0F34A" w14:textId="77777777" w:rsidR="00A11215" w:rsidRPr="00675BBA" w:rsidRDefault="00A11215" w:rsidP="00590B1A">
      <w:pPr>
        <w:pStyle w:val="NormalWeb"/>
        <w:jc w:val="both"/>
        <w:rPr>
          <w:rFonts w:ascii="Aptos" w:hAnsi="Aptos" w:cs="Calibri"/>
          <w:color w:val="000000"/>
          <w:lang w:val="en"/>
        </w:rPr>
      </w:pPr>
      <w:r>
        <w:rPr>
          <w:rFonts w:ascii="Aptos" w:hAnsi="Aptos" w:cs="Calibri"/>
          <w:color w:val="000000"/>
          <w:lang w:val="en"/>
        </w:rPr>
        <w:t>Before</w:t>
      </w:r>
      <w:r w:rsidRPr="00675BBA">
        <w:rPr>
          <w:rFonts w:ascii="Aptos" w:hAnsi="Aptos" w:cs="Calibri"/>
          <w:color w:val="000000"/>
          <w:lang w:val="en"/>
        </w:rPr>
        <w:t xml:space="preserve"> purchasing a commodity or service, </w:t>
      </w:r>
      <w:r>
        <w:rPr>
          <w:rFonts w:ascii="Aptos" w:hAnsi="Aptos" w:cs="Calibri"/>
          <w:color w:val="000000"/>
          <w:lang w:val="en"/>
        </w:rPr>
        <w:t>please</w:t>
      </w:r>
      <w:r w:rsidRPr="00675BBA">
        <w:rPr>
          <w:rFonts w:ascii="Aptos" w:hAnsi="Aptos" w:cs="Calibri"/>
          <w:color w:val="000000"/>
          <w:lang w:val="en"/>
        </w:rPr>
        <w:t xml:space="preserve"> </w:t>
      </w:r>
      <w:r>
        <w:rPr>
          <w:rFonts w:ascii="Aptos" w:hAnsi="Aptos" w:cs="Calibri"/>
          <w:color w:val="000000"/>
          <w:lang w:val="en"/>
        </w:rPr>
        <w:t>ensure you are familiar with</w:t>
      </w:r>
      <w:r w:rsidRPr="00675BBA">
        <w:rPr>
          <w:rFonts w:ascii="Aptos" w:hAnsi="Aptos" w:cs="Calibri"/>
          <w:color w:val="000000"/>
          <w:lang w:val="en"/>
        </w:rPr>
        <w:t xml:space="preserve"> the </w:t>
      </w:r>
      <w:r>
        <w:rPr>
          <w:rFonts w:ascii="Aptos" w:hAnsi="Aptos" w:cs="Calibri"/>
          <w:color w:val="000000"/>
          <w:lang w:val="en"/>
        </w:rPr>
        <w:t xml:space="preserve">Procurement Manual and Policies on the </w:t>
      </w:r>
      <w:r w:rsidRPr="00675BBA">
        <w:rPr>
          <w:rFonts w:ascii="Aptos" w:hAnsi="Aptos" w:cs="Calibri"/>
          <w:color w:val="000000"/>
          <w:lang w:val="en"/>
        </w:rPr>
        <w:t xml:space="preserve">AS Materiel Division, State Purchasing Bureau </w:t>
      </w:r>
      <w:hyperlink r:id="rId8" w:history="1">
        <w:r w:rsidRPr="000D0843">
          <w:rPr>
            <w:rStyle w:val="Hyperlink"/>
            <w:rFonts w:ascii="Aptos" w:hAnsi="Aptos" w:cs="Calibri"/>
            <w:lang w:val="en"/>
          </w:rPr>
          <w:t>website</w:t>
        </w:r>
      </w:hyperlink>
      <w:r w:rsidRPr="00675BBA">
        <w:rPr>
          <w:rFonts w:ascii="Aptos" w:hAnsi="Aptos" w:cs="Calibri"/>
          <w:color w:val="000000"/>
          <w:lang w:val="en"/>
        </w:rPr>
        <w:t xml:space="preserve"> </w:t>
      </w:r>
      <w:r>
        <w:rPr>
          <w:rFonts w:ascii="Aptos" w:hAnsi="Aptos" w:cs="Calibri"/>
          <w:color w:val="000000"/>
          <w:lang w:val="en"/>
        </w:rPr>
        <w:t>to determine what processes and restrictions may apply to your procurement</w:t>
      </w:r>
      <w:r w:rsidRPr="00675BBA">
        <w:rPr>
          <w:rFonts w:ascii="Aptos" w:hAnsi="Aptos" w:cs="Calibri"/>
          <w:color w:val="000000"/>
          <w:lang w:val="en"/>
        </w:rPr>
        <w:t>.</w:t>
      </w:r>
    </w:p>
    <w:p w14:paraId="08A2145C" w14:textId="77777777" w:rsidR="00A11215" w:rsidRPr="00675BBA" w:rsidRDefault="00A11215" w:rsidP="00590B1A">
      <w:pPr>
        <w:pStyle w:val="NormalWeb"/>
        <w:jc w:val="both"/>
        <w:rPr>
          <w:rFonts w:ascii="Aptos" w:hAnsi="Aptos" w:cs="Calibri"/>
          <w:color w:val="000000"/>
          <w:lang w:val="en"/>
        </w:rPr>
      </w:pPr>
      <w:r w:rsidRPr="00675BBA">
        <w:rPr>
          <w:rFonts w:ascii="Aptos" w:hAnsi="Aptos" w:cs="Calibri"/>
          <w:color w:val="000000"/>
          <w:lang w:val="en"/>
        </w:rPr>
        <w:t> </w:t>
      </w:r>
    </w:p>
    <w:p w14:paraId="4CF3C2EC" w14:textId="77777777" w:rsidR="00A11215" w:rsidRDefault="00A11215" w:rsidP="00590B1A">
      <w:pPr>
        <w:pStyle w:val="NormalWeb"/>
        <w:jc w:val="both"/>
        <w:rPr>
          <w:rFonts w:ascii="Aptos" w:hAnsi="Aptos" w:cs="Calibri"/>
          <w:color w:val="000000"/>
          <w:lang w:val="en"/>
        </w:rPr>
      </w:pPr>
      <w:r>
        <w:rPr>
          <w:rFonts w:ascii="Aptos" w:hAnsi="Aptos" w:cs="Calibri"/>
          <w:color w:val="000000"/>
          <w:lang w:val="en"/>
        </w:rPr>
        <w:t xml:space="preserve">This guide </w:t>
      </w:r>
      <w:r w:rsidR="008213FB">
        <w:rPr>
          <w:rFonts w:ascii="Aptos" w:hAnsi="Aptos" w:cs="Calibri"/>
          <w:color w:val="000000"/>
          <w:lang w:val="en"/>
        </w:rPr>
        <w:t xml:space="preserve">explains how to </w:t>
      </w:r>
      <w:r>
        <w:rPr>
          <w:rFonts w:ascii="Aptos" w:hAnsi="Aptos" w:cs="Calibri"/>
          <w:color w:val="000000"/>
          <w:lang w:val="en"/>
        </w:rPr>
        <w:t>generat</w:t>
      </w:r>
      <w:r w:rsidR="008213FB">
        <w:rPr>
          <w:rFonts w:ascii="Aptos" w:hAnsi="Aptos" w:cs="Calibri"/>
          <w:color w:val="000000"/>
          <w:lang w:val="en"/>
        </w:rPr>
        <w:t>e</w:t>
      </w:r>
      <w:r w:rsidR="00B76DD3">
        <w:rPr>
          <w:rFonts w:ascii="Aptos" w:hAnsi="Aptos" w:cs="Calibri"/>
          <w:color w:val="000000"/>
          <w:lang w:val="en"/>
        </w:rPr>
        <w:t xml:space="preserve"> </w:t>
      </w:r>
      <w:r>
        <w:rPr>
          <w:rFonts w:ascii="Aptos" w:hAnsi="Aptos" w:cs="Calibri"/>
          <w:color w:val="000000"/>
          <w:lang w:val="en"/>
        </w:rPr>
        <w:t>a purchase order</w:t>
      </w:r>
      <w:r w:rsidR="00B76DD3">
        <w:rPr>
          <w:rFonts w:ascii="Aptos" w:hAnsi="Aptos" w:cs="Calibri"/>
          <w:color w:val="000000"/>
          <w:lang w:val="en"/>
        </w:rPr>
        <w:t xml:space="preserve"> (either a direct entry, generating from a requisition</w:t>
      </w:r>
      <w:r w:rsidR="00D97EEA">
        <w:rPr>
          <w:rFonts w:ascii="Aptos" w:hAnsi="Aptos" w:cs="Calibri"/>
          <w:color w:val="000000"/>
          <w:lang w:val="en"/>
        </w:rPr>
        <w:t>,</w:t>
      </w:r>
      <w:r w:rsidR="00B76DD3">
        <w:rPr>
          <w:rFonts w:ascii="Aptos" w:hAnsi="Aptos" w:cs="Calibri"/>
          <w:color w:val="000000"/>
          <w:lang w:val="en"/>
        </w:rPr>
        <w:t xml:space="preserve"> or generating from a contract) and</w:t>
      </w:r>
      <w:r>
        <w:rPr>
          <w:rFonts w:ascii="Aptos" w:hAnsi="Aptos" w:cs="Calibri"/>
          <w:color w:val="000000"/>
          <w:lang w:val="en"/>
        </w:rPr>
        <w:t xml:space="preserve"> how to </w:t>
      </w:r>
      <w:r w:rsidR="008213FB">
        <w:rPr>
          <w:rFonts w:ascii="Aptos" w:hAnsi="Aptos" w:cs="Calibri"/>
          <w:color w:val="000000"/>
          <w:lang w:val="en"/>
        </w:rPr>
        <w:t xml:space="preserve">revise a </w:t>
      </w:r>
      <w:r>
        <w:rPr>
          <w:rFonts w:ascii="Aptos" w:hAnsi="Aptos" w:cs="Calibri"/>
          <w:color w:val="000000"/>
          <w:lang w:val="en"/>
        </w:rPr>
        <w:t xml:space="preserve">purchase order. </w:t>
      </w:r>
    </w:p>
    <w:p w14:paraId="3E89A5BC" w14:textId="77777777" w:rsidR="00A11215" w:rsidRDefault="00A11215" w:rsidP="00590B1A">
      <w:pPr>
        <w:pStyle w:val="NormalWeb"/>
        <w:jc w:val="both"/>
        <w:rPr>
          <w:rFonts w:ascii="Aptos" w:hAnsi="Aptos" w:cs="Calibri"/>
          <w:color w:val="000000"/>
          <w:lang w:val="en"/>
        </w:rPr>
      </w:pPr>
    </w:p>
    <w:p w14:paraId="41A7FA82" w14:textId="77777777" w:rsidR="00A11215" w:rsidRDefault="008213FB">
      <w:pPr>
        <w:pStyle w:val="NormalWeb"/>
        <w:jc w:val="both"/>
        <w:rPr>
          <w:rFonts w:ascii="Aptos" w:hAnsi="Aptos" w:cs="Calibri"/>
          <w:color w:val="000000"/>
          <w:lang w:val="en"/>
        </w:rPr>
      </w:pPr>
      <w:r>
        <w:rPr>
          <w:rFonts w:ascii="Aptos" w:hAnsi="Aptos" w:cs="Calibri"/>
          <w:color w:val="000000"/>
          <w:lang w:val="en"/>
        </w:rPr>
        <w:t>I</w:t>
      </w:r>
      <w:r w:rsidR="00D97EEA">
        <w:rPr>
          <w:rFonts w:ascii="Aptos" w:hAnsi="Aptos" w:cs="Calibri"/>
          <w:color w:val="000000"/>
          <w:lang w:val="en"/>
        </w:rPr>
        <w:t>n order to</w:t>
      </w:r>
      <w:r>
        <w:rPr>
          <w:rFonts w:ascii="Aptos" w:hAnsi="Aptos" w:cs="Calibri"/>
          <w:color w:val="000000"/>
          <w:lang w:val="en"/>
        </w:rPr>
        <w:t xml:space="preserve"> </w:t>
      </w:r>
      <w:r w:rsidR="00D97EEA">
        <w:rPr>
          <w:rFonts w:ascii="Aptos" w:hAnsi="Aptos" w:cs="Calibri"/>
          <w:color w:val="000000"/>
          <w:lang w:val="en"/>
        </w:rPr>
        <w:t xml:space="preserve">generate </w:t>
      </w:r>
      <w:r>
        <w:rPr>
          <w:rFonts w:ascii="Aptos" w:hAnsi="Aptos" w:cs="Calibri"/>
          <w:color w:val="000000"/>
          <w:lang w:val="en"/>
        </w:rPr>
        <w:t>a purchase order from an existing r</w:t>
      </w:r>
      <w:r w:rsidR="00A11215">
        <w:rPr>
          <w:rFonts w:ascii="Aptos" w:hAnsi="Aptos" w:cs="Calibri"/>
          <w:color w:val="000000"/>
          <w:lang w:val="en"/>
        </w:rPr>
        <w:t xml:space="preserve">equisition or </w:t>
      </w:r>
      <w:r>
        <w:rPr>
          <w:rFonts w:ascii="Aptos" w:hAnsi="Aptos" w:cs="Calibri"/>
          <w:color w:val="000000"/>
          <w:lang w:val="en"/>
        </w:rPr>
        <w:t>c</w:t>
      </w:r>
      <w:r w:rsidR="00A11215">
        <w:rPr>
          <w:rFonts w:ascii="Aptos" w:hAnsi="Aptos" w:cs="Calibri"/>
          <w:color w:val="000000"/>
          <w:lang w:val="en"/>
        </w:rPr>
        <w:t>ontract</w:t>
      </w:r>
      <w:r>
        <w:rPr>
          <w:rFonts w:ascii="Aptos" w:hAnsi="Aptos" w:cs="Calibri"/>
          <w:color w:val="000000"/>
          <w:lang w:val="en"/>
        </w:rPr>
        <w:t>,</w:t>
      </w:r>
      <w:r w:rsidR="00A11215">
        <w:rPr>
          <w:rFonts w:ascii="Aptos" w:hAnsi="Aptos" w:cs="Calibri"/>
          <w:color w:val="000000"/>
          <w:lang w:val="en"/>
        </w:rPr>
        <w:t xml:space="preserve"> </w:t>
      </w:r>
      <w:r w:rsidR="00D97EEA">
        <w:rPr>
          <w:rFonts w:ascii="Aptos" w:hAnsi="Aptos" w:cs="Calibri"/>
          <w:color w:val="000000"/>
          <w:lang w:val="en"/>
        </w:rPr>
        <w:t xml:space="preserve">the </w:t>
      </w:r>
      <w:r>
        <w:rPr>
          <w:rFonts w:ascii="Aptos" w:hAnsi="Aptos" w:cs="Calibri"/>
          <w:color w:val="000000"/>
          <w:lang w:val="en"/>
        </w:rPr>
        <w:t xml:space="preserve">requisition or contract </w:t>
      </w:r>
      <w:r w:rsidR="00A11215" w:rsidRPr="003601F1">
        <w:rPr>
          <w:rFonts w:ascii="Aptos" w:hAnsi="Aptos" w:cs="Calibri"/>
          <w:b/>
          <w:bCs/>
          <w:color w:val="000000"/>
          <w:u w:val="single"/>
          <w:lang w:val="en"/>
        </w:rPr>
        <w:t>MUST</w:t>
      </w:r>
      <w:r w:rsidR="00A11215">
        <w:rPr>
          <w:rFonts w:ascii="Aptos" w:hAnsi="Aptos" w:cs="Calibri"/>
          <w:color w:val="000000"/>
          <w:lang w:val="en"/>
        </w:rPr>
        <w:t xml:space="preserve"> be fully approved in the system </w:t>
      </w:r>
      <w:r>
        <w:rPr>
          <w:rFonts w:ascii="Aptos" w:hAnsi="Aptos" w:cs="Calibri"/>
          <w:color w:val="000000"/>
          <w:lang w:val="en"/>
        </w:rPr>
        <w:t>(E1). A</w:t>
      </w:r>
      <w:r w:rsidR="00A11215">
        <w:rPr>
          <w:rFonts w:ascii="Aptos" w:hAnsi="Aptos" w:cs="Calibri"/>
          <w:color w:val="000000"/>
          <w:lang w:val="en"/>
        </w:rPr>
        <w:t xml:space="preserve">ny </w:t>
      </w:r>
      <w:r>
        <w:rPr>
          <w:rFonts w:ascii="Aptos" w:hAnsi="Aptos" w:cs="Calibri"/>
          <w:color w:val="000000"/>
          <w:lang w:val="en"/>
        </w:rPr>
        <w:t xml:space="preserve">revisions </w:t>
      </w:r>
      <w:r w:rsidR="00A11215">
        <w:rPr>
          <w:rFonts w:ascii="Aptos" w:hAnsi="Aptos" w:cs="Calibri"/>
          <w:color w:val="000000"/>
          <w:lang w:val="en"/>
        </w:rPr>
        <w:t xml:space="preserve">to </w:t>
      </w:r>
      <w:r>
        <w:rPr>
          <w:rFonts w:ascii="Aptos" w:hAnsi="Aptos" w:cs="Calibri"/>
          <w:color w:val="000000"/>
          <w:lang w:val="en"/>
        </w:rPr>
        <w:t>a r</w:t>
      </w:r>
      <w:r w:rsidR="00A11215">
        <w:rPr>
          <w:rFonts w:ascii="Aptos" w:hAnsi="Aptos" w:cs="Calibri"/>
          <w:color w:val="000000"/>
          <w:lang w:val="en"/>
        </w:rPr>
        <w:t xml:space="preserve">equisition or </w:t>
      </w:r>
      <w:r>
        <w:rPr>
          <w:rFonts w:ascii="Aptos" w:hAnsi="Aptos" w:cs="Calibri"/>
          <w:color w:val="000000"/>
          <w:lang w:val="en"/>
        </w:rPr>
        <w:t>c</w:t>
      </w:r>
      <w:r w:rsidR="00A11215">
        <w:rPr>
          <w:rFonts w:ascii="Aptos" w:hAnsi="Aptos" w:cs="Calibri"/>
          <w:color w:val="000000"/>
          <w:lang w:val="en"/>
        </w:rPr>
        <w:t xml:space="preserve">ontract will resend </w:t>
      </w:r>
      <w:r>
        <w:rPr>
          <w:rFonts w:ascii="Aptos" w:hAnsi="Aptos" w:cs="Calibri"/>
          <w:color w:val="000000"/>
          <w:lang w:val="en"/>
        </w:rPr>
        <w:t xml:space="preserve">the </w:t>
      </w:r>
      <w:r w:rsidR="00A11215">
        <w:rPr>
          <w:rFonts w:ascii="Aptos" w:hAnsi="Aptos" w:cs="Calibri"/>
          <w:color w:val="000000"/>
          <w:lang w:val="en"/>
        </w:rPr>
        <w:t xml:space="preserve">document </w:t>
      </w:r>
      <w:r w:rsidR="00D97EEA">
        <w:rPr>
          <w:rFonts w:ascii="Aptos" w:hAnsi="Aptos" w:cs="Calibri"/>
          <w:color w:val="000000"/>
          <w:lang w:val="en"/>
        </w:rPr>
        <w:t xml:space="preserve">for </w:t>
      </w:r>
      <w:r w:rsidR="00A11215">
        <w:rPr>
          <w:rFonts w:ascii="Aptos" w:hAnsi="Aptos" w:cs="Calibri"/>
          <w:color w:val="000000"/>
          <w:lang w:val="en"/>
        </w:rPr>
        <w:t>approvals.</w:t>
      </w:r>
    </w:p>
    <w:p w14:paraId="64422591" w14:textId="77777777" w:rsidR="000706DE" w:rsidRDefault="000706DE">
      <w:pPr>
        <w:pStyle w:val="NormalWeb"/>
        <w:jc w:val="both"/>
        <w:rPr>
          <w:rFonts w:ascii="Aptos" w:hAnsi="Aptos" w:cs="Calibri"/>
          <w:color w:val="000000"/>
          <w:lang w:val="en"/>
        </w:rPr>
      </w:pPr>
    </w:p>
    <w:p w14:paraId="58A80B6F" w14:textId="77777777" w:rsidR="000706DE" w:rsidRDefault="000706DE" w:rsidP="00590B1A">
      <w:pPr>
        <w:pStyle w:val="NormalWeb"/>
        <w:rPr>
          <w:rFonts w:ascii="Aptos" w:hAnsi="Aptos" w:cs="Calibri"/>
          <w:color w:val="000000"/>
          <w:lang w:val="en"/>
        </w:rPr>
      </w:pPr>
      <w:r>
        <w:rPr>
          <w:rFonts w:ascii="Aptos" w:hAnsi="Aptos" w:cs="Calibri"/>
          <w:color w:val="000000"/>
          <w:lang w:val="en"/>
        </w:rPr>
        <w:t>To view the steps of a specific process from the guide contents below, expand the steps by clicking the dropdown arrow. To collapse sections, click the dropdown arrow again.</w:t>
      </w:r>
    </w:p>
    <w:p w14:paraId="41CB8069" w14:textId="77777777" w:rsidR="00B66F8E" w:rsidRDefault="00B66F8E">
      <w:pPr>
        <w:pStyle w:val="NormalWeb"/>
        <w:jc w:val="both"/>
        <w:rPr>
          <w:rFonts w:ascii="Aptos" w:hAnsi="Aptos" w:cs="Calibri"/>
          <w:color w:val="000000"/>
          <w:lang w:val="en"/>
        </w:rPr>
      </w:pPr>
      <w:r w:rsidRPr="00F93943">
        <w:rPr>
          <w:rFonts w:eastAsia="MS Mincho" w:cs="Calibri"/>
          <w:noProof/>
        </w:rPr>
        <mc:AlternateContent>
          <mc:Choice Requires="wps">
            <w:drawing>
              <wp:anchor distT="45720" distB="45720" distL="114300" distR="114300" simplePos="0" relativeHeight="252078080" behindDoc="0" locked="0" layoutInCell="1" allowOverlap="1" wp14:anchorId="65B2831E" wp14:editId="46585614">
                <wp:simplePos x="0" y="0"/>
                <wp:positionH relativeFrom="margin">
                  <wp:posOffset>2274951</wp:posOffset>
                </wp:positionH>
                <wp:positionV relativeFrom="paragraph">
                  <wp:posOffset>171907</wp:posOffset>
                </wp:positionV>
                <wp:extent cx="832513" cy="279780"/>
                <wp:effectExtent l="0" t="0" r="0" b="6350"/>
                <wp:wrapNone/>
                <wp:docPr id="533542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3" cy="279780"/>
                        </a:xfrm>
                        <a:prstGeom prst="rect">
                          <a:avLst/>
                        </a:prstGeom>
                        <a:noFill/>
                        <a:ln w="9525">
                          <a:noFill/>
                          <a:miter lim="800000"/>
                          <a:headEnd/>
                          <a:tailEnd/>
                        </a:ln>
                      </wps:spPr>
                      <wps:txbx>
                        <w:txbxContent>
                          <w:p w14:paraId="271A0BCC" w14:textId="77777777" w:rsidR="00B66F8E" w:rsidRPr="00590B1A" w:rsidRDefault="00B66F8E" w:rsidP="00B66F8E">
                            <w:pPr>
                              <w:rPr>
                                <w:rFonts w:ascii="Aptos" w:hAnsi="Aptos"/>
                                <w:b/>
                                <w:bCs/>
                              </w:rPr>
                            </w:pPr>
                            <w:r w:rsidRPr="00590B1A">
                              <w:rPr>
                                <w:rFonts w:ascii="Aptos" w:hAnsi="Aptos"/>
                                <w:b/>
                                <w:bCs/>
                              </w:rPr>
                              <w:t>Collapse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2831E" id="_x0000_t202" coordsize="21600,21600" o:spt="202" path="m,l,21600r21600,l21600,xe">
                <v:stroke joinstyle="miter"/>
                <v:path gradientshapeok="t" o:connecttype="rect"/>
              </v:shapetype>
              <v:shape id="Text Box 2" o:spid="_x0000_s1026" type="#_x0000_t202" style="position:absolute;left:0;text-align:left;margin-left:179.15pt;margin-top:13.55pt;width:65.55pt;height:22.05pt;z-index:25207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" filled="f" stroked="f">
                <v:textbox>
                  <w:txbxContent>
                    <w:p w14:paraId="271A0BCC" w14:textId="77777777" w:rsidR="00B66F8E" w:rsidRPr="00590B1A" w:rsidRDefault="00B66F8E" w:rsidP="00B66F8E">
                      <w:pPr>
                        <w:rPr>
                          <w:rFonts w:ascii="Aptos" w:hAnsi="Aptos"/>
                          <w:b/>
                          <w:bCs/>
                        </w:rPr>
                      </w:pPr>
                      <w:r w:rsidRPr="00590B1A">
                        <w:rPr>
                          <w:rFonts w:ascii="Aptos" w:hAnsi="Aptos"/>
                          <w:b/>
                          <w:bCs/>
                        </w:rPr>
                        <w:t>Collapse</w:t>
                      </w:r>
                    </w:p>
                  </w:txbxContent>
                </v:textbox>
                <w10:wrap anchorx="margin"/>
              </v:shape>
            </w:pict>
          </mc:Fallback>
        </mc:AlternateContent>
      </w:r>
    </w:p>
    <w:p w14:paraId="370A02E1" w14:textId="77777777" w:rsidR="00A11215" w:rsidRDefault="00B66F8E" w:rsidP="00590B1A">
      <w:pPr>
        <w:pStyle w:val="NormalWeb"/>
        <w:tabs>
          <w:tab w:val="left" w:pos="1567"/>
          <w:tab w:val="center" w:pos="4680"/>
        </w:tabs>
        <w:rPr>
          <w:rFonts w:ascii="Aptos" w:hAnsi="Aptos" w:cs="Calibri"/>
          <w:color w:val="000000"/>
          <w:lang w:val="en"/>
        </w:rPr>
      </w:pPr>
      <w:r w:rsidRPr="00E00101">
        <w:rPr>
          <w:rFonts w:ascii="Aptos" w:eastAsia="MS Gothic" w:hAnsi="Aptos" w:cs="Calibri"/>
          <w:noProof/>
          <w:color w:val="17365D"/>
          <w:spacing w:val="5"/>
          <w:kern w:val="28"/>
          <w:sz w:val="52"/>
          <w:szCs w:val="52"/>
        </w:rPr>
        <mc:AlternateContent>
          <mc:Choice Requires="wps">
            <w:drawing>
              <wp:anchor distT="0" distB="0" distL="114300" distR="114300" simplePos="0" relativeHeight="252071936" behindDoc="0" locked="0" layoutInCell="1" allowOverlap="1" wp14:anchorId="095A0AA8" wp14:editId="28D4E6E0">
                <wp:simplePos x="0" y="0"/>
                <wp:positionH relativeFrom="margin">
                  <wp:posOffset>-295961</wp:posOffset>
                </wp:positionH>
                <wp:positionV relativeFrom="paragraph">
                  <wp:posOffset>1281988</wp:posOffset>
                </wp:positionV>
                <wp:extent cx="6440170" cy="23495"/>
                <wp:effectExtent l="0" t="0" r="36830" b="33655"/>
                <wp:wrapNone/>
                <wp:docPr id="51760082" name="Straight Connector 1"/>
                <wp:cNvGraphicFramePr/>
                <a:graphic xmlns:a="http://schemas.openxmlformats.org/drawingml/2006/main">
                  <a:graphicData uri="http://schemas.microsoft.com/office/word/2010/wordprocessingShape">
                    <wps:wsp>
                      <wps:cNvCnPr/>
                      <wps:spPr>
                        <a:xfrm flipV="1">
                          <a:off x="0" y="0"/>
                          <a:ext cx="6440170" cy="23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39C7F" id="Straight Connector 1" o:spid="_x0000_s1026" style="position:absolute;flip:y;z-index:252071936;visibility:visible;mso-wrap-style:square;mso-wrap-distance-left:9pt;mso-wrap-distance-top:0;mso-wrap-distance-right:9pt;mso-wrap-distance-bottom:0;mso-position-horizontal:absolute;mso-position-horizontal-relative:margin;mso-position-vertical:absolute;mso-position-vertical-relative:text" from="-23.3pt,100.95pt" to="483.8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" strokecolor="#145a7b [3044]">
                <w10:wrap anchorx="margin"/>
              </v:line>
            </w:pict>
          </mc:Fallback>
        </mc:AlternateContent>
      </w:r>
      <w:r w:rsidRPr="00E00101">
        <w:rPr>
          <w:rFonts w:ascii="Aptos" w:hAnsi="Aptos" w:cs="Calibri"/>
          <w:noProof/>
        </w:rPr>
        <mc:AlternateContent>
          <mc:Choice Requires="wps">
            <w:drawing>
              <wp:anchor distT="0" distB="0" distL="114300" distR="114300" simplePos="0" relativeHeight="252080128" behindDoc="0" locked="0" layoutInCell="1" allowOverlap="1" wp14:anchorId="00C69653" wp14:editId="6412582F">
                <wp:simplePos x="0" y="0"/>
                <wp:positionH relativeFrom="column">
                  <wp:posOffset>2978785</wp:posOffset>
                </wp:positionH>
                <wp:positionV relativeFrom="paragraph">
                  <wp:posOffset>170840</wp:posOffset>
                </wp:positionV>
                <wp:extent cx="282674" cy="148912"/>
                <wp:effectExtent l="19050" t="19050" r="22225" b="41910"/>
                <wp:wrapNone/>
                <wp:docPr id="1151588433" name="Arrow: Right 3"/>
                <wp:cNvGraphicFramePr/>
                <a:graphic xmlns:a="http://schemas.openxmlformats.org/drawingml/2006/main">
                  <a:graphicData uri="http://schemas.microsoft.com/office/word/2010/wordprocessingShape">
                    <wps:wsp>
                      <wps:cNvSpPr/>
                      <wps:spPr>
                        <a:xfrm rot="1101894">
                          <a:off x="0" y="0"/>
                          <a:ext cx="282674" cy="148912"/>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64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34.55pt;margin-top:13.45pt;width:22.25pt;height:11.75pt;rotation:1203562fd;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" adj="15911" fillcolor="red" strokecolor="#042433" strokeweight="1pt"/>
            </w:pict>
          </mc:Fallback>
        </mc:AlternateContent>
      </w:r>
      <w:r w:rsidRPr="00F93943">
        <w:rPr>
          <w:rFonts w:eastAsia="MS Mincho" w:cs="Calibri"/>
          <w:noProof/>
        </w:rPr>
        <mc:AlternateContent>
          <mc:Choice Requires="wps">
            <w:drawing>
              <wp:anchor distT="45720" distB="45720" distL="114300" distR="114300" simplePos="0" relativeHeight="252076032" behindDoc="0" locked="0" layoutInCell="1" allowOverlap="1" wp14:anchorId="7FF1ADF4" wp14:editId="3B2B3A30">
                <wp:simplePos x="0" y="0"/>
                <wp:positionH relativeFrom="margin">
                  <wp:posOffset>321869</wp:posOffset>
                </wp:positionH>
                <wp:positionV relativeFrom="paragraph">
                  <wp:posOffset>667512</wp:posOffset>
                </wp:positionV>
                <wp:extent cx="743803" cy="279780"/>
                <wp:effectExtent l="0" t="0" r="0" b="6350"/>
                <wp:wrapNone/>
                <wp:docPr id="1727887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279780"/>
                        </a:xfrm>
                        <a:prstGeom prst="rect">
                          <a:avLst/>
                        </a:prstGeom>
                        <a:noFill/>
                        <a:ln w="9525">
                          <a:noFill/>
                          <a:miter lim="800000"/>
                          <a:headEnd/>
                          <a:tailEnd/>
                        </a:ln>
                      </wps:spPr>
                      <wps:txbx>
                        <w:txbxContent>
                          <w:p w14:paraId="0D0EED9A" w14:textId="77777777" w:rsidR="00B66F8E" w:rsidRPr="00590B1A" w:rsidRDefault="00B66F8E" w:rsidP="00B66F8E">
                            <w:pPr>
                              <w:rPr>
                                <w:rFonts w:ascii="Aptos" w:hAnsi="Aptos"/>
                                <w:b/>
                                <w:bCs/>
                              </w:rPr>
                            </w:pPr>
                            <w:r w:rsidRPr="00590B1A">
                              <w:rPr>
                                <w:rFonts w:ascii="Aptos" w:hAnsi="Aptos"/>
                                <w:b/>
                                <w:bCs/>
                              </w:rPr>
                              <w:t>Expand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1ADF4" id="_x0000_s1027" type="#_x0000_t202" style="position:absolute;margin-left:25.35pt;margin-top:52.55pt;width:58.55pt;height:22.05pt;z-index:25207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" filled="f" stroked="f">
                <v:textbox>
                  <w:txbxContent>
                    <w:p w14:paraId="0D0EED9A" w14:textId="77777777" w:rsidR="00B66F8E" w:rsidRPr="00590B1A" w:rsidRDefault="00B66F8E" w:rsidP="00B66F8E">
                      <w:pPr>
                        <w:rPr>
                          <w:rFonts w:ascii="Aptos" w:hAnsi="Aptos"/>
                          <w:b/>
                          <w:bCs/>
                        </w:rPr>
                      </w:pPr>
                      <w:r w:rsidRPr="00590B1A">
                        <w:rPr>
                          <w:rFonts w:ascii="Aptos" w:hAnsi="Aptos"/>
                          <w:b/>
                          <w:bCs/>
                        </w:rPr>
                        <w:t>Expand</w:t>
                      </w:r>
                    </w:p>
                  </w:txbxContent>
                </v:textbox>
                <w10:wrap anchorx="margin"/>
              </v:shape>
            </w:pict>
          </mc:Fallback>
        </mc:AlternateContent>
      </w:r>
      <w:r w:rsidRPr="00E00101">
        <w:rPr>
          <w:rFonts w:ascii="Aptos" w:hAnsi="Aptos" w:cs="Calibri"/>
          <w:noProof/>
        </w:rPr>
        <mc:AlternateContent>
          <mc:Choice Requires="wps">
            <w:drawing>
              <wp:anchor distT="0" distB="0" distL="114300" distR="114300" simplePos="0" relativeHeight="252073984" behindDoc="0" locked="0" layoutInCell="1" allowOverlap="1" wp14:anchorId="106774AD" wp14:editId="00A0B755">
                <wp:simplePos x="0" y="0"/>
                <wp:positionH relativeFrom="column">
                  <wp:posOffset>950976</wp:posOffset>
                </wp:positionH>
                <wp:positionV relativeFrom="paragraph">
                  <wp:posOffset>613105</wp:posOffset>
                </wp:positionV>
                <wp:extent cx="482600" cy="215900"/>
                <wp:effectExtent l="19050" t="57150" r="12700" b="31750"/>
                <wp:wrapNone/>
                <wp:docPr id="697837265" name="Arrow: Right 3"/>
                <wp:cNvGraphicFramePr/>
                <a:graphic xmlns:a="http://schemas.openxmlformats.org/drawingml/2006/main">
                  <a:graphicData uri="http://schemas.microsoft.com/office/word/2010/wordprocessingShape">
                    <wps:wsp>
                      <wps:cNvSpPr/>
                      <wps:spPr>
                        <a:xfrm rot="20720255">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7889" id="Arrow: Right 3" o:spid="_x0000_s1026" type="#_x0000_t13" style="position:absolute;margin-left:74.9pt;margin-top:48.3pt;width:38pt;height:17pt;rotation:-960916fd;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" adj="16768" fillcolor="red" strokecolor="#042433" strokeweight="1pt"/>
            </w:pict>
          </mc:Fallback>
        </mc:AlternateContent>
      </w:r>
      <w:r>
        <w:rPr>
          <w:rFonts w:ascii="Aptos" w:hAnsi="Aptos" w:cs="Calibri"/>
          <w:color w:val="000000"/>
          <w:lang w:val="en"/>
        </w:rPr>
        <w:tab/>
      </w:r>
      <w:r>
        <w:rPr>
          <w:rFonts w:ascii="Aptos" w:hAnsi="Aptos" w:cs="Calibri"/>
          <w:color w:val="000000"/>
          <w:lang w:val="en"/>
        </w:rPr>
        <w:tab/>
      </w:r>
      <w:r>
        <w:rPr>
          <w:rFonts w:ascii="Aptos" w:hAnsi="Aptos" w:cs="Calibri"/>
          <w:noProof/>
          <w:color w:val="000000"/>
          <w:lang w:val="en"/>
          <w14:ligatures w14:val="standardContextual"/>
        </w:rPr>
        <w:drawing>
          <wp:inline distT="0" distB="0" distL="0" distR="0" wp14:anchorId="5CF8D0A0" wp14:editId="50685FC4">
            <wp:extent cx="1133475" cy="724401"/>
            <wp:effectExtent l="171450" t="171450" r="352425" b="381000"/>
            <wp:docPr id="1245075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5928" name="Picture 1245075928"/>
                    <pic:cNvPicPr/>
                  </pic:nvPicPr>
                  <pic:blipFill>
                    <a:blip r:embed="rId9">
                      <a:extLst>
                        <a:ext uri="{28A0092B-C50C-407E-A947-70E740481C1C}">
                          <a14:useLocalDpi xmlns:a14="http://schemas.microsoft.com/office/drawing/2010/main" val="0"/>
                        </a:ext>
                      </a:extLst>
                    </a:blip>
                    <a:stretch>
                      <a:fillRect/>
                    </a:stretch>
                  </pic:blipFill>
                  <pic:spPr>
                    <a:xfrm>
                      <a:off x="0" y="0"/>
                      <a:ext cx="1135139" cy="72546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color w:val="000000"/>
          <w:lang w:val="en"/>
        </w:rPr>
        <w:drawing>
          <wp:inline distT="0" distB="0" distL="0" distR="0" wp14:anchorId="4859E84D" wp14:editId="37AAE42B">
            <wp:extent cx="1444066" cy="820087"/>
            <wp:effectExtent l="171450" t="171450" r="384810" b="380365"/>
            <wp:docPr id="88577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71525" name="Picture 885771525"/>
                    <pic:cNvPicPr/>
                  </pic:nvPicPr>
                  <pic:blipFill>
                    <a:blip r:embed="rId10"/>
                    <a:stretch>
                      <a:fillRect/>
                    </a:stretch>
                  </pic:blipFill>
                  <pic:spPr>
                    <a:xfrm>
                      <a:off x="0" y="0"/>
                      <a:ext cx="1455481" cy="82656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79DB619C" w14:textId="77777777" w:rsidR="00417CEF" w:rsidRPr="00590B1A" w:rsidRDefault="002A23ED" w:rsidP="001968AA">
      <w:pPr>
        <w:pStyle w:val="Heading1"/>
        <w:numPr>
          <w:ilvl w:val="0"/>
          <w:numId w:val="23"/>
        </w:numPr>
        <w:spacing w:before="0" w:line="480" w:lineRule="auto"/>
        <w15:collapsed/>
        <w:rPr>
          <w:rFonts w:ascii="Aptos" w:hAnsi="Aptos" w:cstheme="majorHAnsi"/>
          <w:color w:val="0A2F41" w:themeColor="accent1" w:themeShade="80"/>
        </w:rPr>
      </w:pPr>
      <w:r w:rsidRPr="00590B1A">
        <w:rPr>
          <w:rFonts w:ascii="Aptos" w:hAnsi="Aptos" w:cstheme="majorHAnsi"/>
          <w:color w:val="0A2F41" w:themeColor="accent1" w:themeShade="80"/>
        </w:rPr>
        <w:t>Generate</w:t>
      </w:r>
      <w:r w:rsidR="00B76DD3" w:rsidRPr="00590B1A">
        <w:rPr>
          <w:rFonts w:ascii="Aptos" w:hAnsi="Aptos" w:cstheme="majorHAnsi"/>
          <w:color w:val="0A2F41" w:themeColor="accent1" w:themeShade="80"/>
        </w:rPr>
        <w:t xml:space="preserve"> </w:t>
      </w:r>
      <w:r w:rsidRPr="00590B1A">
        <w:rPr>
          <w:rFonts w:ascii="Aptos" w:hAnsi="Aptos" w:cstheme="majorHAnsi"/>
          <w:color w:val="0A2F41" w:themeColor="accent1" w:themeShade="80"/>
        </w:rPr>
        <w:t>Purchase Order</w:t>
      </w:r>
      <w:r w:rsidR="000F3DDF">
        <w:rPr>
          <w:rFonts w:ascii="Aptos" w:hAnsi="Aptos" w:cstheme="majorHAnsi"/>
          <w:color w:val="0A2F41" w:themeColor="accent1" w:themeShade="80"/>
        </w:rPr>
        <w:t xml:space="preserve"> (Direct Entry)</w:t>
      </w:r>
    </w:p>
    <w:tbl>
      <w:tblPr>
        <w:tblStyle w:val="TableGrid"/>
        <w:tblW w:w="11021" w:type="dxa"/>
        <w:tblInd w:w="-815" w:type="dxa"/>
        <w:tblLook w:val="04A0" w:firstRow="1" w:lastRow="0" w:firstColumn="1" w:lastColumn="0" w:noHBand="0" w:noVBand="1"/>
      </w:tblPr>
      <w:tblGrid>
        <w:gridCol w:w="678"/>
        <w:gridCol w:w="10343"/>
      </w:tblGrid>
      <w:tr w:rsidR="004F5DDE" w:rsidRPr="00E00101" w14:paraId="09459A1C" w14:textId="77777777" w:rsidTr="00307DE8">
        <w:trPr>
          <w:cantSplit/>
        </w:trPr>
        <w:tc>
          <w:tcPr>
            <w:tcW w:w="630" w:type="dxa"/>
            <w:shd w:val="clear" w:color="auto" w:fill="ADADAD" w:themeFill="background2" w:themeFillShade="BF"/>
          </w:tcPr>
          <w:p w14:paraId="703CA5D0" w14:textId="77777777" w:rsidR="004F5DDE" w:rsidRPr="00590B1A" w:rsidRDefault="004F5DDE" w:rsidP="00537D66">
            <w:pPr>
              <w:rPr>
                <w:rFonts w:ascii="Aptos" w:hAnsi="Aptos" w:cstheme="majorHAnsi"/>
                <w:b/>
                <w:bCs/>
                <w:color w:val="000000" w:themeColor="text1"/>
              </w:rPr>
            </w:pPr>
            <w:r w:rsidRPr="00590B1A">
              <w:rPr>
                <w:rFonts w:ascii="Aptos" w:hAnsi="Aptos" w:cstheme="majorHAnsi"/>
                <w:b/>
                <w:bCs/>
                <w:color w:val="000000" w:themeColor="text1"/>
              </w:rPr>
              <w:t>Step</w:t>
            </w:r>
          </w:p>
        </w:tc>
        <w:tc>
          <w:tcPr>
            <w:tcW w:w="10391" w:type="dxa"/>
            <w:shd w:val="clear" w:color="auto" w:fill="ADADAD" w:themeFill="background2" w:themeFillShade="BF"/>
          </w:tcPr>
          <w:p w14:paraId="61B21E69" w14:textId="77777777" w:rsidR="004F5DDE" w:rsidRPr="00590B1A" w:rsidRDefault="004F5DDE" w:rsidP="00537D66">
            <w:pPr>
              <w:rPr>
                <w:rFonts w:ascii="Aptos" w:hAnsi="Aptos" w:cstheme="majorHAnsi"/>
                <w:b/>
                <w:bCs/>
                <w:color w:val="000000" w:themeColor="text1"/>
              </w:rPr>
            </w:pPr>
            <w:r w:rsidRPr="00590B1A">
              <w:rPr>
                <w:rFonts w:ascii="Aptos" w:hAnsi="Aptos" w:cstheme="majorHAnsi"/>
                <w:b/>
                <w:bCs/>
                <w:color w:val="000000" w:themeColor="text1"/>
              </w:rPr>
              <w:t>Instruction / Explanation</w:t>
            </w:r>
          </w:p>
        </w:tc>
      </w:tr>
      <w:tr w:rsidR="004F5DDE" w:rsidRPr="00E00101" w14:paraId="73404D29" w14:textId="77777777" w:rsidTr="00307DE8">
        <w:trPr>
          <w:cantSplit/>
        </w:trPr>
        <w:tc>
          <w:tcPr>
            <w:tcW w:w="630" w:type="dxa"/>
          </w:tcPr>
          <w:p w14:paraId="4E35D03B" w14:textId="77777777" w:rsidR="004F5DDE" w:rsidRPr="00590B1A" w:rsidRDefault="004F5DDE" w:rsidP="00537D66">
            <w:pPr>
              <w:pStyle w:val="ListParagraph"/>
              <w:numPr>
                <w:ilvl w:val="0"/>
                <w:numId w:val="25"/>
              </w:numPr>
              <w:rPr>
                <w:rFonts w:ascii="Aptos" w:hAnsi="Aptos" w:cstheme="majorHAnsi"/>
              </w:rPr>
            </w:pPr>
          </w:p>
        </w:tc>
        <w:tc>
          <w:tcPr>
            <w:tcW w:w="10391" w:type="dxa"/>
          </w:tcPr>
          <w:p w14:paraId="018239C9" w14:textId="77777777" w:rsidR="004F5DDE" w:rsidRPr="00590B1A" w:rsidRDefault="00D7566D" w:rsidP="00537D66">
            <w:pPr>
              <w:rPr>
                <w:rFonts w:ascii="Aptos" w:hAnsi="Aptos" w:cstheme="majorHAnsi"/>
              </w:rPr>
            </w:pPr>
            <w:r w:rsidRPr="00590B1A">
              <w:rPr>
                <w:rFonts w:ascii="Aptos" w:hAnsi="Aptos" w:cstheme="majorHAnsi"/>
              </w:rPr>
              <w:t>Choose</w:t>
            </w:r>
            <w:r w:rsidR="00B76DD3" w:rsidRPr="00590B1A">
              <w:rPr>
                <w:rFonts w:ascii="Aptos" w:hAnsi="Aptos" w:cstheme="majorHAnsi"/>
              </w:rPr>
              <w:t xml:space="preserve"> a Menu Selection/Pathway Option: </w:t>
            </w:r>
          </w:p>
          <w:p w14:paraId="7BEF7908" w14:textId="77777777" w:rsidR="00B76DD3" w:rsidRPr="00590B1A" w:rsidRDefault="00B76DD3" w:rsidP="00537D66">
            <w:pPr>
              <w:pStyle w:val="NormalWeb"/>
              <w:rPr>
                <w:rStyle w:val="Strong"/>
                <w:rFonts w:ascii="Aptos" w:hAnsi="Aptos" w:cs="Calibri"/>
                <w:b w:val="0"/>
                <w:bCs w:val="0"/>
                <w:sz w:val="20"/>
                <w:szCs w:val="20"/>
                <w:lang w:val="en"/>
              </w:rPr>
            </w:pPr>
            <w:r w:rsidRPr="00590B1A">
              <w:rPr>
                <w:rFonts w:ascii="Aptos" w:hAnsi="Aptos" w:cs="Calibri"/>
                <w:b/>
                <w:bCs/>
                <w:color w:val="0E2841" w:themeColor="text2"/>
                <w:sz w:val="20"/>
                <w:szCs w:val="20"/>
                <w:lang w:val="en"/>
              </w:rPr>
              <w:t>State of Nebraska &gt; Purchasing &gt;</w:t>
            </w:r>
            <w:r w:rsidRPr="00590B1A">
              <w:rPr>
                <w:rFonts w:ascii="Aptos" w:hAnsi="Aptos" w:cs="Calibri"/>
                <w:color w:val="0E2841" w:themeColor="text2"/>
                <w:sz w:val="20"/>
                <w:szCs w:val="20"/>
                <w:lang w:val="en"/>
              </w:rPr>
              <w:t xml:space="preserve"> </w:t>
            </w:r>
            <w:r w:rsidRPr="00590B1A">
              <w:rPr>
                <w:rFonts w:ascii="Aptos" w:hAnsi="Aptos" w:cs="Calibri"/>
                <w:b/>
                <w:bCs/>
                <w:color w:val="0E2841" w:themeColor="text2"/>
                <w:sz w:val="20"/>
                <w:szCs w:val="20"/>
                <w:lang w:val="en"/>
              </w:rPr>
              <w:t>Purchase Orders &gt; Generate Purchase Order</w:t>
            </w:r>
            <w:r w:rsidRPr="00590B1A">
              <w:rPr>
                <w:rStyle w:val="Strong"/>
                <w:rFonts w:ascii="Aptos" w:hAnsi="Aptos" w:cs="Calibri"/>
                <w:b w:val="0"/>
                <w:bCs w:val="0"/>
                <w:sz w:val="20"/>
                <w:szCs w:val="20"/>
                <w:lang w:val="en"/>
              </w:rPr>
              <w:tab/>
            </w:r>
          </w:p>
          <w:p w14:paraId="2D031DC5" w14:textId="77777777" w:rsidR="00B76DD3" w:rsidRPr="00590B1A" w:rsidRDefault="00B76DD3" w:rsidP="00537D66">
            <w:pPr>
              <w:pStyle w:val="NormalWeb"/>
              <w:numPr>
                <w:ilvl w:val="0"/>
                <w:numId w:val="20"/>
              </w:numPr>
              <w:rPr>
                <w:rStyle w:val="Strong"/>
                <w:rFonts w:ascii="Aptos" w:hAnsi="Aptos" w:cs="Calibri"/>
                <w:b w:val="0"/>
                <w:bCs w:val="0"/>
                <w:sz w:val="20"/>
                <w:szCs w:val="20"/>
                <w:lang w:val="en"/>
              </w:rPr>
            </w:pPr>
            <w:r w:rsidRPr="00590B1A">
              <w:rPr>
                <w:rStyle w:val="Strong"/>
                <w:rFonts w:ascii="Aptos" w:hAnsi="Aptos" w:cs="Calibri"/>
                <w:b w:val="0"/>
                <w:bCs w:val="0"/>
                <w:sz w:val="20"/>
                <w:szCs w:val="20"/>
                <w:lang w:val="en"/>
              </w:rPr>
              <w:t xml:space="preserve">Enter Service Purchase Order </w:t>
            </w:r>
            <w:r w:rsidR="00590B1A" w:rsidRPr="000C7523">
              <w:rPr>
                <w:rStyle w:val="Strong"/>
                <w:rFonts w:ascii="Aptos" w:hAnsi="Aptos" w:cs="Calibri"/>
                <w:b w:val="0"/>
                <w:bCs w:val="0"/>
                <w:sz w:val="20"/>
                <w:szCs w:val="20"/>
                <w:lang w:val="en"/>
              </w:rPr>
              <w:t>-</w:t>
            </w:r>
            <w:r w:rsidR="00590B1A" w:rsidRPr="005A3C02">
              <w:rPr>
                <w:rStyle w:val="Strong"/>
                <w:rFonts w:ascii="Aptos" w:hAnsi="Aptos" w:cs="Calibri"/>
                <w:sz w:val="20"/>
                <w:szCs w:val="20"/>
                <w:lang w:val="en"/>
              </w:rPr>
              <w:t xml:space="preserve"> </w:t>
            </w:r>
            <w:r w:rsidRPr="00590B1A">
              <w:rPr>
                <w:rStyle w:val="Strong"/>
                <w:rFonts w:ascii="Aptos" w:hAnsi="Aptos" w:cs="Calibri"/>
                <w:b w:val="0"/>
                <w:bCs w:val="0"/>
                <w:sz w:val="20"/>
                <w:szCs w:val="20"/>
                <w:lang w:val="en"/>
              </w:rPr>
              <w:t xml:space="preserve">(OM) (Three Way Match) </w:t>
            </w:r>
          </w:p>
          <w:p w14:paraId="6B99E94D" w14:textId="77777777" w:rsidR="00B76DD3" w:rsidRPr="00590B1A" w:rsidRDefault="00B76DD3" w:rsidP="00537D66">
            <w:pPr>
              <w:pStyle w:val="NormalWeb"/>
              <w:numPr>
                <w:ilvl w:val="0"/>
                <w:numId w:val="20"/>
              </w:numPr>
              <w:rPr>
                <w:rStyle w:val="Strong"/>
                <w:rFonts w:ascii="Aptos" w:hAnsi="Aptos" w:cs="Calibri"/>
                <w:b w:val="0"/>
                <w:bCs w:val="0"/>
                <w:sz w:val="20"/>
                <w:szCs w:val="20"/>
                <w:lang w:val="en"/>
              </w:rPr>
            </w:pPr>
            <w:r w:rsidRPr="00590B1A">
              <w:rPr>
                <w:rStyle w:val="Strong"/>
                <w:rFonts w:ascii="Aptos" w:hAnsi="Aptos" w:cs="Calibri"/>
                <w:b w:val="0"/>
                <w:bCs w:val="0"/>
                <w:sz w:val="20"/>
                <w:szCs w:val="20"/>
                <w:lang w:val="en"/>
              </w:rPr>
              <w:t>Enter Service Purchase Order - Two Way Match (Z9)</w:t>
            </w:r>
          </w:p>
          <w:p w14:paraId="0A982DE8" w14:textId="77777777" w:rsidR="00B76DD3" w:rsidRPr="00590B1A" w:rsidRDefault="00B76DD3" w:rsidP="00537D66">
            <w:pPr>
              <w:pStyle w:val="NormalWeb"/>
              <w:numPr>
                <w:ilvl w:val="0"/>
                <w:numId w:val="20"/>
              </w:numPr>
              <w:rPr>
                <w:rStyle w:val="Strong"/>
                <w:rFonts w:ascii="Aptos" w:hAnsi="Aptos" w:cs="Calibri"/>
                <w:b w:val="0"/>
                <w:bCs w:val="0"/>
                <w:sz w:val="20"/>
                <w:szCs w:val="20"/>
                <w:lang w:val="en"/>
              </w:rPr>
            </w:pPr>
            <w:r w:rsidRPr="00590B1A">
              <w:rPr>
                <w:rStyle w:val="Strong"/>
                <w:rFonts w:ascii="Aptos" w:hAnsi="Aptos" w:cs="Calibri"/>
                <w:b w:val="0"/>
                <w:bCs w:val="0"/>
                <w:sz w:val="20"/>
                <w:szCs w:val="20"/>
                <w:lang w:val="en"/>
              </w:rPr>
              <w:t>Enter Commodity Purchase Order (OP)</w:t>
            </w:r>
          </w:p>
          <w:p w14:paraId="0B25C55F" w14:textId="77777777" w:rsidR="00B76DD3" w:rsidRDefault="00B76DD3" w:rsidP="00537D66">
            <w:pPr>
              <w:pStyle w:val="NormalWeb"/>
              <w:numPr>
                <w:ilvl w:val="0"/>
                <w:numId w:val="20"/>
              </w:numPr>
              <w:rPr>
                <w:rStyle w:val="Strong"/>
                <w:rFonts w:ascii="Aptos" w:hAnsi="Aptos" w:cs="Calibri"/>
                <w:b w:val="0"/>
                <w:bCs w:val="0"/>
                <w:sz w:val="20"/>
                <w:szCs w:val="20"/>
                <w:lang w:val="en"/>
              </w:rPr>
            </w:pPr>
            <w:r w:rsidRPr="00590B1A">
              <w:rPr>
                <w:rStyle w:val="Strong"/>
                <w:rFonts w:ascii="Aptos" w:hAnsi="Aptos" w:cs="Calibri"/>
                <w:b w:val="0"/>
                <w:bCs w:val="0"/>
                <w:sz w:val="20"/>
                <w:szCs w:val="20"/>
                <w:lang w:val="en"/>
              </w:rPr>
              <w:t>Enter CSI Purchase Order (OH)</w:t>
            </w:r>
          </w:p>
          <w:p w14:paraId="431187CE" w14:textId="77777777" w:rsidR="006B533E" w:rsidRDefault="006B533E" w:rsidP="00537D66">
            <w:pPr>
              <w:pStyle w:val="NormalWeb"/>
              <w:ind w:left="720"/>
              <w:rPr>
                <w:rStyle w:val="Strong"/>
                <w:rFonts w:ascii="Aptos" w:hAnsi="Aptos" w:cs="Calibri"/>
                <w:b w:val="0"/>
                <w:bCs w:val="0"/>
                <w:sz w:val="20"/>
                <w:szCs w:val="20"/>
                <w:lang w:val="en"/>
              </w:rPr>
            </w:pPr>
          </w:p>
          <w:p w14:paraId="1293CFD1" w14:textId="77777777" w:rsidR="006B533E" w:rsidRPr="00590B1A" w:rsidRDefault="006B533E" w:rsidP="00537D66">
            <w:pPr>
              <w:pStyle w:val="NormalWeb"/>
              <w:ind w:left="720"/>
              <w:rPr>
                <w:rStyle w:val="Strong"/>
                <w:rFonts w:ascii="Aptos" w:hAnsi="Aptos" w:cs="Calibri"/>
                <w:b w:val="0"/>
                <w:bCs w:val="0"/>
                <w:sz w:val="20"/>
                <w:szCs w:val="20"/>
                <w:lang w:val="en"/>
              </w:rPr>
            </w:pPr>
            <w:r w:rsidRPr="00CB78F1">
              <w:rPr>
                <w:rFonts w:ascii="Aptos" w:hAnsi="Aptos" w:cs="Calibri"/>
                <w:b/>
                <w:bCs/>
                <w:color w:val="FF0000"/>
                <w:sz w:val="20"/>
                <w:szCs w:val="20"/>
                <w:lang w:val="en"/>
              </w:rPr>
              <w:t xml:space="preserve">THE FOLLOWING </w:t>
            </w:r>
            <w:r>
              <w:rPr>
                <w:rFonts w:ascii="Aptos" w:hAnsi="Aptos" w:cs="Calibri"/>
                <w:b/>
                <w:bCs/>
                <w:color w:val="FF0000"/>
                <w:sz w:val="20"/>
                <w:szCs w:val="20"/>
                <w:lang w:val="en"/>
              </w:rPr>
              <w:t>IS</w:t>
            </w:r>
            <w:r w:rsidRPr="00CB78F1">
              <w:rPr>
                <w:rFonts w:ascii="Aptos" w:hAnsi="Aptos" w:cs="Calibri"/>
                <w:b/>
                <w:bCs/>
                <w:color w:val="FF0000"/>
                <w:sz w:val="20"/>
                <w:szCs w:val="20"/>
                <w:lang w:val="en"/>
              </w:rPr>
              <w:t xml:space="preserve"> </w:t>
            </w:r>
            <w:r w:rsidRPr="00D0271A">
              <w:rPr>
                <w:rFonts w:ascii="Aptos" w:hAnsi="Aptos" w:cs="Arial"/>
                <w:b/>
                <w:bCs/>
                <w:color w:val="FF0000"/>
                <w:sz w:val="20"/>
                <w:szCs w:val="20"/>
                <w:lang w:val="en"/>
              </w:rPr>
              <w:t>ONLY VISIBLE TO SPB PERSONNEL</w:t>
            </w:r>
            <w:r>
              <w:rPr>
                <w:rFonts w:ascii="Aptos" w:hAnsi="Aptos" w:cs="Arial"/>
                <w:b/>
                <w:bCs/>
                <w:color w:val="FF0000"/>
                <w:sz w:val="20"/>
                <w:szCs w:val="20"/>
                <w:lang w:val="en"/>
              </w:rPr>
              <w:t>:</w:t>
            </w:r>
          </w:p>
          <w:p w14:paraId="4B984091" w14:textId="77777777" w:rsidR="004026AA" w:rsidRPr="005A3C02" w:rsidRDefault="004026AA" w:rsidP="00537D66">
            <w:pPr>
              <w:pStyle w:val="NormalWeb"/>
              <w:numPr>
                <w:ilvl w:val="0"/>
                <w:numId w:val="20"/>
              </w:numPr>
              <w:rPr>
                <w:rStyle w:val="Strong"/>
                <w:rFonts w:ascii="Aptos" w:hAnsi="Aptos"/>
                <w:b w:val="0"/>
                <w:bCs w:val="0"/>
              </w:rPr>
            </w:pPr>
            <w:r w:rsidRPr="00590B1A">
              <w:rPr>
                <w:rStyle w:val="Strong"/>
                <w:rFonts w:ascii="Aptos" w:hAnsi="Aptos" w:cs="Calibri"/>
                <w:b w:val="0"/>
                <w:bCs w:val="0"/>
                <w:sz w:val="20"/>
                <w:szCs w:val="20"/>
                <w:lang w:val="en"/>
              </w:rPr>
              <w:t>Enter SPB Authorized Purchase Order (ZO)</w:t>
            </w:r>
          </w:p>
          <w:p w14:paraId="2AF1EAFF" w14:textId="77777777" w:rsidR="004B514A" w:rsidRPr="00590B1A" w:rsidRDefault="004B514A" w:rsidP="00537D66">
            <w:pPr>
              <w:pStyle w:val="NormalWeb"/>
              <w:rPr>
                <w:rFonts w:ascii="Aptos" w:hAnsi="Aptos" w:cstheme="majorHAnsi"/>
              </w:rPr>
            </w:pPr>
          </w:p>
          <w:p w14:paraId="613A6F02" w14:textId="47686AB2" w:rsidR="00E07322" w:rsidRDefault="004B514A" w:rsidP="00AF30CC">
            <w:pPr>
              <w:rPr>
                <w:rFonts w:ascii="Aptos" w:hAnsi="Aptos" w:cstheme="majorHAnsi"/>
              </w:rPr>
            </w:pPr>
            <w:r w:rsidRPr="00590B1A">
              <w:rPr>
                <w:rFonts w:ascii="Aptos" w:hAnsi="Aptos" w:cstheme="majorHAnsi"/>
              </w:rPr>
              <w:t xml:space="preserve">The process is the same for all </w:t>
            </w:r>
            <w:r w:rsidR="00AA78D9">
              <w:rPr>
                <w:rFonts w:ascii="Aptos" w:hAnsi="Aptos" w:cstheme="majorHAnsi"/>
              </w:rPr>
              <w:t xml:space="preserve">direct entry </w:t>
            </w:r>
            <w:r w:rsidRPr="00590B1A">
              <w:rPr>
                <w:rFonts w:ascii="Aptos" w:hAnsi="Aptos" w:cstheme="majorHAnsi"/>
              </w:rPr>
              <w:t>purchase order doc types</w:t>
            </w:r>
            <w:r w:rsidR="00AA78D9">
              <w:rPr>
                <w:rFonts w:ascii="Aptos" w:hAnsi="Aptos" w:cstheme="majorHAnsi"/>
              </w:rPr>
              <w:t>.</w:t>
            </w:r>
            <w:r w:rsidR="00AF30CC">
              <w:rPr>
                <w:rFonts w:ascii="Aptos" w:hAnsi="Aptos" w:cstheme="majorHAnsi"/>
              </w:rPr>
              <w:t xml:space="preserve"> </w:t>
            </w:r>
            <w:r w:rsidR="00AA78D9">
              <w:rPr>
                <w:rFonts w:ascii="Aptos" w:hAnsi="Aptos" w:cstheme="majorHAnsi"/>
              </w:rPr>
              <w:t>This example will demonstrate entering a commodity purchase order (OP)</w:t>
            </w:r>
          </w:p>
          <w:p w14:paraId="300AEE35" w14:textId="77777777" w:rsidR="00280F5A" w:rsidRDefault="00280F5A" w:rsidP="00AF30CC">
            <w:pPr>
              <w:rPr>
                <w:rFonts w:ascii="Aptos" w:hAnsi="Aptos" w:cstheme="majorHAnsi"/>
                <w:b/>
                <w:bCs/>
                <w:sz w:val="20"/>
                <w:szCs w:val="20"/>
                <w:lang w:val="en"/>
              </w:rPr>
            </w:pPr>
          </w:p>
          <w:p w14:paraId="51277F02" w14:textId="259B3BAA" w:rsidR="00280F5A" w:rsidRPr="00590B1A" w:rsidRDefault="00280F5A" w:rsidP="00AF30CC">
            <w:pPr>
              <w:rPr>
                <w:rFonts w:ascii="Aptos" w:hAnsi="Aptos" w:cs="Calibri"/>
                <w:b/>
                <w:bCs/>
                <w:sz w:val="20"/>
                <w:szCs w:val="20"/>
                <w:lang w:val="en"/>
              </w:rPr>
            </w:pPr>
            <w:r w:rsidRPr="00816E8A">
              <w:rPr>
                <w:rFonts w:ascii="Aptos" w:hAnsi="Aptos" w:cs="Calibri"/>
                <w:b/>
                <w:bCs/>
              </w:rPr>
              <w:t>NOTE:</w:t>
            </w:r>
            <w:r>
              <w:rPr>
                <w:rFonts w:ascii="Aptos" w:hAnsi="Aptos" w:cs="Calibri"/>
              </w:rPr>
              <w:t xml:space="preserve"> For instructions on how to add attachments to a purchase order</w:t>
            </w:r>
            <w:r w:rsidR="000F2EC3">
              <w:rPr>
                <w:rFonts w:ascii="Aptos" w:hAnsi="Aptos" w:cs="Calibri"/>
              </w:rPr>
              <w:t>,</w:t>
            </w:r>
            <w:r>
              <w:rPr>
                <w:rFonts w:ascii="Aptos" w:hAnsi="Aptos" w:cs="Calibri"/>
              </w:rPr>
              <w:t xml:space="preserve"> see </w:t>
            </w:r>
            <w:hyperlink w:anchor="_Adding_Attachments_to" w:history="1">
              <w:r w:rsidRPr="00797908">
                <w:rPr>
                  <w:rStyle w:val="Hyperlink"/>
                  <w:rFonts w:ascii="Aptos" w:hAnsi="Aptos" w:cs="Calibri"/>
                </w:rPr>
                <w:t>Adding Attachments to Purchase Order</w:t>
              </w:r>
            </w:hyperlink>
            <w:r>
              <w:t>.</w:t>
            </w:r>
          </w:p>
        </w:tc>
      </w:tr>
      <w:tr w:rsidR="000B37DF" w14:paraId="5CBFBCE8" w14:textId="77777777" w:rsidTr="00307DE8">
        <w:trPr>
          <w:cantSplit/>
        </w:trPr>
        <w:tc>
          <w:tcPr>
            <w:tcW w:w="630" w:type="dxa"/>
          </w:tcPr>
          <w:p w14:paraId="04DD0B25" w14:textId="77777777" w:rsidR="00E5793C" w:rsidRPr="00590B1A" w:rsidRDefault="00E5793C" w:rsidP="00537D66">
            <w:pPr>
              <w:pStyle w:val="ListParagraph"/>
              <w:numPr>
                <w:ilvl w:val="0"/>
                <w:numId w:val="25"/>
              </w:numPr>
              <w:rPr>
                <w:rFonts w:ascii="Aptos" w:hAnsi="Aptos" w:cstheme="majorHAnsi"/>
              </w:rPr>
            </w:pPr>
          </w:p>
        </w:tc>
        <w:tc>
          <w:tcPr>
            <w:tcW w:w="10391" w:type="dxa"/>
          </w:tcPr>
          <w:p w14:paraId="2F0137A0" w14:textId="77777777" w:rsidR="00E5793C" w:rsidRPr="00590B1A" w:rsidRDefault="00B72FBF" w:rsidP="00537D66">
            <w:pPr>
              <w:pStyle w:val="steptext"/>
              <w:rPr>
                <w:rFonts w:ascii="Aptos" w:hAnsi="Aptos" w:cstheme="majorHAnsi"/>
              </w:rPr>
            </w:pPr>
            <w:r w:rsidRPr="00590B1A">
              <w:rPr>
                <w:rFonts w:ascii="Aptos" w:hAnsi="Aptos" w:cstheme="majorHAnsi"/>
                <w:noProof/>
              </w:rPr>
              <w:drawing>
                <wp:anchor distT="0" distB="0" distL="114300" distR="114300" simplePos="0" relativeHeight="251657215" behindDoc="0" locked="0" layoutInCell="1" allowOverlap="1" wp14:anchorId="434063F8" wp14:editId="0CCAC3F7">
                  <wp:simplePos x="0" y="0"/>
                  <wp:positionH relativeFrom="column">
                    <wp:posOffset>1261745</wp:posOffset>
                  </wp:positionH>
                  <wp:positionV relativeFrom="paragraph">
                    <wp:posOffset>355600</wp:posOffset>
                  </wp:positionV>
                  <wp:extent cx="2976880" cy="371475"/>
                  <wp:effectExtent l="152400" t="171450" r="147320" b="352425"/>
                  <wp:wrapTopAndBottom/>
                  <wp:docPr id="1929325287" name="Picture 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25287" name="Picture 3" descr="Graphical user interface, application&#10;&#10;AI-generated content may be incorrect."/>
                          <pic:cNvPicPr/>
                        </pic:nvPicPr>
                        <pic:blipFill rotWithShape="1">
                          <a:blip r:embed="rId11"/>
                          <a:srcRect b="80061"/>
                          <a:stretch>
                            <a:fillRect/>
                          </a:stretch>
                        </pic:blipFill>
                        <pic:spPr bwMode="auto">
                          <a:xfrm>
                            <a:off x="0" y="0"/>
                            <a:ext cx="2976880" cy="3714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3000" sy="93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C03" w:rsidRPr="00590B1A">
              <w:rPr>
                <w:rFonts w:ascii="Aptos" w:hAnsi="Aptos" w:cstheme="majorHAnsi"/>
                <w:noProof/>
              </w:rPr>
              <mc:AlternateContent>
                <mc:Choice Requires="wps">
                  <w:drawing>
                    <wp:anchor distT="0" distB="0" distL="114300" distR="114300" simplePos="0" relativeHeight="251658240" behindDoc="0" locked="0" layoutInCell="1" allowOverlap="1" wp14:anchorId="40357266" wp14:editId="72334168">
                      <wp:simplePos x="0" y="0"/>
                      <wp:positionH relativeFrom="column">
                        <wp:posOffset>1189990</wp:posOffset>
                      </wp:positionH>
                      <wp:positionV relativeFrom="paragraph">
                        <wp:posOffset>704215</wp:posOffset>
                      </wp:positionV>
                      <wp:extent cx="505460" cy="232410"/>
                      <wp:effectExtent l="2540" t="67945" r="0" b="90170"/>
                      <wp:wrapNone/>
                      <wp:docPr id="507239798" name="Arrow: Righ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9863">
                                <a:off x="0" y="0"/>
                                <a:ext cx="505460" cy="232410"/>
                              </a:xfrm>
                              <a:prstGeom prst="rightArrow">
                                <a:avLst>
                                  <a:gd name="adj1" fmla="val 50000"/>
                                  <a:gd name="adj2" fmla="val 5437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61E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93.7pt;margin-top:55.45pt;width:39.8pt;height:18.3pt;rotation:-216253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" fillcolor="red"/>
                  </w:pict>
                </mc:Fallback>
              </mc:AlternateContent>
            </w:r>
            <w:r w:rsidR="002631EC" w:rsidRPr="00590B1A">
              <w:rPr>
                <w:rFonts w:ascii="Aptos" w:hAnsi="Aptos" w:cstheme="majorHAnsi"/>
              </w:rPr>
              <w:t xml:space="preserve">Click the </w:t>
            </w:r>
            <w:r w:rsidR="00D97EEA">
              <w:rPr>
                <w:rFonts w:ascii="Aptos" w:hAnsi="Aptos" w:cstheme="majorHAnsi"/>
              </w:rPr>
              <w:t>g</w:t>
            </w:r>
            <w:r w:rsidR="002631EC" w:rsidRPr="00590B1A">
              <w:rPr>
                <w:rFonts w:ascii="Aptos" w:hAnsi="Aptos" w:cstheme="majorHAnsi"/>
              </w:rPr>
              <w:t>reen plus button</w:t>
            </w:r>
            <w:r w:rsidR="00E07322" w:rsidRPr="00590B1A">
              <w:rPr>
                <w:rFonts w:ascii="Aptos" w:hAnsi="Aptos" w:cstheme="majorHAnsi"/>
              </w:rPr>
              <w:t>.</w:t>
            </w:r>
            <w:r w:rsidR="002631EC" w:rsidRPr="00590B1A">
              <w:rPr>
                <w:rFonts w:ascii="Aptos" w:hAnsi="Aptos" w:cstheme="majorHAnsi"/>
              </w:rPr>
              <w:t xml:space="preserve"> </w:t>
            </w:r>
          </w:p>
        </w:tc>
      </w:tr>
      <w:tr w:rsidR="00E5793C" w:rsidRPr="00E00101" w14:paraId="3591033C" w14:textId="77777777" w:rsidTr="00307DE8">
        <w:trPr>
          <w:cantSplit/>
        </w:trPr>
        <w:tc>
          <w:tcPr>
            <w:tcW w:w="630" w:type="dxa"/>
          </w:tcPr>
          <w:p w14:paraId="42BEEA92" w14:textId="77777777" w:rsidR="00E5793C" w:rsidRPr="00590B1A" w:rsidRDefault="00E5793C" w:rsidP="00537D66">
            <w:pPr>
              <w:pStyle w:val="ListParagraph"/>
              <w:numPr>
                <w:ilvl w:val="0"/>
                <w:numId w:val="25"/>
              </w:numPr>
              <w:rPr>
                <w:rFonts w:ascii="Aptos" w:hAnsi="Aptos" w:cstheme="majorHAnsi"/>
              </w:rPr>
            </w:pPr>
          </w:p>
        </w:tc>
        <w:tc>
          <w:tcPr>
            <w:tcW w:w="10391" w:type="dxa"/>
          </w:tcPr>
          <w:p w14:paraId="0E5ABD90" w14:textId="78D0E519" w:rsidR="001541D1" w:rsidRDefault="002631EC" w:rsidP="00537D66">
            <w:pPr>
              <w:pStyle w:val="steptext"/>
              <w:rPr>
                <w:rFonts w:ascii="Aptos" w:hAnsi="Aptos" w:cstheme="majorHAnsi"/>
                <w:b/>
              </w:rPr>
            </w:pPr>
            <w:r w:rsidRPr="00AF30CC">
              <w:rPr>
                <w:rFonts w:ascii="Aptos" w:hAnsi="Aptos" w:cstheme="majorHAnsi"/>
                <w:bCs/>
              </w:rPr>
              <w:t>Enter</w:t>
            </w:r>
            <w:r w:rsidRPr="00590B1A">
              <w:rPr>
                <w:rFonts w:ascii="Aptos" w:hAnsi="Aptos" w:cstheme="majorHAnsi"/>
                <w:b/>
              </w:rPr>
              <w:t xml:space="preserve"> </w:t>
            </w:r>
            <w:r w:rsidRPr="00AF30CC">
              <w:rPr>
                <w:rFonts w:ascii="Aptos" w:hAnsi="Aptos" w:cstheme="minorHAnsi"/>
                <w:b/>
                <w:color w:val="000080"/>
              </w:rPr>
              <w:t>Header Information</w:t>
            </w:r>
            <w:r w:rsidRPr="00590B1A">
              <w:rPr>
                <w:rFonts w:ascii="Aptos" w:hAnsi="Aptos" w:cstheme="majorHAnsi"/>
                <w:b/>
              </w:rPr>
              <w:t xml:space="preserve"> </w:t>
            </w:r>
            <w:r w:rsidR="00AF30CC">
              <w:rPr>
                <w:rFonts w:ascii="Aptos" w:hAnsi="Aptos" w:cstheme="majorHAnsi"/>
                <w:bCs/>
              </w:rPr>
              <w:t>as necessary.</w:t>
            </w:r>
          </w:p>
          <w:p w14:paraId="4A26E76C" w14:textId="77777777" w:rsidR="001541D1" w:rsidRDefault="001541D1" w:rsidP="001541D1">
            <w:pPr>
              <w:pStyle w:val="steptext"/>
              <w:keepNext/>
              <w:numPr>
                <w:ilvl w:val="0"/>
                <w:numId w:val="20"/>
              </w:numPr>
              <w:rPr>
                <w:rFonts w:ascii="Aptos" w:hAnsi="Aptos" w:cstheme="minorHAnsi"/>
              </w:rPr>
            </w:pPr>
            <w:r w:rsidRPr="00590B1A">
              <w:rPr>
                <w:rFonts w:ascii="Aptos" w:hAnsi="Aptos" w:cstheme="minorHAnsi"/>
                <w:b/>
                <w:color w:val="000080"/>
              </w:rPr>
              <w:t>Supplier</w:t>
            </w:r>
            <w:r>
              <w:rPr>
                <w:rFonts w:ascii="Aptos" w:hAnsi="Aptos" w:cstheme="minorHAnsi"/>
                <w:b/>
                <w:color w:val="000080"/>
              </w:rPr>
              <w:t xml:space="preserve"> </w:t>
            </w:r>
            <w:r w:rsidRPr="00816E8A">
              <w:rPr>
                <w:rFonts w:ascii="Aptos" w:hAnsi="Aptos" w:cstheme="minorHAnsi"/>
                <w:b/>
                <w:color w:val="000080"/>
              </w:rPr>
              <w:t xml:space="preserve">- </w:t>
            </w:r>
            <w:r>
              <w:rPr>
                <w:rFonts w:ascii="Aptos" w:hAnsi="Aptos" w:cstheme="minorHAnsi"/>
              </w:rPr>
              <w:t>Enter t</w:t>
            </w:r>
            <w:r w:rsidRPr="00590B1A">
              <w:rPr>
                <w:rFonts w:ascii="Aptos" w:hAnsi="Aptos" w:cstheme="minorHAnsi"/>
              </w:rPr>
              <w:t>he Address Book number</w:t>
            </w:r>
            <w:r>
              <w:rPr>
                <w:rFonts w:ascii="Aptos" w:hAnsi="Aptos" w:cstheme="minorHAnsi"/>
              </w:rPr>
              <w:t xml:space="preserve"> (AB#)</w:t>
            </w:r>
            <w:r w:rsidRPr="00590B1A">
              <w:rPr>
                <w:rFonts w:ascii="Aptos" w:hAnsi="Aptos" w:cstheme="minorHAnsi"/>
              </w:rPr>
              <w:t xml:space="preserve"> of the vendor being purchased from.</w:t>
            </w:r>
          </w:p>
          <w:p w14:paraId="5188F738" w14:textId="77777777" w:rsidR="001541D1" w:rsidRDefault="001541D1" w:rsidP="001541D1">
            <w:pPr>
              <w:pStyle w:val="steptext"/>
              <w:keepNext/>
              <w:numPr>
                <w:ilvl w:val="1"/>
                <w:numId w:val="20"/>
              </w:numPr>
              <w:rPr>
                <w:rFonts w:ascii="Aptos" w:hAnsi="Aptos" w:cstheme="minorHAnsi"/>
              </w:rPr>
            </w:pPr>
            <w:r>
              <w:rPr>
                <w:rFonts w:ascii="Aptos" w:hAnsi="Aptos" w:cstheme="minorHAnsi"/>
              </w:rPr>
              <w:t>Should typically be a “V” (Vendor), “AG” (Agency), or “VP” (Political Subdivision) Address Book type.</w:t>
            </w:r>
          </w:p>
          <w:p w14:paraId="0E810925" w14:textId="77777777" w:rsidR="001541D1" w:rsidRPr="00590B1A" w:rsidRDefault="001541D1" w:rsidP="001541D1">
            <w:pPr>
              <w:pStyle w:val="steptext"/>
              <w:keepNext/>
              <w:numPr>
                <w:ilvl w:val="1"/>
                <w:numId w:val="20"/>
              </w:numPr>
              <w:rPr>
                <w:rFonts w:ascii="Aptos" w:hAnsi="Aptos" w:cstheme="minorHAnsi"/>
              </w:rPr>
            </w:pPr>
            <w:r w:rsidRPr="000E0DA4">
              <w:rPr>
                <w:rFonts w:ascii="Aptos" w:hAnsi="Aptos" w:cstheme="minorHAnsi"/>
                <w:b/>
                <w:bCs/>
              </w:rPr>
              <w:t>NOTE:</w:t>
            </w:r>
            <w:r>
              <w:rPr>
                <w:rFonts w:ascii="Aptos" w:hAnsi="Aptos" w:cstheme="minorHAnsi"/>
              </w:rPr>
              <w:t xml:space="preserve"> This should NEVER be an “E” or “FD” Address Book type.</w:t>
            </w:r>
          </w:p>
          <w:p w14:paraId="07489634" w14:textId="77777777" w:rsidR="001541D1" w:rsidRPr="00590B1A" w:rsidRDefault="001541D1" w:rsidP="001541D1">
            <w:pPr>
              <w:pStyle w:val="steptext"/>
              <w:numPr>
                <w:ilvl w:val="0"/>
                <w:numId w:val="17"/>
              </w:numPr>
              <w:rPr>
                <w:rFonts w:ascii="Aptos" w:hAnsi="Aptos" w:cstheme="minorHAnsi"/>
                <w:b/>
                <w:color w:val="000080"/>
              </w:rPr>
            </w:pPr>
            <w:r>
              <w:rPr>
                <w:rFonts w:ascii="Aptos" w:hAnsi="Aptos" w:cstheme="minorHAnsi"/>
                <w:b/>
                <w:color w:val="000080"/>
              </w:rPr>
              <w:t>Ship To –</w:t>
            </w:r>
            <w:r w:rsidRPr="00590B1A">
              <w:rPr>
                <w:rFonts w:ascii="Aptos" w:hAnsi="Aptos" w:cstheme="minorHAnsi"/>
                <w:b/>
                <w:color w:val="000080"/>
              </w:rPr>
              <w:t xml:space="preserve"> </w:t>
            </w:r>
            <w:r w:rsidRPr="00590B1A">
              <w:rPr>
                <w:rFonts w:ascii="Aptos" w:hAnsi="Aptos" w:cstheme="minorHAnsi"/>
              </w:rPr>
              <w:t xml:space="preserve">Enter the </w:t>
            </w:r>
            <w:r>
              <w:rPr>
                <w:rFonts w:ascii="Aptos" w:hAnsi="Aptos" w:cstheme="minorHAnsi"/>
              </w:rPr>
              <w:t>Address Book number of the address where items are to be delivered or services are to be performed.</w:t>
            </w:r>
            <w:r w:rsidRPr="00590B1A">
              <w:rPr>
                <w:rFonts w:ascii="Aptos" w:hAnsi="Aptos" w:cstheme="minorHAnsi"/>
              </w:rPr>
              <w:t xml:space="preserve"> </w:t>
            </w:r>
          </w:p>
          <w:p w14:paraId="06B7007E" w14:textId="77777777" w:rsidR="001541D1" w:rsidRPr="001541D1" w:rsidRDefault="001541D1" w:rsidP="001541D1">
            <w:pPr>
              <w:pStyle w:val="steptext"/>
              <w:numPr>
                <w:ilvl w:val="1"/>
                <w:numId w:val="17"/>
              </w:numPr>
              <w:rPr>
                <w:rFonts w:ascii="Aptos" w:hAnsi="Aptos" w:cstheme="minorHAnsi"/>
                <w:b/>
                <w:color w:val="000080"/>
              </w:rPr>
            </w:pPr>
            <w:r>
              <w:rPr>
                <w:rFonts w:ascii="Aptos" w:hAnsi="Aptos" w:cstheme="minorHAnsi"/>
              </w:rPr>
              <w:t>The Ship To Address Book number will auto</w:t>
            </w:r>
            <w:r w:rsidR="00EF350E">
              <w:rPr>
                <w:rFonts w:ascii="Aptos" w:hAnsi="Aptos" w:cstheme="minorHAnsi"/>
              </w:rPr>
              <w:t xml:space="preserve">matically </w:t>
            </w:r>
            <w:r>
              <w:rPr>
                <w:rFonts w:ascii="Aptos" w:hAnsi="Aptos" w:cstheme="minorHAnsi"/>
              </w:rPr>
              <w:t xml:space="preserve">populate the Send Invoice To field. </w:t>
            </w:r>
          </w:p>
          <w:p w14:paraId="359A8CB5" w14:textId="77777777" w:rsidR="001541D1" w:rsidRPr="00590B1A" w:rsidRDefault="001541D1" w:rsidP="001541D1">
            <w:pPr>
              <w:pStyle w:val="steptext"/>
              <w:numPr>
                <w:ilvl w:val="1"/>
                <w:numId w:val="17"/>
              </w:numPr>
              <w:rPr>
                <w:rFonts w:ascii="Aptos" w:hAnsi="Aptos" w:cstheme="minorHAnsi"/>
                <w:b/>
                <w:color w:val="000080"/>
              </w:rPr>
            </w:pPr>
            <w:r>
              <w:rPr>
                <w:rFonts w:ascii="Aptos" w:hAnsi="Aptos" w:cstheme="minorHAnsi"/>
                <w:bCs/>
              </w:rPr>
              <w:t>Should typically be an “F” Address Book type.</w:t>
            </w:r>
          </w:p>
          <w:p w14:paraId="0514D8AB" w14:textId="77777777" w:rsidR="001541D1" w:rsidRPr="001541D1" w:rsidRDefault="001541D1" w:rsidP="001541D1">
            <w:pPr>
              <w:pStyle w:val="steptext"/>
              <w:numPr>
                <w:ilvl w:val="0"/>
                <w:numId w:val="17"/>
              </w:numPr>
              <w:rPr>
                <w:rFonts w:ascii="Aptos" w:hAnsi="Aptos" w:cstheme="minorHAnsi"/>
                <w:b/>
                <w:color w:val="000080"/>
              </w:rPr>
            </w:pPr>
            <w:r>
              <w:rPr>
                <w:rFonts w:ascii="Aptos" w:hAnsi="Aptos" w:cstheme="minorHAnsi"/>
                <w:b/>
                <w:color w:val="000080"/>
              </w:rPr>
              <w:t>Buyer</w:t>
            </w:r>
            <w:r w:rsidRPr="00590B1A">
              <w:rPr>
                <w:rFonts w:ascii="Aptos" w:hAnsi="Aptos" w:cstheme="minorHAnsi"/>
                <w:b/>
                <w:color w:val="000080"/>
              </w:rPr>
              <w:t xml:space="preserve"> - </w:t>
            </w:r>
            <w:r w:rsidRPr="00590B1A">
              <w:rPr>
                <w:rFonts w:ascii="Aptos" w:hAnsi="Aptos" w:cstheme="minorHAnsi"/>
              </w:rPr>
              <w:t xml:space="preserve">Enter the </w:t>
            </w:r>
            <w:r>
              <w:rPr>
                <w:rFonts w:ascii="Aptos" w:hAnsi="Aptos" w:cstheme="minorHAnsi"/>
              </w:rPr>
              <w:t xml:space="preserve">Address Book number for the individual primarily responsible for the document at the Agency. </w:t>
            </w:r>
          </w:p>
          <w:p w14:paraId="0BC8D497" w14:textId="77777777" w:rsidR="001541D1" w:rsidRPr="00590B1A" w:rsidRDefault="001541D1" w:rsidP="001541D1">
            <w:pPr>
              <w:pStyle w:val="steptext"/>
              <w:numPr>
                <w:ilvl w:val="0"/>
                <w:numId w:val="17"/>
              </w:numPr>
              <w:rPr>
                <w:rFonts w:ascii="Aptos" w:hAnsi="Aptos" w:cstheme="minorHAnsi"/>
              </w:rPr>
            </w:pPr>
            <w:r>
              <w:rPr>
                <w:rFonts w:ascii="Aptos" w:hAnsi="Aptos" w:cstheme="minorHAnsi"/>
                <w:b/>
                <w:color w:val="000080"/>
              </w:rPr>
              <w:t>Send Invoice To</w:t>
            </w:r>
            <w:r w:rsidRPr="00590B1A">
              <w:rPr>
                <w:rFonts w:ascii="Aptos" w:hAnsi="Aptos" w:cstheme="minorHAnsi"/>
                <w:b/>
                <w:color w:val="000080"/>
              </w:rPr>
              <w:t xml:space="preserve"> -</w:t>
            </w:r>
            <w:r w:rsidRPr="00590B1A">
              <w:rPr>
                <w:rFonts w:ascii="Aptos" w:hAnsi="Aptos" w:cstheme="minorHAnsi"/>
              </w:rPr>
              <w:t xml:space="preserve"> Enter the </w:t>
            </w:r>
            <w:r>
              <w:rPr>
                <w:rFonts w:ascii="Aptos" w:hAnsi="Aptos" w:cstheme="minorHAnsi"/>
              </w:rPr>
              <w:t xml:space="preserve">Address Book number for the address where invoices should be sent. </w:t>
            </w:r>
          </w:p>
          <w:p w14:paraId="32906EBC" w14:textId="77777777" w:rsidR="001C273E" w:rsidRDefault="001541D1" w:rsidP="001541D1">
            <w:pPr>
              <w:pStyle w:val="steptext"/>
              <w:numPr>
                <w:ilvl w:val="1"/>
                <w:numId w:val="17"/>
              </w:numPr>
              <w:rPr>
                <w:rFonts w:ascii="Aptos" w:hAnsi="Aptos" w:cstheme="minorHAnsi"/>
              </w:rPr>
            </w:pPr>
            <w:r>
              <w:rPr>
                <w:rFonts w:ascii="Aptos" w:hAnsi="Aptos" w:cstheme="minorHAnsi"/>
              </w:rPr>
              <w:t xml:space="preserve">Automatically populates but can be overwritten. </w:t>
            </w:r>
          </w:p>
          <w:p w14:paraId="69F4FFE1" w14:textId="77777777" w:rsidR="001541D1" w:rsidRPr="00590B1A" w:rsidRDefault="001C273E" w:rsidP="001541D1">
            <w:pPr>
              <w:pStyle w:val="steptext"/>
              <w:numPr>
                <w:ilvl w:val="1"/>
                <w:numId w:val="17"/>
              </w:numPr>
              <w:rPr>
                <w:rFonts w:ascii="Aptos" w:hAnsi="Aptos" w:cstheme="minorHAnsi"/>
              </w:rPr>
            </w:pPr>
            <w:r>
              <w:rPr>
                <w:rFonts w:ascii="Aptos" w:hAnsi="Aptos" w:cstheme="minorHAnsi"/>
              </w:rPr>
              <w:t>Should typically be an “F” Address Book type</w:t>
            </w:r>
            <w:r w:rsidR="001541D1" w:rsidRPr="00590B1A">
              <w:rPr>
                <w:rFonts w:ascii="Aptos" w:hAnsi="Aptos" w:cstheme="minorHAnsi"/>
              </w:rPr>
              <w:t>.</w:t>
            </w:r>
          </w:p>
          <w:p w14:paraId="770955EB" w14:textId="77777777" w:rsidR="001541D1" w:rsidRPr="001C273E" w:rsidRDefault="001C273E" w:rsidP="001C273E">
            <w:pPr>
              <w:pStyle w:val="steptext"/>
              <w:numPr>
                <w:ilvl w:val="0"/>
                <w:numId w:val="17"/>
              </w:numPr>
              <w:rPr>
                <w:rFonts w:ascii="Aptos" w:hAnsi="Aptos" w:cstheme="minorHAnsi"/>
              </w:rPr>
            </w:pPr>
            <w:r>
              <w:rPr>
                <w:rFonts w:ascii="Aptos" w:hAnsi="Aptos" w:cstheme="minorHAnsi"/>
                <w:b/>
                <w:color w:val="000080"/>
              </w:rPr>
              <w:t>Business Unit</w:t>
            </w:r>
            <w:r w:rsidR="001541D1" w:rsidRPr="00590B1A">
              <w:rPr>
                <w:rFonts w:ascii="Aptos" w:hAnsi="Aptos" w:cstheme="minorHAnsi"/>
                <w:b/>
                <w:color w:val="000080"/>
              </w:rPr>
              <w:t xml:space="preserve">- </w:t>
            </w:r>
            <w:r>
              <w:rPr>
                <w:rFonts w:ascii="Aptos" w:hAnsi="Aptos" w:cstheme="minorHAnsi"/>
              </w:rPr>
              <w:t xml:space="preserve">Enter the Business Unit responsible for the purchase order. </w:t>
            </w:r>
          </w:p>
          <w:p w14:paraId="3C3209E3" w14:textId="77777777" w:rsidR="001541D1" w:rsidRPr="00EF350E" w:rsidRDefault="001C273E" w:rsidP="00EF350E">
            <w:pPr>
              <w:pStyle w:val="steptext"/>
              <w:numPr>
                <w:ilvl w:val="0"/>
                <w:numId w:val="17"/>
              </w:numPr>
              <w:rPr>
                <w:rFonts w:ascii="Aptos" w:hAnsi="Aptos" w:cstheme="minorHAnsi"/>
              </w:rPr>
            </w:pPr>
            <w:r>
              <w:rPr>
                <w:rFonts w:ascii="Aptos" w:hAnsi="Aptos" w:cstheme="minorHAnsi"/>
                <w:b/>
                <w:color w:val="000080"/>
              </w:rPr>
              <w:t>Entered Date</w:t>
            </w:r>
            <w:r w:rsidR="001541D1" w:rsidRPr="00590B1A">
              <w:rPr>
                <w:rFonts w:ascii="Aptos" w:hAnsi="Aptos" w:cstheme="minorHAnsi"/>
                <w:b/>
                <w:color w:val="000080"/>
              </w:rPr>
              <w:t xml:space="preserve"> </w:t>
            </w:r>
            <w:r>
              <w:rPr>
                <w:rFonts w:ascii="Aptos" w:hAnsi="Aptos" w:cstheme="minorHAnsi"/>
                <w:b/>
                <w:color w:val="000080"/>
              </w:rPr>
              <w:t>–</w:t>
            </w:r>
            <w:r w:rsidR="001541D1" w:rsidRPr="00590B1A">
              <w:rPr>
                <w:rFonts w:ascii="Aptos" w:hAnsi="Aptos" w:cstheme="minorHAnsi"/>
              </w:rPr>
              <w:t xml:space="preserve"> </w:t>
            </w:r>
            <w:r>
              <w:rPr>
                <w:rFonts w:ascii="Aptos" w:hAnsi="Aptos" w:cstheme="minorHAnsi"/>
              </w:rPr>
              <w:t xml:space="preserve">Current date will automatically populate. </w:t>
            </w:r>
          </w:p>
          <w:p w14:paraId="66B22A7F" w14:textId="77777777" w:rsidR="001541D1" w:rsidRPr="00590B1A" w:rsidRDefault="001C273E" w:rsidP="001541D1">
            <w:pPr>
              <w:pStyle w:val="steptext"/>
              <w:numPr>
                <w:ilvl w:val="0"/>
                <w:numId w:val="17"/>
              </w:numPr>
              <w:rPr>
                <w:rFonts w:ascii="Aptos" w:hAnsi="Aptos" w:cstheme="minorHAnsi"/>
              </w:rPr>
            </w:pPr>
            <w:r>
              <w:rPr>
                <w:rFonts w:ascii="Aptos" w:hAnsi="Aptos" w:cstheme="minorHAnsi"/>
                <w:b/>
                <w:color w:val="000080"/>
              </w:rPr>
              <w:t xml:space="preserve">Requested Date </w:t>
            </w:r>
            <w:r w:rsidR="001541D1">
              <w:rPr>
                <w:rFonts w:ascii="Aptos" w:hAnsi="Aptos" w:cstheme="minorHAnsi"/>
                <w:b/>
                <w:color w:val="000080"/>
              </w:rPr>
              <w:t>-</w:t>
            </w:r>
            <w:r w:rsidR="001541D1" w:rsidRPr="00590B1A">
              <w:rPr>
                <w:rFonts w:ascii="Aptos" w:hAnsi="Aptos" w:cstheme="minorHAnsi"/>
                <w:b/>
                <w:color w:val="000080"/>
              </w:rPr>
              <w:t xml:space="preserve"> </w:t>
            </w:r>
            <w:r w:rsidR="001541D1" w:rsidRPr="00816E8A">
              <w:rPr>
                <w:rFonts w:ascii="Aptos" w:hAnsi="Aptos" w:cstheme="minorHAnsi"/>
              </w:rPr>
              <w:t>Enter the</w:t>
            </w:r>
            <w:r w:rsidR="001541D1">
              <w:rPr>
                <w:rFonts w:ascii="Aptos" w:hAnsi="Aptos" w:cstheme="minorHAnsi"/>
                <w:b/>
                <w:color w:val="000080"/>
              </w:rPr>
              <w:t xml:space="preserve"> </w:t>
            </w:r>
            <w:r w:rsidR="00EF350E" w:rsidRPr="00EF350E">
              <w:rPr>
                <w:rFonts w:ascii="Aptos" w:hAnsi="Aptos" w:cstheme="minorHAnsi"/>
              </w:rPr>
              <w:t xml:space="preserve">desired date the purchase order is to be filled or delivered. </w:t>
            </w:r>
          </w:p>
          <w:p w14:paraId="5C152C97" w14:textId="77777777" w:rsidR="001541D1" w:rsidRPr="00590B1A" w:rsidRDefault="001C273E" w:rsidP="001541D1">
            <w:pPr>
              <w:pStyle w:val="steptext"/>
              <w:numPr>
                <w:ilvl w:val="0"/>
                <w:numId w:val="17"/>
              </w:numPr>
              <w:rPr>
                <w:rFonts w:ascii="Aptos" w:hAnsi="Aptos" w:cstheme="minorHAnsi"/>
              </w:rPr>
            </w:pPr>
            <w:r>
              <w:rPr>
                <w:rFonts w:ascii="Aptos" w:hAnsi="Aptos" w:cstheme="minorHAnsi"/>
                <w:b/>
                <w:color w:val="000080"/>
              </w:rPr>
              <w:t xml:space="preserve">Promised Delivery </w:t>
            </w:r>
            <w:r w:rsidR="001541D1" w:rsidRPr="00590B1A">
              <w:rPr>
                <w:rFonts w:ascii="Aptos" w:hAnsi="Aptos" w:cstheme="minorHAnsi"/>
                <w:b/>
                <w:color w:val="000080"/>
              </w:rPr>
              <w:t xml:space="preserve">- </w:t>
            </w:r>
            <w:r w:rsidR="001541D1" w:rsidRPr="00590B1A">
              <w:rPr>
                <w:rFonts w:ascii="Aptos" w:hAnsi="Aptos" w:cstheme="minorHAnsi"/>
              </w:rPr>
              <w:t xml:space="preserve">Enter </w:t>
            </w:r>
            <w:r w:rsidR="00EF350E">
              <w:rPr>
                <w:rFonts w:ascii="Aptos" w:hAnsi="Aptos" w:cstheme="minorHAnsi"/>
              </w:rPr>
              <w:t>the date the Supplier promised to deliver this order.</w:t>
            </w:r>
          </w:p>
          <w:p w14:paraId="335C909F" w14:textId="77777777" w:rsidR="00EF350E" w:rsidRDefault="001C273E" w:rsidP="001541D1">
            <w:pPr>
              <w:pStyle w:val="steptext"/>
              <w:numPr>
                <w:ilvl w:val="0"/>
                <w:numId w:val="17"/>
              </w:numPr>
              <w:rPr>
                <w:rFonts w:ascii="Aptos" w:hAnsi="Aptos" w:cstheme="minorHAnsi"/>
              </w:rPr>
            </w:pPr>
            <w:r>
              <w:rPr>
                <w:rFonts w:ascii="Aptos" w:hAnsi="Aptos" w:cstheme="minorHAnsi"/>
                <w:b/>
                <w:color w:val="000080"/>
              </w:rPr>
              <w:t xml:space="preserve">Cancel Date </w:t>
            </w:r>
            <w:r w:rsidR="00EF350E">
              <w:rPr>
                <w:rFonts w:ascii="Aptos" w:hAnsi="Aptos" w:cstheme="minorHAnsi"/>
                <w:b/>
                <w:color w:val="000080"/>
              </w:rPr>
              <w:t>–</w:t>
            </w:r>
            <w:r w:rsidR="001541D1" w:rsidRPr="00590B1A">
              <w:rPr>
                <w:rFonts w:ascii="Aptos" w:hAnsi="Aptos" w:cstheme="minorHAnsi"/>
              </w:rPr>
              <w:t xml:space="preserve"> </w:t>
            </w:r>
            <w:r w:rsidR="00EF350E" w:rsidRPr="00590B1A">
              <w:rPr>
                <w:rFonts w:ascii="Aptos" w:hAnsi="Aptos" w:cstheme="minorHAnsi"/>
                <w:b/>
                <w:color w:val="FF0000"/>
              </w:rPr>
              <w:t>DO</w:t>
            </w:r>
            <w:r w:rsidR="00EF350E">
              <w:rPr>
                <w:rFonts w:ascii="Aptos" w:hAnsi="Aptos" w:cstheme="minorHAnsi"/>
                <w:b/>
                <w:color w:val="FF0000"/>
              </w:rPr>
              <w:t xml:space="preserve"> NOT ENTER A CANCEL DATE</w:t>
            </w:r>
            <w:r w:rsidR="001541D1" w:rsidRPr="00590B1A">
              <w:rPr>
                <w:rFonts w:ascii="Aptos" w:hAnsi="Aptos" w:cstheme="minorHAnsi"/>
              </w:rPr>
              <w:t xml:space="preserve"> </w:t>
            </w:r>
          </w:p>
          <w:p w14:paraId="1EB8D1E2" w14:textId="77777777" w:rsidR="001541D1" w:rsidRPr="005A1950" w:rsidRDefault="00EF350E" w:rsidP="005A1950">
            <w:pPr>
              <w:pStyle w:val="steptext"/>
              <w:numPr>
                <w:ilvl w:val="1"/>
                <w:numId w:val="17"/>
              </w:numPr>
              <w:rPr>
                <w:rFonts w:ascii="Aptos" w:hAnsi="Aptos" w:cstheme="majorHAnsi"/>
                <w:bCs/>
              </w:rPr>
            </w:pPr>
            <w:r w:rsidRPr="00EF350E">
              <w:rPr>
                <w:rFonts w:ascii="Aptos" w:hAnsi="Aptos" w:cstheme="minorHAnsi"/>
                <w:b/>
              </w:rPr>
              <w:t xml:space="preserve">NOTE: </w:t>
            </w:r>
            <w:r>
              <w:rPr>
                <w:rFonts w:ascii="Aptos" w:hAnsi="Aptos" w:cstheme="minorHAnsi"/>
                <w:bCs/>
              </w:rPr>
              <w:t xml:space="preserve">Purchase orders should </w:t>
            </w:r>
            <w:r>
              <w:rPr>
                <w:rFonts w:ascii="Aptos" w:hAnsi="Aptos" w:cstheme="minorHAnsi"/>
                <w:bCs/>
                <w:u w:val="single"/>
              </w:rPr>
              <w:t>never</w:t>
            </w:r>
            <w:r>
              <w:rPr>
                <w:rFonts w:ascii="Aptos" w:hAnsi="Aptos" w:cstheme="minorHAnsi"/>
                <w:bCs/>
              </w:rPr>
              <w:t xml:space="preserve"> have a cancel date. If not removed, the funds will remain encumbered even if the purchase order is canceled. </w:t>
            </w:r>
          </w:p>
          <w:p w14:paraId="57E17632" w14:textId="24B1AC0A" w:rsidR="005A1950" w:rsidRPr="005A1950" w:rsidRDefault="005A1950" w:rsidP="005A1950">
            <w:pPr>
              <w:pStyle w:val="steptext"/>
              <w:rPr>
                <w:rFonts w:ascii="Aptos" w:hAnsi="Aptos" w:cstheme="majorHAnsi"/>
                <w:bCs/>
              </w:rPr>
            </w:pPr>
          </w:p>
          <w:p w14:paraId="010846CE" w14:textId="3488477C" w:rsidR="005A1950" w:rsidRPr="001541D1" w:rsidRDefault="00930181" w:rsidP="00930181">
            <w:pPr>
              <w:pStyle w:val="steptext"/>
              <w:jc w:val="center"/>
              <w:rPr>
                <w:rFonts w:ascii="Aptos" w:hAnsi="Aptos" w:cstheme="majorHAnsi"/>
                <w:bCs/>
              </w:rPr>
            </w:pPr>
            <w:r w:rsidRPr="00590B1A">
              <w:rPr>
                <w:noProof/>
              </w:rPr>
              <mc:AlternateContent>
                <mc:Choice Requires="wps">
                  <w:drawing>
                    <wp:anchor distT="0" distB="0" distL="114300" distR="114300" simplePos="0" relativeHeight="252128256" behindDoc="0" locked="0" layoutInCell="1" allowOverlap="1" wp14:anchorId="49A64523" wp14:editId="0B981058">
                      <wp:simplePos x="0" y="0"/>
                      <wp:positionH relativeFrom="column">
                        <wp:posOffset>1161415</wp:posOffset>
                      </wp:positionH>
                      <wp:positionV relativeFrom="paragraph">
                        <wp:posOffset>758190</wp:posOffset>
                      </wp:positionV>
                      <wp:extent cx="3286664" cy="1166826"/>
                      <wp:effectExtent l="0" t="0" r="28575" b="14605"/>
                      <wp:wrapNone/>
                      <wp:docPr id="1623077937"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664" cy="1166826"/>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68A79" id="Rectangle: Rounded Corners 13" o:spid="_x0000_s1026" style="position:absolute;margin-left:91.45pt;margin-top:59.7pt;width:258.8pt;height:91.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" filled="f" strokecolor="red" strokeweight="1pt"/>
                  </w:pict>
                </mc:Fallback>
              </mc:AlternateContent>
            </w:r>
            <w:r w:rsidRPr="00590B1A">
              <w:rPr>
                <w:noProof/>
              </w:rPr>
              <w:drawing>
                <wp:anchor distT="0" distB="0" distL="114300" distR="114300" simplePos="0" relativeHeight="251654140" behindDoc="0" locked="0" layoutInCell="1" allowOverlap="1" wp14:anchorId="6FCE63CC" wp14:editId="56A84D3E">
                  <wp:simplePos x="0" y="0"/>
                  <wp:positionH relativeFrom="column">
                    <wp:posOffset>1210945</wp:posOffset>
                  </wp:positionH>
                  <wp:positionV relativeFrom="paragraph">
                    <wp:posOffset>368935</wp:posOffset>
                  </wp:positionV>
                  <wp:extent cx="3073400" cy="2419350"/>
                  <wp:effectExtent l="171450" t="171450" r="279400" b="304800"/>
                  <wp:wrapTopAndBottom/>
                  <wp:docPr id="1362265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56586" name="Picture 8"/>
                          <pic:cNvPicPr/>
                        </pic:nvPicPr>
                        <pic:blipFill rotWithShape="1">
                          <a:blip r:embed="rId12"/>
                          <a:srcRect t="591" b="10318"/>
                          <a:stretch>
                            <a:fillRect/>
                          </a:stretch>
                        </pic:blipFill>
                        <pic:spPr bwMode="auto">
                          <a:xfrm>
                            <a:off x="0" y="0"/>
                            <a:ext cx="3073400" cy="2419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5A1950" w:rsidRPr="005A3C02">
              <w:rPr>
                <w:rFonts w:ascii="Aptos" w:hAnsi="Aptos" w:cstheme="minorHAnsi"/>
                <w:b/>
                <w:bCs/>
              </w:rPr>
              <w:t>Example</w:t>
            </w:r>
            <w:r w:rsidR="005A1950">
              <w:rPr>
                <w:rFonts w:ascii="Aptos" w:hAnsi="Aptos" w:cstheme="minorHAnsi"/>
                <w:b/>
                <w:bCs/>
              </w:rPr>
              <w:t xml:space="preserve"> of</w:t>
            </w:r>
            <w:r w:rsidR="005A1950" w:rsidRPr="005A3C02">
              <w:rPr>
                <w:rFonts w:ascii="Aptos" w:hAnsi="Aptos" w:cstheme="minorHAnsi"/>
                <w:b/>
                <w:bCs/>
              </w:rPr>
              <w:t xml:space="preserve"> Filled Order Header</w:t>
            </w:r>
            <w:r w:rsidR="005A1950" w:rsidRPr="005A3C02">
              <w:rPr>
                <w:rFonts w:ascii="Aptos" w:hAnsi="Aptos" w:cstheme="minorHAnsi"/>
              </w:rPr>
              <w:br w:type="page"/>
            </w:r>
          </w:p>
        </w:tc>
      </w:tr>
      <w:tr w:rsidR="00DC745D" w:rsidRPr="00E00101" w14:paraId="00738118" w14:textId="77777777" w:rsidTr="00307DE8">
        <w:trPr>
          <w:cantSplit/>
        </w:trPr>
        <w:tc>
          <w:tcPr>
            <w:tcW w:w="630" w:type="dxa"/>
          </w:tcPr>
          <w:p w14:paraId="48986AED" w14:textId="77777777" w:rsidR="00DC745D" w:rsidRPr="00590B1A" w:rsidRDefault="00DC745D" w:rsidP="00537D66">
            <w:pPr>
              <w:pStyle w:val="ListParagraph"/>
              <w:numPr>
                <w:ilvl w:val="0"/>
                <w:numId w:val="25"/>
              </w:numPr>
              <w:rPr>
                <w:rFonts w:ascii="Aptos" w:hAnsi="Aptos" w:cstheme="majorHAnsi"/>
              </w:rPr>
            </w:pPr>
          </w:p>
        </w:tc>
        <w:tc>
          <w:tcPr>
            <w:tcW w:w="10391" w:type="dxa"/>
          </w:tcPr>
          <w:p w14:paraId="1A4ADF0A" w14:textId="77777777" w:rsidR="00DC745D" w:rsidRDefault="00DC745D" w:rsidP="00537D66">
            <w:pPr>
              <w:pStyle w:val="steptext"/>
              <w:rPr>
                <w:rFonts w:ascii="Aptos" w:hAnsi="Aptos" w:cstheme="minorHAnsi"/>
              </w:rPr>
            </w:pPr>
            <w:r w:rsidRPr="00590B1A">
              <w:rPr>
                <w:rFonts w:ascii="Aptos" w:hAnsi="Aptos" w:cstheme="minorHAnsi"/>
              </w:rPr>
              <w:t xml:space="preserve">Click the </w:t>
            </w:r>
            <w:r w:rsidRPr="00590B1A">
              <w:rPr>
                <w:rFonts w:ascii="Aptos" w:hAnsi="Aptos" w:cstheme="minorHAnsi"/>
                <w:b/>
                <w:color w:val="000080"/>
              </w:rPr>
              <w:t>Additional Properties</w:t>
            </w:r>
            <w:r w:rsidRPr="00590B1A">
              <w:rPr>
                <w:rFonts w:ascii="Aptos" w:hAnsi="Aptos" w:cstheme="minorHAnsi"/>
              </w:rPr>
              <w:t xml:space="preserve"> tab</w:t>
            </w:r>
            <w:r w:rsidR="009A262C">
              <w:rPr>
                <w:rFonts w:ascii="Aptos" w:hAnsi="Aptos" w:cstheme="minorHAnsi"/>
              </w:rPr>
              <w:t xml:space="preserve"> and complete as needed or desired</w:t>
            </w:r>
            <w:r w:rsidRPr="00590B1A">
              <w:rPr>
                <w:rFonts w:ascii="Aptos" w:hAnsi="Aptos" w:cstheme="minorHAnsi"/>
              </w:rPr>
              <w:t>.</w:t>
            </w:r>
            <w:r w:rsidR="009A262C">
              <w:rPr>
                <w:rFonts w:ascii="Aptos" w:hAnsi="Aptos" w:cstheme="minorHAnsi"/>
              </w:rPr>
              <w:t xml:space="preserve"> </w:t>
            </w:r>
          </w:p>
          <w:p w14:paraId="455B4D69" w14:textId="77777777" w:rsidR="009A262C" w:rsidRDefault="009A262C" w:rsidP="009A262C">
            <w:pPr>
              <w:pStyle w:val="steptext"/>
              <w:keepNext/>
              <w:numPr>
                <w:ilvl w:val="0"/>
                <w:numId w:val="20"/>
              </w:numPr>
              <w:rPr>
                <w:rFonts w:ascii="Aptos" w:hAnsi="Aptos" w:cstheme="minorHAnsi"/>
              </w:rPr>
            </w:pPr>
            <w:r w:rsidRPr="00590B1A">
              <w:rPr>
                <w:rFonts w:ascii="Aptos" w:hAnsi="Aptos" w:cstheme="minorHAnsi"/>
                <w:b/>
                <w:color w:val="000080"/>
              </w:rPr>
              <w:t xml:space="preserve">Document Description </w:t>
            </w:r>
            <w:r w:rsidRPr="00816E8A">
              <w:rPr>
                <w:rFonts w:ascii="Aptos" w:hAnsi="Aptos" w:cstheme="minorHAnsi"/>
                <w:b/>
                <w:color w:val="000080"/>
              </w:rPr>
              <w:t xml:space="preserve">- </w:t>
            </w:r>
            <w:r w:rsidRPr="00590B1A">
              <w:rPr>
                <w:rFonts w:ascii="Aptos" w:hAnsi="Aptos" w:cstheme="minorHAnsi"/>
              </w:rPr>
              <w:t xml:space="preserve">Enter </w:t>
            </w:r>
            <w:r>
              <w:rPr>
                <w:rFonts w:ascii="Aptos" w:hAnsi="Aptos" w:cstheme="minorHAnsi"/>
              </w:rPr>
              <w:t xml:space="preserve">the </w:t>
            </w:r>
            <w:r w:rsidRPr="00590B1A">
              <w:rPr>
                <w:rFonts w:ascii="Aptos" w:hAnsi="Aptos" w:cstheme="minorHAnsi"/>
              </w:rPr>
              <w:t>description of goods/services being procured</w:t>
            </w:r>
            <w:r>
              <w:rPr>
                <w:rFonts w:ascii="Aptos" w:hAnsi="Aptos" w:cstheme="minorHAnsi"/>
              </w:rPr>
              <w:t xml:space="preserve"> (this information will print on reports)</w:t>
            </w:r>
            <w:r w:rsidRPr="00590B1A">
              <w:rPr>
                <w:rFonts w:ascii="Aptos" w:hAnsi="Aptos" w:cstheme="minorHAnsi"/>
              </w:rPr>
              <w:t xml:space="preserve">. </w:t>
            </w:r>
          </w:p>
          <w:p w14:paraId="5AB5999F" w14:textId="77777777" w:rsidR="009A262C" w:rsidRPr="00590B1A" w:rsidRDefault="009A262C" w:rsidP="009A262C">
            <w:pPr>
              <w:pStyle w:val="steptext"/>
              <w:keepNext/>
              <w:numPr>
                <w:ilvl w:val="1"/>
                <w:numId w:val="20"/>
              </w:numPr>
              <w:rPr>
                <w:rFonts w:ascii="Aptos" w:hAnsi="Aptos" w:cstheme="minorHAnsi"/>
              </w:rPr>
            </w:pPr>
            <w:r w:rsidRPr="00EF350E">
              <w:rPr>
                <w:rFonts w:ascii="Aptos" w:hAnsi="Aptos" w:cstheme="minorHAnsi"/>
                <w:b/>
              </w:rPr>
              <w:t xml:space="preserve">NOTE: </w:t>
            </w:r>
            <w:r>
              <w:rPr>
                <w:rFonts w:ascii="Aptos" w:hAnsi="Aptos" w:cstheme="minorHAnsi"/>
                <w:bCs/>
              </w:rPr>
              <w:t>This field is limited to 30 alpha/numeric characters.</w:t>
            </w:r>
          </w:p>
          <w:p w14:paraId="03D358DC" w14:textId="77777777" w:rsidR="009A262C" w:rsidRDefault="009A262C" w:rsidP="009A262C">
            <w:pPr>
              <w:pStyle w:val="steptext"/>
              <w:numPr>
                <w:ilvl w:val="0"/>
                <w:numId w:val="20"/>
              </w:numPr>
              <w:rPr>
                <w:rFonts w:ascii="Aptos" w:hAnsi="Aptos" w:cstheme="minorHAnsi"/>
              </w:rPr>
            </w:pPr>
            <w:r w:rsidRPr="00590B1A">
              <w:rPr>
                <w:rFonts w:ascii="Aptos" w:hAnsi="Aptos" w:cstheme="minorHAnsi"/>
                <w:b/>
                <w:color w:val="000080"/>
              </w:rPr>
              <w:t>Document Location</w:t>
            </w:r>
            <w:r w:rsidRPr="00590B1A">
              <w:rPr>
                <w:rFonts w:ascii="Aptos" w:hAnsi="Aptos" w:cstheme="minorHAnsi"/>
              </w:rPr>
              <w:t xml:space="preserve"> </w:t>
            </w:r>
            <w:r w:rsidRPr="00816E8A">
              <w:rPr>
                <w:rFonts w:ascii="Aptos" w:hAnsi="Aptos" w:cstheme="minorHAnsi"/>
                <w:b/>
                <w:color w:val="000080"/>
              </w:rPr>
              <w:t xml:space="preserve">- </w:t>
            </w:r>
            <w:r w:rsidRPr="00590B1A">
              <w:rPr>
                <w:rFonts w:ascii="Aptos" w:hAnsi="Aptos" w:cstheme="minorHAnsi"/>
              </w:rPr>
              <w:t xml:space="preserve">Enter </w:t>
            </w:r>
            <w:r>
              <w:rPr>
                <w:rFonts w:ascii="Aptos" w:hAnsi="Aptos" w:cstheme="minorHAnsi"/>
              </w:rPr>
              <w:t xml:space="preserve">the </w:t>
            </w:r>
            <w:r w:rsidRPr="00590B1A">
              <w:rPr>
                <w:rFonts w:ascii="Aptos" w:hAnsi="Aptos" w:cstheme="minorHAnsi"/>
              </w:rPr>
              <w:t>Address Book number for the facility where the purchase order was established</w:t>
            </w:r>
            <w:r>
              <w:rPr>
                <w:rFonts w:ascii="Aptos" w:hAnsi="Aptos" w:cstheme="minorHAnsi"/>
              </w:rPr>
              <w:t>.</w:t>
            </w:r>
          </w:p>
          <w:p w14:paraId="5E049935" w14:textId="77777777" w:rsidR="009A262C" w:rsidRDefault="009A262C" w:rsidP="009A262C">
            <w:pPr>
              <w:pStyle w:val="steptext"/>
              <w:numPr>
                <w:ilvl w:val="1"/>
                <w:numId w:val="20"/>
              </w:numPr>
              <w:rPr>
                <w:rFonts w:ascii="Aptos" w:hAnsi="Aptos" w:cstheme="minorHAnsi"/>
              </w:rPr>
            </w:pPr>
            <w:r>
              <w:rPr>
                <w:rFonts w:ascii="Aptos" w:hAnsi="Aptos" w:cstheme="minorHAnsi"/>
              </w:rPr>
              <w:t>Should typically be an “F” Address Book type.</w:t>
            </w:r>
          </w:p>
          <w:p w14:paraId="71766350" w14:textId="77777777" w:rsidR="00B72FBF" w:rsidRDefault="00B72FBF" w:rsidP="00B72FBF">
            <w:pPr>
              <w:pStyle w:val="steptext"/>
              <w:numPr>
                <w:ilvl w:val="0"/>
                <w:numId w:val="34"/>
              </w:numPr>
              <w:rPr>
                <w:rFonts w:ascii="Aptos" w:hAnsi="Aptos" w:cstheme="minorHAnsi"/>
              </w:rPr>
            </w:pPr>
            <w:r w:rsidRPr="00590B1A">
              <w:rPr>
                <w:rFonts w:ascii="Aptos" w:hAnsi="Aptos" w:cstheme="minorHAnsi"/>
                <w:b/>
                <w:color w:val="000080"/>
              </w:rPr>
              <w:t>Document Contact</w:t>
            </w:r>
            <w:r w:rsidRPr="00590B1A">
              <w:rPr>
                <w:rFonts w:ascii="Aptos" w:hAnsi="Aptos" w:cstheme="minorHAnsi"/>
              </w:rPr>
              <w:t xml:space="preserve"> </w:t>
            </w:r>
            <w:r w:rsidRPr="00816E8A">
              <w:rPr>
                <w:rFonts w:ascii="Aptos" w:hAnsi="Aptos" w:cstheme="minorHAnsi"/>
                <w:b/>
                <w:color w:val="000080"/>
              </w:rPr>
              <w:t xml:space="preserve">- </w:t>
            </w:r>
            <w:r>
              <w:rPr>
                <w:rFonts w:ascii="Aptos" w:hAnsi="Aptos" w:cstheme="minorHAnsi"/>
              </w:rPr>
              <w:t>Enter the Address Book number for</w:t>
            </w:r>
            <w:r w:rsidRPr="00590B1A">
              <w:rPr>
                <w:rFonts w:ascii="Aptos" w:hAnsi="Aptos" w:cstheme="minorHAnsi"/>
              </w:rPr>
              <w:t xml:space="preserve"> the primary person responsible for the commodity or service purchase order.  </w:t>
            </w:r>
          </w:p>
          <w:p w14:paraId="39077FF6" w14:textId="77777777" w:rsidR="00930181" w:rsidRDefault="00B72FBF" w:rsidP="00B72FBF">
            <w:pPr>
              <w:pStyle w:val="steptext"/>
              <w:numPr>
                <w:ilvl w:val="1"/>
                <w:numId w:val="34"/>
              </w:numPr>
              <w:rPr>
                <w:rFonts w:ascii="Aptos" w:hAnsi="Aptos" w:cstheme="minorHAnsi"/>
              </w:rPr>
            </w:pPr>
            <w:r>
              <w:rPr>
                <w:rFonts w:ascii="Aptos" w:hAnsi="Aptos" w:cstheme="minorHAnsi"/>
              </w:rPr>
              <w:t>Must be either a “B”, “E”, or “N” Address Book type.</w:t>
            </w:r>
          </w:p>
          <w:p w14:paraId="3A27E20A" w14:textId="77777777" w:rsidR="00930181" w:rsidRDefault="00930181" w:rsidP="00930181">
            <w:pPr>
              <w:pStyle w:val="steptext"/>
              <w:rPr>
                <w:rFonts w:ascii="Aptos" w:hAnsi="Aptos" w:cstheme="minorHAnsi"/>
              </w:rPr>
            </w:pPr>
          </w:p>
          <w:p w14:paraId="686DE9FF" w14:textId="3DB20B8D" w:rsidR="00930181" w:rsidRPr="00590B1A" w:rsidRDefault="00B72FBF" w:rsidP="00930181">
            <w:pPr>
              <w:pStyle w:val="steptext"/>
              <w:keepNext/>
              <w:ind w:left="360"/>
              <w:jc w:val="center"/>
              <w:rPr>
                <w:rFonts w:ascii="Aptos" w:hAnsi="Aptos" w:cstheme="minorHAnsi"/>
                <w:b/>
                <w:bCs/>
              </w:rPr>
            </w:pPr>
            <w:r>
              <w:rPr>
                <w:rFonts w:ascii="Aptos" w:hAnsi="Aptos" w:cstheme="minorHAnsi"/>
              </w:rPr>
              <w:t xml:space="preserve"> </w:t>
            </w:r>
            <w:r w:rsidR="00930181" w:rsidRPr="00590B1A">
              <w:rPr>
                <w:rFonts w:ascii="Aptos" w:hAnsi="Aptos" w:cstheme="minorHAnsi"/>
                <w:b/>
                <w:bCs/>
              </w:rPr>
              <w:t xml:space="preserve">Example </w:t>
            </w:r>
            <w:r w:rsidR="00061BA1">
              <w:rPr>
                <w:rFonts w:ascii="Aptos" w:hAnsi="Aptos" w:cstheme="minorHAnsi"/>
                <w:b/>
                <w:bCs/>
              </w:rPr>
              <w:t xml:space="preserve">of </w:t>
            </w:r>
            <w:r w:rsidR="00930181" w:rsidRPr="00590B1A">
              <w:rPr>
                <w:rFonts w:ascii="Aptos" w:hAnsi="Aptos" w:cstheme="minorHAnsi"/>
                <w:b/>
                <w:bCs/>
              </w:rPr>
              <w:t>Filled Additional Properties</w:t>
            </w:r>
          </w:p>
          <w:p w14:paraId="65CCE4D4" w14:textId="5BB6D2C5" w:rsidR="00B72FBF" w:rsidRPr="00B72FBF" w:rsidRDefault="00930181" w:rsidP="00930181">
            <w:pPr>
              <w:pStyle w:val="steptext"/>
              <w:jc w:val="center"/>
              <w:rPr>
                <w:rFonts w:ascii="Aptos" w:hAnsi="Aptos" w:cstheme="minorHAnsi"/>
              </w:rPr>
            </w:pPr>
            <w:r w:rsidRPr="00590B1A">
              <w:rPr>
                <w:rFonts w:ascii="Aptos" w:hAnsi="Aptos" w:cstheme="minorHAnsi"/>
                <w:noProof/>
              </w:rPr>
              <mc:AlternateContent>
                <mc:Choice Requires="wps">
                  <w:drawing>
                    <wp:anchor distT="0" distB="0" distL="114300" distR="114300" simplePos="0" relativeHeight="252130304" behindDoc="0" locked="0" layoutInCell="1" allowOverlap="1" wp14:anchorId="0FC0C86E" wp14:editId="0AB65180">
                      <wp:simplePos x="0" y="0"/>
                      <wp:positionH relativeFrom="column">
                        <wp:posOffset>1776095</wp:posOffset>
                      </wp:positionH>
                      <wp:positionV relativeFrom="paragraph">
                        <wp:posOffset>1023620</wp:posOffset>
                      </wp:positionV>
                      <wp:extent cx="2927350" cy="946150"/>
                      <wp:effectExtent l="0" t="0" r="25400" b="25400"/>
                      <wp:wrapNone/>
                      <wp:docPr id="980653501"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94615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BE197" id="Rectangle: Rounded Corners 13" o:spid="_x0000_s1026" style="position:absolute;margin-left:139.85pt;margin-top:80.6pt;width:230.5pt;height:7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" filled="f" strokecolor="red" strokeweight="1pt"/>
                  </w:pict>
                </mc:Fallback>
              </mc:AlternateContent>
            </w:r>
            <w:r w:rsidRPr="00590B1A">
              <w:rPr>
                <w:rFonts w:ascii="Aptos" w:hAnsi="Aptos" w:cstheme="minorHAnsi"/>
                <w:noProof/>
              </w:rPr>
              <w:drawing>
                <wp:inline distT="0" distB="0" distL="0" distR="0" wp14:anchorId="33A29644" wp14:editId="3D0E3214">
                  <wp:extent cx="2580782" cy="1781175"/>
                  <wp:effectExtent l="152400" t="171450" r="200660" b="257175"/>
                  <wp:docPr id="1145608693" name="Picture 18"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08693" name="Picture 18" descr="Graphical user interface&#10;&#10;AI-generated content may be incorrect."/>
                          <pic:cNvPicPr/>
                        </pic:nvPicPr>
                        <pic:blipFill rotWithShape="1">
                          <a:blip r:embed="rId13"/>
                          <a:srcRect t="9286" b="18266"/>
                          <a:stretch>
                            <a:fillRect/>
                          </a:stretch>
                        </pic:blipFill>
                        <pic:spPr bwMode="auto">
                          <a:xfrm>
                            <a:off x="0" y="0"/>
                            <a:ext cx="2587858" cy="178605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DC745D" w:rsidRPr="00E00101" w14:paraId="063A7BBF" w14:textId="77777777" w:rsidTr="00307DE8">
        <w:trPr>
          <w:cantSplit/>
          <w:trHeight w:val="6380"/>
        </w:trPr>
        <w:tc>
          <w:tcPr>
            <w:tcW w:w="630" w:type="dxa"/>
          </w:tcPr>
          <w:p w14:paraId="2FC2D4D0" w14:textId="77777777" w:rsidR="00DC745D" w:rsidRPr="00590B1A" w:rsidRDefault="00DC745D" w:rsidP="00537D66">
            <w:pPr>
              <w:pStyle w:val="ListParagraph"/>
              <w:numPr>
                <w:ilvl w:val="0"/>
                <w:numId w:val="25"/>
              </w:numPr>
              <w:rPr>
                <w:rFonts w:ascii="Aptos" w:hAnsi="Aptos" w:cstheme="majorHAnsi"/>
              </w:rPr>
            </w:pPr>
          </w:p>
        </w:tc>
        <w:tc>
          <w:tcPr>
            <w:tcW w:w="10391" w:type="dxa"/>
          </w:tcPr>
          <w:p w14:paraId="46CC4292" w14:textId="77777777" w:rsidR="00DC745D" w:rsidRDefault="00DC745D" w:rsidP="00537D66">
            <w:pPr>
              <w:pStyle w:val="steptext"/>
              <w:rPr>
                <w:rFonts w:ascii="Aptos" w:hAnsi="Aptos" w:cstheme="minorHAnsi"/>
              </w:rPr>
            </w:pPr>
            <w:r w:rsidRPr="00590B1A">
              <w:rPr>
                <w:rFonts w:ascii="Aptos" w:hAnsi="Aptos" w:cstheme="minorHAnsi"/>
              </w:rPr>
              <w:t xml:space="preserve">Click the </w:t>
            </w:r>
            <w:r w:rsidRPr="00590B1A">
              <w:rPr>
                <w:rFonts w:ascii="Aptos" w:hAnsi="Aptos" w:cstheme="minorHAnsi"/>
                <w:b/>
                <w:color w:val="000080"/>
              </w:rPr>
              <w:t>Category Codes</w:t>
            </w:r>
            <w:r w:rsidRPr="00590B1A">
              <w:rPr>
                <w:rFonts w:ascii="Aptos" w:hAnsi="Aptos" w:cstheme="minorHAnsi"/>
              </w:rPr>
              <w:t xml:space="preserve"> tab</w:t>
            </w:r>
            <w:r w:rsidR="000E0DA4">
              <w:rPr>
                <w:rFonts w:ascii="Aptos" w:hAnsi="Aptos" w:cstheme="minorHAnsi"/>
              </w:rPr>
              <w:t xml:space="preserve"> and complete as needed or desired. </w:t>
            </w:r>
          </w:p>
          <w:p w14:paraId="2522B122" w14:textId="77777777" w:rsidR="00930181" w:rsidRPr="00590B1A" w:rsidRDefault="00930181" w:rsidP="00930181">
            <w:pPr>
              <w:pStyle w:val="steptext"/>
              <w:numPr>
                <w:ilvl w:val="0"/>
                <w:numId w:val="20"/>
              </w:numPr>
              <w:rPr>
                <w:rFonts w:ascii="Aptos" w:hAnsi="Aptos" w:cstheme="minorHAnsi"/>
                <w:b/>
                <w:color w:val="000080"/>
              </w:rPr>
            </w:pPr>
            <w:r w:rsidRPr="00590B1A">
              <w:rPr>
                <w:rFonts w:ascii="Aptos" w:hAnsi="Aptos" w:cstheme="minorHAnsi"/>
                <w:b/>
                <w:color w:val="000080"/>
              </w:rPr>
              <w:t xml:space="preserve">New/Renew - </w:t>
            </w:r>
            <w:r w:rsidRPr="00590B1A">
              <w:rPr>
                <w:rFonts w:ascii="Aptos" w:hAnsi="Aptos" w:cstheme="minorHAnsi"/>
              </w:rPr>
              <w:t>Enter “N” for ‘new’ purchase order.</w:t>
            </w:r>
          </w:p>
          <w:p w14:paraId="3EF233E0" w14:textId="454E6FF1" w:rsidR="00930181" w:rsidRPr="00590B1A" w:rsidRDefault="00930181" w:rsidP="00930181">
            <w:pPr>
              <w:pStyle w:val="steptext"/>
              <w:numPr>
                <w:ilvl w:val="0"/>
                <w:numId w:val="20"/>
              </w:numPr>
              <w:rPr>
                <w:rFonts w:ascii="Aptos" w:hAnsi="Aptos" w:cstheme="minorHAnsi"/>
                <w:b/>
                <w:color w:val="000080"/>
              </w:rPr>
            </w:pPr>
            <w:r w:rsidRPr="00590B1A">
              <w:rPr>
                <w:rFonts w:ascii="Aptos" w:hAnsi="Aptos" w:cstheme="minorHAnsi"/>
                <w:b/>
                <w:color w:val="000080"/>
              </w:rPr>
              <w:t xml:space="preserve">Funding - </w:t>
            </w:r>
            <w:r w:rsidRPr="00590B1A">
              <w:rPr>
                <w:rFonts w:ascii="Aptos" w:hAnsi="Aptos" w:cstheme="minorHAnsi"/>
              </w:rPr>
              <w:t>Make a selection using the visual assis</w:t>
            </w:r>
            <w:r w:rsidR="004E6064">
              <w:rPr>
                <w:rFonts w:ascii="Aptos" w:hAnsi="Aptos" w:cstheme="minorHAnsi"/>
              </w:rPr>
              <w:t>t icon</w:t>
            </w:r>
            <w:r w:rsidRPr="00590B1A">
              <w:rPr>
                <w:rFonts w:ascii="Aptos" w:hAnsi="Aptos" w:cstheme="minorHAnsi"/>
              </w:rPr>
              <w:t xml:space="preserve"> if tracked funds are being utilized (e.g., ARRA or COVID19)</w:t>
            </w:r>
          </w:p>
          <w:p w14:paraId="6CBD0000" w14:textId="77777777" w:rsidR="00930181" w:rsidRPr="00590B1A" w:rsidRDefault="00930181" w:rsidP="00930181">
            <w:pPr>
              <w:pStyle w:val="steptext"/>
              <w:numPr>
                <w:ilvl w:val="0"/>
                <w:numId w:val="20"/>
              </w:numPr>
              <w:rPr>
                <w:rFonts w:ascii="Aptos" w:hAnsi="Aptos" w:cstheme="minorHAnsi"/>
                <w:b/>
                <w:color w:val="000080"/>
              </w:rPr>
            </w:pPr>
            <w:r w:rsidRPr="00590B1A">
              <w:rPr>
                <w:rFonts w:ascii="Aptos" w:hAnsi="Aptos" w:cstheme="minorHAnsi"/>
                <w:b/>
                <w:color w:val="000080"/>
              </w:rPr>
              <w:t xml:space="preserve">84-602.04 Exempt - </w:t>
            </w:r>
            <w:r w:rsidRPr="00590B1A">
              <w:rPr>
                <w:rFonts w:ascii="Aptos" w:hAnsi="Aptos" w:cstheme="minorHAnsi"/>
              </w:rPr>
              <w:t>Used to indicate if exempt from inclusion in the State Contracts Database. Enter “E” for ‘Exempt’ if appropriate.</w:t>
            </w:r>
          </w:p>
          <w:p w14:paraId="43D1CDB1" w14:textId="3BFAEA55" w:rsidR="00930181" w:rsidRDefault="00930181" w:rsidP="00930181">
            <w:pPr>
              <w:pStyle w:val="steptext"/>
              <w:numPr>
                <w:ilvl w:val="0"/>
                <w:numId w:val="20"/>
              </w:numPr>
              <w:rPr>
                <w:rFonts w:ascii="Aptos" w:hAnsi="Aptos" w:cstheme="minorHAnsi"/>
              </w:rPr>
            </w:pPr>
            <w:r w:rsidRPr="00590B1A">
              <w:rPr>
                <w:rFonts w:ascii="Aptos" w:hAnsi="Aptos" w:cstheme="minorHAnsi"/>
                <w:b/>
                <w:color w:val="000080"/>
              </w:rPr>
              <w:t xml:space="preserve">Nebraska Vendor - </w:t>
            </w:r>
            <w:r w:rsidRPr="00590B1A">
              <w:rPr>
                <w:rFonts w:ascii="Aptos" w:hAnsi="Aptos" w:cstheme="minorHAnsi"/>
              </w:rPr>
              <w:t xml:space="preserve">Used to indicate a Nebraska vendor. Enter “Y” </w:t>
            </w:r>
            <w:r w:rsidR="00061BA1">
              <w:rPr>
                <w:rFonts w:ascii="Aptos" w:hAnsi="Aptos" w:cstheme="minorHAnsi"/>
              </w:rPr>
              <w:t>or</w:t>
            </w:r>
            <w:r w:rsidRPr="00590B1A">
              <w:rPr>
                <w:rFonts w:ascii="Aptos" w:hAnsi="Aptos" w:cstheme="minorHAnsi"/>
              </w:rPr>
              <w:t xml:space="preserve"> “N”</w:t>
            </w:r>
            <w:r w:rsidR="00061BA1">
              <w:rPr>
                <w:rFonts w:ascii="Aptos" w:hAnsi="Aptos" w:cstheme="minorHAnsi"/>
              </w:rPr>
              <w:t>.</w:t>
            </w:r>
          </w:p>
          <w:p w14:paraId="679EECA7" w14:textId="244AAB11" w:rsidR="00930181" w:rsidRDefault="00930181" w:rsidP="00930181">
            <w:pPr>
              <w:pStyle w:val="steptext"/>
              <w:numPr>
                <w:ilvl w:val="0"/>
                <w:numId w:val="20"/>
              </w:numPr>
              <w:rPr>
                <w:rFonts w:ascii="Aptos" w:hAnsi="Aptos" w:cstheme="minorHAnsi"/>
              </w:rPr>
            </w:pPr>
            <w:r w:rsidRPr="00930181">
              <w:rPr>
                <w:rFonts w:ascii="Aptos" w:hAnsi="Aptos" w:cstheme="minorHAnsi"/>
                <w:b/>
                <w:color w:val="000080"/>
              </w:rPr>
              <w:t xml:space="preserve">Agency - </w:t>
            </w:r>
            <w:r w:rsidRPr="00930181">
              <w:rPr>
                <w:rFonts w:ascii="Aptos" w:hAnsi="Aptos" w:cstheme="minorHAnsi"/>
              </w:rPr>
              <w:t xml:space="preserve">Used to indicate </w:t>
            </w:r>
            <w:r w:rsidR="00061BA1">
              <w:rPr>
                <w:rFonts w:ascii="Aptos" w:hAnsi="Aptos" w:cstheme="minorHAnsi"/>
              </w:rPr>
              <w:t xml:space="preserve">the </w:t>
            </w:r>
            <w:r w:rsidRPr="00930181">
              <w:rPr>
                <w:rFonts w:ascii="Aptos" w:hAnsi="Aptos" w:cstheme="minorHAnsi"/>
              </w:rPr>
              <w:t>three-digit Agency number.</w:t>
            </w:r>
          </w:p>
          <w:p w14:paraId="5F6767E2" w14:textId="77777777" w:rsidR="00930181" w:rsidRDefault="00930181" w:rsidP="00930181">
            <w:pPr>
              <w:pStyle w:val="steptext"/>
              <w:rPr>
                <w:rFonts w:ascii="Aptos" w:hAnsi="Aptos" w:cstheme="minorHAnsi"/>
              </w:rPr>
            </w:pPr>
          </w:p>
          <w:p w14:paraId="072E7894" w14:textId="77777777" w:rsidR="00061BA1" w:rsidRDefault="00930181" w:rsidP="00061BA1">
            <w:pPr>
              <w:pStyle w:val="steptext"/>
              <w:keepNext/>
              <w:ind w:left="360"/>
              <w:jc w:val="center"/>
              <w:rPr>
                <w:rFonts w:ascii="Aptos" w:hAnsi="Aptos" w:cstheme="minorHAnsi"/>
                <w:b/>
                <w:bCs/>
              </w:rPr>
            </w:pPr>
            <w:r w:rsidRPr="00590B1A">
              <w:rPr>
                <w:rFonts w:ascii="Aptos" w:hAnsi="Aptos" w:cstheme="minorHAnsi"/>
                <w:b/>
                <w:bCs/>
              </w:rPr>
              <w:t>Example Filled Category Codes</w:t>
            </w:r>
          </w:p>
          <w:p w14:paraId="606B0F65" w14:textId="644A0854" w:rsidR="00930181" w:rsidRPr="00061BA1" w:rsidRDefault="00930181" w:rsidP="00061BA1">
            <w:pPr>
              <w:pStyle w:val="steptext"/>
              <w:keepNext/>
              <w:ind w:left="360"/>
              <w:jc w:val="center"/>
              <w:rPr>
                <w:rFonts w:ascii="Aptos" w:hAnsi="Aptos" w:cstheme="minorHAnsi"/>
                <w:b/>
                <w:bCs/>
              </w:rPr>
            </w:pPr>
            <w:r w:rsidRPr="00590B1A">
              <w:rPr>
                <w:rFonts w:ascii="Aptos" w:hAnsi="Aptos" w:cstheme="minorHAnsi"/>
                <w:noProof/>
              </w:rPr>
              <mc:AlternateContent>
                <mc:Choice Requires="wps">
                  <w:drawing>
                    <wp:anchor distT="0" distB="0" distL="114300" distR="114300" simplePos="0" relativeHeight="252132352" behindDoc="0" locked="0" layoutInCell="1" allowOverlap="1" wp14:anchorId="719FC22B" wp14:editId="1109A22C">
                      <wp:simplePos x="0" y="0"/>
                      <wp:positionH relativeFrom="column">
                        <wp:posOffset>2165350</wp:posOffset>
                      </wp:positionH>
                      <wp:positionV relativeFrom="paragraph">
                        <wp:posOffset>397510</wp:posOffset>
                      </wp:positionV>
                      <wp:extent cx="2182483" cy="1570007"/>
                      <wp:effectExtent l="0" t="0" r="27940" b="11430"/>
                      <wp:wrapNone/>
                      <wp:docPr id="767610252"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83" cy="1570007"/>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EEB70" id="Rectangle: Rounded Corners 13" o:spid="_x0000_s1026" style="position:absolute;margin-left:170.5pt;margin-top:31.3pt;width:171.85pt;height:123.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" filled="f" strokecolor="red" strokeweight="1pt"/>
                  </w:pict>
                </mc:Fallback>
              </mc:AlternateContent>
            </w:r>
            <w:r w:rsidRPr="00590B1A">
              <w:rPr>
                <w:rFonts w:ascii="Aptos" w:hAnsi="Aptos" w:cstheme="minorHAnsi"/>
                <w:noProof/>
              </w:rPr>
              <w:drawing>
                <wp:inline distT="0" distB="0" distL="0" distR="0" wp14:anchorId="7B83754D" wp14:editId="51AA73DD">
                  <wp:extent cx="2152650" cy="1866037"/>
                  <wp:effectExtent l="171450" t="171450" r="247650" b="267970"/>
                  <wp:docPr id="14687728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35219" name="Picture 6"/>
                          <pic:cNvPicPr/>
                        </pic:nvPicPr>
                        <pic:blipFill rotWithShape="1">
                          <a:blip r:embed="rId14"/>
                          <a:srcRect b="12959"/>
                          <a:stretch>
                            <a:fillRect/>
                          </a:stretch>
                        </pic:blipFill>
                        <pic:spPr bwMode="auto">
                          <a:xfrm>
                            <a:off x="0" y="0"/>
                            <a:ext cx="2158395" cy="18710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DC745D" w:rsidRPr="00E00101" w14:paraId="74C6F194" w14:textId="77777777" w:rsidTr="00307DE8">
        <w:trPr>
          <w:cantSplit/>
        </w:trPr>
        <w:tc>
          <w:tcPr>
            <w:tcW w:w="630" w:type="dxa"/>
          </w:tcPr>
          <w:p w14:paraId="1090F9ED" w14:textId="77777777" w:rsidR="00DC745D" w:rsidRPr="00590B1A" w:rsidRDefault="00DC745D" w:rsidP="00537D66">
            <w:pPr>
              <w:pStyle w:val="ListParagraph"/>
              <w:numPr>
                <w:ilvl w:val="0"/>
                <w:numId w:val="25"/>
              </w:numPr>
              <w:rPr>
                <w:rFonts w:ascii="Aptos" w:hAnsi="Aptos" w:cstheme="majorHAnsi"/>
              </w:rPr>
            </w:pPr>
          </w:p>
        </w:tc>
        <w:tc>
          <w:tcPr>
            <w:tcW w:w="10391" w:type="dxa"/>
          </w:tcPr>
          <w:p w14:paraId="24D0AE99" w14:textId="77777777" w:rsidR="00C92482" w:rsidRPr="00590B1A" w:rsidRDefault="00C92482" w:rsidP="00537D66">
            <w:pPr>
              <w:pStyle w:val="steptext"/>
              <w:rPr>
                <w:rFonts w:ascii="Aptos" w:hAnsi="Aptos" w:cstheme="minorHAnsi"/>
              </w:rPr>
            </w:pPr>
            <w:r w:rsidRPr="00590B1A">
              <w:rPr>
                <w:rFonts w:ascii="Aptos" w:hAnsi="Aptos" w:cstheme="minorHAnsi"/>
                <w:noProof/>
              </w:rPr>
              <w:drawing>
                <wp:anchor distT="0" distB="0" distL="114300" distR="114300" simplePos="0" relativeHeight="252011520" behindDoc="0" locked="0" layoutInCell="1" allowOverlap="1" wp14:anchorId="34EEBD33" wp14:editId="36FF5F8A">
                  <wp:simplePos x="0" y="0"/>
                  <wp:positionH relativeFrom="column">
                    <wp:posOffset>795020</wp:posOffset>
                  </wp:positionH>
                  <wp:positionV relativeFrom="page">
                    <wp:posOffset>374650</wp:posOffset>
                  </wp:positionV>
                  <wp:extent cx="3848100" cy="523875"/>
                  <wp:effectExtent l="171450" t="171450" r="133350" b="352425"/>
                  <wp:wrapTopAndBottom/>
                  <wp:docPr id="388547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76351" name="Picture 1938376351"/>
                          <pic:cNvPicPr/>
                        </pic:nvPicPr>
                        <pic:blipFill rotWithShape="1">
                          <a:blip r:embed="rId15"/>
                          <a:srcRect b="68203"/>
                          <a:stretch>
                            <a:fillRect/>
                          </a:stretch>
                        </pic:blipFill>
                        <pic:spPr bwMode="auto">
                          <a:xfrm>
                            <a:off x="0" y="0"/>
                            <a:ext cx="3848100" cy="5238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590B1A">
              <w:rPr>
                <w:rFonts w:ascii="Aptos" w:hAnsi="Aptos" w:cs="Calibri"/>
                <w:noProof/>
              </w:rPr>
              <mc:AlternateContent>
                <mc:Choice Requires="wps">
                  <w:drawing>
                    <wp:anchor distT="0" distB="0" distL="114300" distR="114300" simplePos="0" relativeHeight="252009472" behindDoc="0" locked="0" layoutInCell="1" allowOverlap="1" wp14:anchorId="7B54F03B" wp14:editId="7ADA9F2B">
                      <wp:simplePos x="0" y="0"/>
                      <wp:positionH relativeFrom="column">
                        <wp:posOffset>271543</wp:posOffset>
                      </wp:positionH>
                      <wp:positionV relativeFrom="paragraph">
                        <wp:posOffset>760406</wp:posOffset>
                      </wp:positionV>
                      <wp:extent cx="508884" cy="278295"/>
                      <wp:effectExtent l="19050" t="57150" r="0" b="64770"/>
                      <wp:wrapNone/>
                      <wp:docPr id="1808591193"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2D531" id="Arrow: Right 3" o:spid="_x0000_s1026" type="#_x0000_t13" style="position:absolute;margin-left:21.4pt;margin-top:59.85pt;width:40.05pt;height:21.9pt;rotation:-1976372fd;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" adj="15694" fillcolor="red" strokecolor="#042433" strokeweight="1pt"/>
                  </w:pict>
                </mc:Fallback>
              </mc:AlternateContent>
            </w:r>
            <w:r w:rsidR="00DC745D" w:rsidRPr="00590B1A">
              <w:rPr>
                <w:rFonts w:ascii="Aptos" w:hAnsi="Aptos" w:cstheme="minorHAnsi"/>
              </w:rPr>
              <w:t xml:space="preserve">Verify all information is correct and click the </w:t>
            </w:r>
            <w:r w:rsidR="00DC745D" w:rsidRPr="00DA4A6F">
              <w:rPr>
                <w:rFonts w:ascii="Aptos" w:hAnsi="Aptos" w:cstheme="minorHAnsi"/>
                <w:b/>
                <w:bCs/>
              </w:rPr>
              <w:t>green check</w:t>
            </w:r>
            <w:r w:rsidR="00192CDE" w:rsidRPr="00DA4A6F">
              <w:rPr>
                <w:rFonts w:ascii="Aptos" w:hAnsi="Aptos" w:cstheme="minorHAnsi"/>
                <w:b/>
                <w:bCs/>
              </w:rPr>
              <w:t>mark</w:t>
            </w:r>
            <w:r w:rsidR="00DC745D" w:rsidRPr="00590B1A">
              <w:rPr>
                <w:rFonts w:ascii="Aptos" w:hAnsi="Aptos" w:cstheme="minorHAnsi"/>
              </w:rPr>
              <w:t xml:space="preserve"> at the top of the screen.</w:t>
            </w:r>
          </w:p>
        </w:tc>
      </w:tr>
      <w:tr w:rsidR="00DC745D" w:rsidRPr="00E00101" w14:paraId="72FABB91" w14:textId="77777777" w:rsidTr="00307DE8">
        <w:trPr>
          <w:cantSplit/>
        </w:trPr>
        <w:tc>
          <w:tcPr>
            <w:tcW w:w="630" w:type="dxa"/>
          </w:tcPr>
          <w:p w14:paraId="0F2EBE58" w14:textId="77777777" w:rsidR="00DC745D" w:rsidRPr="00590B1A" w:rsidRDefault="00DC745D" w:rsidP="00537D66">
            <w:pPr>
              <w:pStyle w:val="ListParagraph"/>
              <w:numPr>
                <w:ilvl w:val="0"/>
                <w:numId w:val="25"/>
              </w:numPr>
              <w:rPr>
                <w:rFonts w:ascii="Aptos" w:hAnsi="Aptos" w:cstheme="majorHAnsi"/>
              </w:rPr>
            </w:pPr>
          </w:p>
        </w:tc>
        <w:tc>
          <w:tcPr>
            <w:tcW w:w="10391" w:type="dxa"/>
          </w:tcPr>
          <w:p w14:paraId="0F48E7F3" w14:textId="3112427A" w:rsidR="00C50707" w:rsidRPr="00590B1A" w:rsidRDefault="00C50707" w:rsidP="00537D66">
            <w:pPr>
              <w:pStyle w:val="steptext"/>
              <w:rPr>
                <w:rFonts w:ascii="Aptos" w:hAnsi="Aptos" w:cstheme="minorHAnsi"/>
              </w:rPr>
            </w:pPr>
            <w:r w:rsidRPr="00590B1A">
              <w:rPr>
                <w:rFonts w:ascii="Aptos" w:hAnsi="Aptos" w:cstheme="minorHAnsi"/>
              </w:rPr>
              <w:t>Make note of the newly generated Purchase Order Number listed in the Order Number field for reference</w:t>
            </w:r>
            <w:r w:rsidR="00C04DEA">
              <w:rPr>
                <w:rFonts w:ascii="Aptos" w:hAnsi="Aptos" w:cstheme="minorHAnsi"/>
              </w:rPr>
              <w:t>.</w:t>
            </w:r>
            <w:r w:rsidRPr="00590B1A">
              <w:rPr>
                <w:rFonts w:ascii="Aptos" w:hAnsi="Aptos" w:cstheme="minorHAnsi"/>
              </w:rPr>
              <w:t xml:space="preserve"> </w:t>
            </w:r>
          </w:p>
          <w:p w14:paraId="7AF70EAB" w14:textId="77777777" w:rsidR="00DC745D" w:rsidRPr="00590B1A" w:rsidRDefault="00141989" w:rsidP="00537D66">
            <w:pPr>
              <w:pStyle w:val="steptext"/>
              <w:jc w:val="center"/>
              <w:rPr>
                <w:rFonts w:ascii="Aptos" w:hAnsi="Aptos" w:cstheme="minorHAnsi"/>
              </w:rPr>
            </w:pPr>
            <w:r w:rsidRPr="00590B1A">
              <w:rPr>
                <w:rFonts w:ascii="Aptos" w:hAnsi="Aptos" w:cstheme="minorHAnsi"/>
                <w:noProof/>
              </w:rPr>
              <mc:AlternateContent>
                <mc:Choice Requires="wps">
                  <w:drawing>
                    <wp:anchor distT="0" distB="0" distL="114300" distR="114300" simplePos="0" relativeHeight="252006400" behindDoc="0" locked="0" layoutInCell="1" allowOverlap="1" wp14:anchorId="42943FA7" wp14:editId="6AEE752B">
                      <wp:simplePos x="0" y="0"/>
                      <wp:positionH relativeFrom="column">
                        <wp:posOffset>1502410</wp:posOffset>
                      </wp:positionH>
                      <wp:positionV relativeFrom="paragraph">
                        <wp:posOffset>725170</wp:posOffset>
                      </wp:positionV>
                      <wp:extent cx="1031443" cy="190195"/>
                      <wp:effectExtent l="0" t="0" r="16510" b="19685"/>
                      <wp:wrapNone/>
                      <wp:docPr id="2017267168"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443" cy="19019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36045" id="Rectangle: Rounded Corners 13" o:spid="_x0000_s1026" style="position:absolute;margin-left:118.3pt;margin-top:57.1pt;width:81.2pt;height: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" filled="f" strokecolor="red" strokeweight="1pt"/>
                  </w:pict>
                </mc:Fallback>
              </mc:AlternateContent>
            </w:r>
            <w:r w:rsidR="00DC745D" w:rsidRPr="00590B1A">
              <w:rPr>
                <w:rFonts w:ascii="Aptos" w:hAnsi="Aptos" w:cstheme="minorHAnsi"/>
                <w:noProof/>
              </w:rPr>
              <w:drawing>
                <wp:inline distT="0" distB="0" distL="0" distR="0" wp14:anchorId="63DCE515" wp14:editId="27BFDC23">
                  <wp:extent cx="4852670" cy="733425"/>
                  <wp:effectExtent l="152400" t="171450" r="81280" b="333375"/>
                  <wp:docPr id="1324573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73249" name="Picture 8"/>
                          <pic:cNvPicPr/>
                        </pic:nvPicPr>
                        <pic:blipFill rotWithShape="1">
                          <a:blip r:embed="rId16"/>
                          <a:srcRect l="772" b="66514"/>
                          <a:stretch>
                            <a:fillRect/>
                          </a:stretch>
                        </pic:blipFill>
                        <pic:spPr bwMode="auto">
                          <a:xfrm>
                            <a:off x="0" y="0"/>
                            <a:ext cx="4887901" cy="7387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25040C" w:rsidRPr="00E00101" w14:paraId="64708460" w14:textId="77777777" w:rsidTr="00307DE8">
        <w:tc>
          <w:tcPr>
            <w:tcW w:w="630" w:type="dxa"/>
          </w:tcPr>
          <w:p w14:paraId="39191CEC" w14:textId="77777777" w:rsidR="0025040C" w:rsidRPr="00590B1A" w:rsidRDefault="0025040C" w:rsidP="00537D66">
            <w:pPr>
              <w:pStyle w:val="ListParagraph"/>
              <w:numPr>
                <w:ilvl w:val="0"/>
                <w:numId w:val="25"/>
              </w:numPr>
              <w:rPr>
                <w:rFonts w:ascii="Aptos" w:hAnsi="Aptos" w:cstheme="majorHAnsi"/>
              </w:rPr>
            </w:pPr>
          </w:p>
        </w:tc>
        <w:tc>
          <w:tcPr>
            <w:tcW w:w="10391" w:type="dxa"/>
          </w:tcPr>
          <w:p w14:paraId="0118A9C8" w14:textId="41679ACD" w:rsidR="0025040C" w:rsidRDefault="0025040C" w:rsidP="0025040C">
            <w:pPr>
              <w:pStyle w:val="steptext"/>
              <w:rPr>
                <w:rFonts w:ascii="Aptos" w:hAnsi="Aptos" w:cstheme="minorHAnsi"/>
              </w:rPr>
            </w:pPr>
            <w:r w:rsidRPr="00590B1A">
              <w:rPr>
                <w:rFonts w:ascii="Aptos" w:hAnsi="Aptos" w:cstheme="minorHAnsi"/>
              </w:rPr>
              <w:t xml:space="preserve">Click </w:t>
            </w:r>
            <w:r w:rsidR="002E5244">
              <w:rPr>
                <w:rFonts w:ascii="Aptos" w:hAnsi="Aptos" w:cstheme="minorHAnsi"/>
              </w:rPr>
              <w:t xml:space="preserve">into </w:t>
            </w:r>
            <w:r w:rsidRPr="00590B1A">
              <w:rPr>
                <w:rFonts w:ascii="Aptos" w:hAnsi="Aptos" w:cstheme="minorHAnsi"/>
              </w:rPr>
              <w:t xml:space="preserve">the </w:t>
            </w:r>
            <w:r w:rsidR="002E5244">
              <w:rPr>
                <w:rFonts w:ascii="Aptos" w:hAnsi="Aptos" w:cstheme="minorHAnsi"/>
                <w:b/>
                <w:color w:val="000080"/>
              </w:rPr>
              <w:t xml:space="preserve">Detail Line </w:t>
            </w:r>
            <w:r w:rsidR="002E5244">
              <w:rPr>
                <w:rFonts w:ascii="Aptos" w:hAnsi="Aptos" w:cstheme="minorHAnsi"/>
              </w:rPr>
              <w:t xml:space="preserve">and </w:t>
            </w:r>
            <w:r w:rsidR="002E5244" w:rsidRPr="00C04DEA">
              <w:rPr>
                <w:rFonts w:ascii="Aptos" w:hAnsi="Aptos" w:cstheme="minorHAnsi"/>
                <w:b/>
                <w:bCs/>
                <w:u w:val="single"/>
              </w:rPr>
              <w:t>fill in at least 1 detail line</w:t>
            </w:r>
            <w:r w:rsidR="002E5244">
              <w:rPr>
                <w:rFonts w:ascii="Aptos" w:hAnsi="Aptos" w:cstheme="minorHAnsi"/>
              </w:rPr>
              <w:t xml:space="preserve"> to ensure a proper save of the newly created purchase order. </w:t>
            </w:r>
          </w:p>
          <w:p w14:paraId="4A6530B1" w14:textId="77777777" w:rsidR="00C04DEA" w:rsidRPr="00590B1A" w:rsidRDefault="00C04DEA" w:rsidP="00C04DEA">
            <w:pPr>
              <w:pStyle w:val="steptext"/>
              <w:jc w:val="center"/>
              <w:rPr>
                <w:rFonts w:ascii="Aptos" w:hAnsi="Aptos" w:cstheme="minorHAnsi"/>
                <w:b/>
                <w:bCs/>
              </w:rPr>
            </w:pPr>
            <w:r w:rsidRPr="00590B1A">
              <w:rPr>
                <w:rFonts w:ascii="Aptos" w:hAnsi="Aptos" w:cstheme="minorHAnsi"/>
                <w:b/>
                <w:bCs/>
              </w:rPr>
              <w:t>Detail Line Information</w:t>
            </w:r>
          </w:p>
          <w:p w14:paraId="2709C80D" w14:textId="77777777" w:rsidR="00C04DEA" w:rsidRPr="00590B1A" w:rsidRDefault="00C04DEA" w:rsidP="00C04DEA">
            <w:pPr>
              <w:pStyle w:val="steptext"/>
              <w:keepNext/>
              <w:numPr>
                <w:ilvl w:val="0"/>
                <w:numId w:val="20"/>
              </w:numPr>
              <w:rPr>
                <w:rFonts w:ascii="Aptos" w:hAnsi="Aptos" w:cstheme="minorHAnsi"/>
              </w:rPr>
            </w:pPr>
            <w:r w:rsidRPr="00590B1A">
              <w:rPr>
                <w:rFonts w:ascii="Aptos" w:hAnsi="Aptos" w:cstheme="minorHAnsi"/>
                <w:b/>
                <w:color w:val="000080"/>
              </w:rPr>
              <w:t>NIGP Number/Inventory Number</w:t>
            </w:r>
            <w:r w:rsidRPr="00590B1A">
              <w:rPr>
                <w:rFonts w:ascii="Aptos" w:hAnsi="Aptos" w:cstheme="minorHAnsi"/>
              </w:rPr>
              <w:t xml:space="preserve"> </w:t>
            </w:r>
            <w:r w:rsidRPr="00816E8A">
              <w:rPr>
                <w:rFonts w:ascii="Aptos" w:hAnsi="Aptos" w:cstheme="minorHAnsi"/>
                <w:b/>
                <w:bCs/>
              </w:rPr>
              <w:t>-</w:t>
            </w:r>
            <w:r w:rsidRPr="00590B1A">
              <w:rPr>
                <w:rFonts w:ascii="Aptos" w:hAnsi="Aptos" w:cstheme="minorHAnsi"/>
              </w:rPr>
              <w:t xml:space="preserve"> </w:t>
            </w:r>
            <w:r>
              <w:rPr>
                <w:rFonts w:ascii="Aptos" w:hAnsi="Aptos" w:cstheme="minorHAnsi"/>
              </w:rPr>
              <w:t>Enter</w:t>
            </w:r>
            <w:r w:rsidRPr="00590B1A">
              <w:rPr>
                <w:rFonts w:ascii="Aptos" w:hAnsi="Aptos" w:cstheme="minorHAnsi"/>
              </w:rPr>
              <w:t xml:space="preserve"> the NIGP code for items/services to be purchased.  All applicable 5-digit codes for Services will be &gt; 90000.  All Commodity Codes will be &lt; 90000.  This field will not print on the purchasing documents. </w:t>
            </w:r>
          </w:p>
          <w:p w14:paraId="3D4C54B8" w14:textId="77777777" w:rsidR="00C04DEA" w:rsidRPr="00590B1A" w:rsidRDefault="00C04DEA" w:rsidP="00C04DEA">
            <w:pPr>
              <w:pStyle w:val="steptext"/>
              <w:keepNext/>
              <w:ind w:left="720"/>
              <w:rPr>
                <w:rFonts w:ascii="Aptos" w:hAnsi="Aptos" w:cstheme="minorHAnsi"/>
              </w:rPr>
            </w:pPr>
            <w:r w:rsidRPr="00590B1A">
              <w:rPr>
                <w:rFonts w:ascii="Aptos" w:hAnsi="Aptos" w:cstheme="minorHAnsi"/>
                <w:b/>
                <w:bCs/>
              </w:rPr>
              <w:t xml:space="preserve">NOTE: </w:t>
            </w:r>
            <w:r w:rsidRPr="00590B1A">
              <w:rPr>
                <w:rFonts w:ascii="Aptos" w:hAnsi="Aptos" w:cstheme="minorHAnsi"/>
              </w:rPr>
              <w:t>At least the first 3 digits of an NIGP code are required.</w:t>
            </w:r>
          </w:p>
          <w:p w14:paraId="345AE0F3" w14:textId="77777777" w:rsidR="00C04DEA" w:rsidRPr="00590B1A" w:rsidRDefault="00C04DEA" w:rsidP="00C04DEA">
            <w:pPr>
              <w:pStyle w:val="steptext"/>
              <w:keepNext/>
              <w:numPr>
                <w:ilvl w:val="1"/>
                <w:numId w:val="17"/>
              </w:numPr>
              <w:rPr>
                <w:rFonts w:ascii="Aptos" w:hAnsi="Aptos" w:cstheme="minorHAnsi"/>
              </w:rPr>
            </w:pPr>
            <w:r w:rsidRPr="00590B1A">
              <w:rPr>
                <w:rFonts w:ascii="Aptos" w:hAnsi="Aptos" w:cstheme="minorHAnsi"/>
                <w:b/>
                <w:color w:val="000080"/>
              </w:rPr>
              <w:t>3 Digit NIGP</w:t>
            </w:r>
            <w:r w:rsidRPr="00590B1A">
              <w:rPr>
                <w:rFonts w:ascii="Aptos" w:hAnsi="Aptos" w:cstheme="minorHAnsi"/>
                <w:color w:val="0A2F41" w:themeColor="accent1" w:themeShade="80"/>
              </w:rPr>
              <w:t xml:space="preserve"> </w:t>
            </w:r>
            <w:r w:rsidRPr="00816E8A">
              <w:rPr>
                <w:rFonts w:ascii="Aptos" w:hAnsi="Aptos" w:cstheme="minorHAnsi"/>
                <w:b/>
                <w:bCs/>
              </w:rPr>
              <w:t>-</w:t>
            </w:r>
            <w:r w:rsidRPr="00590B1A">
              <w:rPr>
                <w:rFonts w:ascii="Aptos" w:hAnsi="Aptos" w:cstheme="minorHAnsi"/>
              </w:rPr>
              <w:t xml:space="preserve"> Will populate from the NIGP Number/Inventory Number;  this is the three-digit prefix to a NIGP code. </w:t>
            </w:r>
          </w:p>
          <w:p w14:paraId="1D749668" w14:textId="77777777" w:rsidR="00C04DEA" w:rsidRPr="00590B1A" w:rsidRDefault="00C04DEA" w:rsidP="00C04DEA">
            <w:pPr>
              <w:pStyle w:val="steptext"/>
              <w:keepNext/>
              <w:numPr>
                <w:ilvl w:val="1"/>
                <w:numId w:val="17"/>
              </w:numPr>
              <w:rPr>
                <w:rFonts w:ascii="Aptos" w:hAnsi="Aptos" w:cstheme="minorHAnsi"/>
              </w:rPr>
            </w:pPr>
            <w:r w:rsidRPr="00590B1A">
              <w:rPr>
                <w:rFonts w:ascii="Aptos" w:hAnsi="Aptos" w:cstheme="minorHAnsi"/>
                <w:b/>
                <w:color w:val="000080"/>
              </w:rPr>
              <w:t>NIGP Sub</w:t>
            </w:r>
            <w:r w:rsidRPr="00816E8A">
              <w:rPr>
                <w:rFonts w:ascii="Aptos" w:hAnsi="Aptos" w:cstheme="minorHAnsi"/>
                <w:b/>
                <w:bCs/>
                <w:color w:val="0A2F41" w:themeColor="accent1" w:themeShade="80"/>
              </w:rPr>
              <w:t xml:space="preserve"> -</w:t>
            </w:r>
            <w:r w:rsidRPr="00590B1A">
              <w:rPr>
                <w:rFonts w:ascii="Aptos" w:hAnsi="Aptos" w:cstheme="minorHAnsi"/>
              </w:rPr>
              <w:t xml:space="preserve"> Will populate from the NIGP Number/Inventory Number;  this is the two-digit NIGP code suffix.</w:t>
            </w:r>
          </w:p>
          <w:p w14:paraId="1CBADC3D" w14:textId="77777777" w:rsidR="00C04DEA" w:rsidRPr="00590B1A" w:rsidRDefault="00C04DEA" w:rsidP="00C04DEA">
            <w:pPr>
              <w:pStyle w:val="steptext"/>
              <w:numPr>
                <w:ilvl w:val="1"/>
                <w:numId w:val="17"/>
              </w:numPr>
              <w:rPr>
                <w:rFonts w:ascii="Aptos" w:hAnsi="Aptos" w:cstheme="minorHAnsi"/>
              </w:rPr>
            </w:pPr>
            <w:r w:rsidRPr="00590B1A">
              <w:rPr>
                <w:rFonts w:ascii="Aptos" w:hAnsi="Aptos" w:cstheme="minorHAnsi"/>
              </w:rPr>
              <w:t xml:space="preserve">See </w:t>
            </w:r>
            <w:hyperlink r:id="rId17" w:history="1">
              <w:r w:rsidRPr="00590B1A">
                <w:rPr>
                  <w:rStyle w:val="Hyperlink"/>
                  <w:rFonts w:ascii="Aptos" w:hAnsi="Aptos" w:cstheme="minorHAnsi"/>
                </w:rPr>
                <w:t>National Institute of Governmental Purchasing (NIGP) Codes</w:t>
              </w:r>
            </w:hyperlink>
            <w:r w:rsidRPr="00590B1A">
              <w:rPr>
                <w:rFonts w:ascii="Aptos" w:hAnsi="Aptos" w:cstheme="minorHAnsi"/>
              </w:rPr>
              <w:t>.</w:t>
            </w:r>
          </w:p>
          <w:p w14:paraId="479FDC70" w14:textId="77777777" w:rsidR="00C04DEA" w:rsidRPr="00590B1A" w:rsidRDefault="00C04DEA" w:rsidP="00C04DEA">
            <w:pPr>
              <w:pStyle w:val="steptext"/>
              <w:numPr>
                <w:ilvl w:val="0"/>
                <w:numId w:val="17"/>
              </w:numPr>
              <w:rPr>
                <w:rFonts w:ascii="Aptos" w:hAnsi="Aptos" w:cstheme="minorHAnsi"/>
                <w:b/>
                <w:color w:val="000080"/>
              </w:rPr>
            </w:pPr>
            <w:r w:rsidRPr="00590B1A">
              <w:rPr>
                <w:rFonts w:ascii="Aptos" w:hAnsi="Aptos" w:cstheme="minorHAnsi"/>
                <w:b/>
                <w:color w:val="000080"/>
              </w:rPr>
              <w:t xml:space="preserve">Quantity Ordered  - </w:t>
            </w:r>
            <w:r w:rsidRPr="00590B1A">
              <w:rPr>
                <w:rFonts w:ascii="Aptos" w:hAnsi="Aptos" w:cstheme="minorHAnsi"/>
              </w:rPr>
              <w:t xml:space="preserve">Enter the quantity being ordered. </w:t>
            </w:r>
          </w:p>
          <w:p w14:paraId="5AD88B14" w14:textId="77777777" w:rsidR="00C04DEA" w:rsidRPr="00590B1A" w:rsidRDefault="00C04DEA" w:rsidP="00C04DEA">
            <w:pPr>
              <w:pStyle w:val="steptext"/>
              <w:numPr>
                <w:ilvl w:val="1"/>
                <w:numId w:val="17"/>
              </w:numPr>
              <w:rPr>
                <w:rFonts w:ascii="Aptos" w:hAnsi="Aptos" w:cstheme="minorHAnsi"/>
                <w:b/>
                <w:color w:val="000080"/>
              </w:rPr>
            </w:pPr>
            <w:r w:rsidRPr="00590B1A">
              <w:rPr>
                <w:rFonts w:ascii="Aptos" w:hAnsi="Aptos" w:cstheme="minorHAnsi"/>
              </w:rPr>
              <w:t>If Unit of Measure is $, enter total amount</w:t>
            </w:r>
          </w:p>
          <w:p w14:paraId="405C68AA" w14:textId="77777777" w:rsidR="00C04DEA" w:rsidRPr="00590B1A" w:rsidRDefault="00C04DEA" w:rsidP="00C04DEA">
            <w:pPr>
              <w:pStyle w:val="steptext"/>
              <w:numPr>
                <w:ilvl w:val="0"/>
                <w:numId w:val="17"/>
              </w:numPr>
              <w:rPr>
                <w:rFonts w:ascii="Aptos" w:hAnsi="Aptos" w:cstheme="minorHAnsi"/>
                <w:b/>
                <w:color w:val="000080"/>
              </w:rPr>
            </w:pPr>
            <w:r w:rsidRPr="00590B1A">
              <w:rPr>
                <w:rFonts w:ascii="Aptos" w:hAnsi="Aptos" w:cstheme="minorHAnsi"/>
                <w:b/>
                <w:color w:val="000080"/>
              </w:rPr>
              <w:t xml:space="preserve">Tr. UoM - </w:t>
            </w:r>
            <w:r w:rsidRPr="00590B1A">
              <w:rPr>
                <w:rFonts w:ascii="Aptos" w:hAnsi="Aptos" w:cstheme="minorHAnsi"/>
              </w:rPr>
              <w:t>Enter the Transaction Unit of Measure.</w:t>
            </w:r>
          </w:p>
          <w:p w14:paraId="342818E7" w14:textId="589D4A32" w:rsidR="00C04DEA" w:rsidRPr="00590B1A" w:rsidRDefault="00C04DEA" w:rsidP="00C04DEA">
            <w:pPr>
              <w:pStyle w:val="steptext"/>
              <w:numPr>
                <w:ilvl w:val="1"/>
                <w:numId w:val="17"/>
              </w:numPr>
              <w:rPr>
                <w:rFonts w:ascii="Aptos" w:hAnsi="Aptos" w:cstheme="minorHAnsi"/>
                <w:b/>
                <w:color w:val="000080"/>
              </w:rPr>
            </w:pPr>
            <w:r w:rsidRPr="00590B1A">
              <w:rPr>
                <w:rFonts w:ascii="Aptos" w:hAnsi="Aptos" w:cstheme="minorHAnsi"/>
              </w:rPr>
              <w:t>System defaults to EA. Additional options can be viewed using the visual assis</w:t>
            </w:r>
            <w:r w:rsidR="004E6064">
              <w:rPr>
                <w:rFonts w:ascii="Aptos" w:hAnsi="Aptos" w:cstheme="minorHAnsi"/>
              </w:rPr>
              <w:t>t icon</w:t>
            </w:r>
            <w:r w:rsidRPr="00590B1A">
              <w:rPr>
                <w:rFonts w:ascii="Aptos" w:hAnsi="Aptos" w:cstheme="minorHAnsi"/>
              </w:rPr>
              <w:t>.</w:t>
            </w:r>
          </w:p>
          <w:p w14:paraId="015012EA" w14:textId="77777777" w:rsidR="00C04DEA" w:rsidRPr="00590B1A" w:rsidRDefault="00C04DEA" w:rsidP="00C04DEA">
            <w:pPr>
              <w:pStyle w:val="steptext"/>
              <w:numPr>
                <w:ilvl w:val="0"/>
                <w:numId w:val="17"/>
              </w:numPr>
              <w:rPr>
                <w:rFonts w:ascii="Aptos" w:hAnsi="Aptos" w:cstheme="minorHAnsi"/>
              </w:rPr>
            </w:pPr>
            <w:r w:rsidRPr="00590B1A">
              <w:rPr>
                <w:rFonts w:ascii="Aptos" w:hAnsi="Aptos" w:cstheme="minorHAnsi"/>
                <w:b/>
                <w:color w:val="000080"/>
              </w:rPr>
              <w:t>Unit Cost -</w:t>
            </w:r>
            <w:r w:rsidRPr="00590B1A">
              <w:rPr>
                <w:rFonts w:ascii="Aptos" w:hAnsi="Aptos" w:cstheme="minorHAnsi"/>
              </w:rPr>
              <w:t xml:space="preserve"> Enter the cost per unit price.</w:t>
            </w:r>
          </w:p>
          <w:p w14:paraId="77F248F0" w14:textId="77777777" w:rsidR="00C04DEA" w:rsidRPr="00590B1A" w:rsidRDefault="00C04DEA" w:rsidP="00C04DEA">
            <w:pPr>
              <w:pStyle w:val="steptext"/>
              <w:numPr>
                <w:ilvl w:val="1"/>
                <w:numId w:val="17"/>
              </w:numPr>
              <w:rPr>
                <w:rFonts w:ascii="Aptos" w:hAnsi="Aptos" w:cstheme="minorHAnsi"/>
              </w:rPr>
            </w:pPr>
            <w:r w:rsidRPr="00590B1A">
              <w:rPr>
                <w:rFonts w:ascii="Aptos" w:hAnsi="Aptos" w:cstheme="minorHAnsi"/>
              </w:rPr>
              <w:t>If Unit of Measure is $, enter 1.</w:t>
            </w:r>
          </w:p>
          <w:p w14:paraId="24E5064B" w14:textId="77777777" w:rsidR="00C04DEA" w:rsidRPr="00590B1A" w:rsidRDefault="00C04DEA" w:rsidP="00C04DEA">
            <w:pPr>
              <w:pStyle w:val="steptext"/>
              <w:numPr>
                <w:ilvl w:val="0"/>
                <w:numId w:val="17"/>
              </w:numPr>
              <w:rPr>
                <w:rFonts w:ascii="Aptos" w:hAnsi="Aptos" w:cstheme="minorHAnsi"/>
              </w:rPr>
            </w:pPr>
            <w:r w:rsidRPr="00590B1A">
              <w:rPr>
                <w:rFonts w:ascii="Aptos" w:hAnsi="Aptos" w:cstheme="minorHAnsi"/>
                <w:b/>
                <w:color w:val="000080"/>
              </w:rPr>
              <w:t xml:space="preserve">Extended Cost - </w:t>
            </w:r>
            <w:r w:rsidRPr="00590B1A">
              <w:rPr>
                <w:rFonts w:ascii="Aptos" w:hAnsi="Aptos" w:cstheme="minorHAnsi"/>
              </w:rPr>
              <w:t>The system will automatically populate the Extended Cost based on the Quantity Ordered and Unit Cost fields (Quantity Ordered x Unit Cost = Extended Cost).</w:t>
            </w:r>
          </w:p>
          <w:p w14:paraId="012F27DE" w14:textId="77777777" w:rsidR="00C04DEA" w:rsidRPr="00590B1A" w:rsidRDefault="00C04DEA" w:rsidP="00C04DEA">
            <w:pPr>
              <w:pStyle w:val="steptext"/>
              <w:numPr>
                <w:ilvl w:val="1"/>
                <w:numId w:val="17"/>
              </w:numPr>
              <w:rPr>
                <w:rFonts w:ascii="Aptos" w:hAnsi="Aptos" w:cstheme="minorHAnsi"/>
              </w:rPr>
            </w:pPr>
            <w:r w:rsidRPr="00590B1A">
              <w:rPr>
                <w:rFonts w:ascii="Aptos" w:hAnsi="Aptos" w:cstheme="minorHAnsi"/>
              </w:rPr>
              <w:t>Ensure total value is accurate for document approvals and receiving purposes.</w:t>
            </w:r>
          </w:p>
          <w:p w14:paraId="0919211B" w14:textId="77777777" w:rsidR="00C04DEA" w:rsidRPr="00590B1A" w:rsidRDefault="00C04DEA" w:rsidP="00C04DEA">
            <w:pPr>
              <w:pStyle w:val="steptext"/>
              <w:numPr>
                <w:ilvl w:val="0"/>
                <w:numId w:val="17"/>
              </w:numPr>
              <w:rPr>
                <w:rFonts w:ascii="Aptos" w:hAnsi="Aptos" w:cstheme="minorHAnsi"/>
              </w:rPr>
            </w:pPr>
            <w:r w:rsidRPr="00590B1A">
              <w:rPr>
                <w:rFonts w:ascii="Aptos" w:hAnsi="Aptos" w:cstheme="minorHAnsi"/>
                <w:b/>
                <w:color w:val="000080"/>
              </w:rPr>
              <w:t xml:space="preserve">Description 1 </w:t>
            </w:r>
            <w:r>
              <w:rPr>
                <w:rFonts w:ascii="Aptos" w:hAnsi="Aptos" w:cstheme="minorHAnsi"/>
                <w:b/>
                <w:color w:val="000080"/>
              </w:rPr>
              <w:t>-</w:t>
            </w:r>
            <w:r w:rsidRPr="00590B1A">
              <w:rPr>
                <w:rFonts w:ascii="Aptos" w:hAnsi="Aptos" w:cstheme="minorHAnsi"/>
              </w:rPr>
              <w:t xml:space="preserve"> </w:t>
            </w:r>
            <w:r>
              <w:rPr>
                <w:rFonts w:ascii="Aptos" w:hAnsi="Aptos" w:cstheme="minorHAnsi"/>
              </w:rPr>
              <w:t>Enter the d</w:t>
            </w:r>
            <w:r w:rsidRPr="00590B1A">
              <w:rPr>
                <w:rFonts w:ascii="Aptos" w:hAnsi="Aptos" w:cstheme="minorHAnsi"/>
              </w:rPr>
              <w:t xml:space="preserve">escription of commodity/service </w:t>
            </w:r>
          </w:p>
          <w:p w14:paraId="2417B7CB" w14:textId="77777777" w:rsidR="00C04DEA" w:rsidRPr="00590B1A" w:rsidRDefault="00C04DEA" w:rsidP="00C04DEA">
            <w:pPr>
              <w:pStyle w:val="steptext"/>
              <w:numPr>
                <w:ilvl w:val="1"/>
                <w:numId w:val="17"/>
              </w:numPr>
              <w:rPr>
                <w:rFonts w:ascii="Aptos" w:hAnsi="Aptos" w:cstheme="minorHAnsi"/>
              </w:rPr>
            </w:pPr>
            <w:r w:rsidRPr="00590B1A">
              <w:rPr>
                <w:rFonts w:ascii="Aptos" w:hAnsi="Aptos" w:cstheme="minorHAnsi"/>
              </w:rPr>
              <w:t>Field is limited to 30 alpha/numeric characters</w:t>
            </w:r>
          </w:p>
          <w:p w14:paraId="3CF2A174" w14:textId="77777777" w:rsidR="00C04DEA" w:rsidRPr="00590B1A" w:rsidRDefault="00C04DEA" w:rsidP="00C04DEA">
            <w:pPr>
              <w:pStyle w:val="steptext"/>
              <w:numPr>
                <w:ilvl w:val="0"/>
                <w:numId w:val="17"/>
              </w:numPr>
              <w:rPr>
                <w:rFonts w:ascii="Aptos" w:hAnsi="Aptos" w:cstheme="minorHAnsi"/>
              </w:rPr>
            </w:pPr>
            <w:r w:rsidRPr="00590B1A">
              <w:rPr>
                <w:rFonts w:ascii="Aptos" w:hAnsi="Aptos" w:cstheme="minorHAnsi"/>
                <w:b/>
                <w:color w:val="000080"/>
              </w:rPr>
              <w:t xml:space="preserve">Description 2 </w:t>
            </w:r>
            <w:r>
              <w:rPr>
                <w:rFonts w:ascii="Aptos" w:hAnsi="Aptos" w:cstheme="minorHAnsi"/>
                <w:b/>
                <w:color w:val="000080"/>
              </w:rPr>
              <w:t>-</w:t>
            </w:r>
            <w:r w:rsidRPr="00590B1A">
              <w:rPr>
                <w:rFonts w:ascii="Aptos" w:hAnsi="Aptos" w:cstheme="minorHAnsi"/>
                <w:b/>
                <w:color w:val="000080"/>
              </w:rPr>
              <w:t xml:space="preserve"> </w:t>
            </w:r>
            <w:r w:rsidRPr="00816E8A">
              <w:rPr>
                <w:rFonts w:ascii="Aptos" w:hAnsi="Aptos" w:cstheme="minorHAnsi"/>
              </w:rPr>
              <w:t>Enter the</w:t>
            </w:r>
            <w:r>
              <w:rPr>
                <w:rFonts w:ascii="Aptos" w:hAnsi="Aptos" w:cstheme="minorHAnsi"/>
                <w:b/>
                <w:color w:val="000080"/>
              </w:rPr>
              <w:t xml:space="preserve"> </w:t>
            </w:r>
            <w:r>
              <w:rPr>
                <w:rFonts w:ascii="Aptos" w:hAnsi="Aptos" w:cstheme="minorHAnsi"/>
              </w:rPr>
              <w:t>c</w:t>
            </w:r>
            <w:r w:rsidRPr="00590B1A">
              <w:rPr>
                <w:rFonts w:ascii="Aptos" w:hAnsi="Aptos" w:cstheme="minorHAnsi"/>
              </w:rPr>
              <w:t xml:space="preserve">ontinued commodity/service description </w:t>
            </w:r>
          </w:p>
          <w:p w14:paraId="4328B1E6" w14:textId="77777777" w:rsidR="00C04DEA" w:rsidRPr="00590B1A" w:rsidRDefault="00C04DEA" w:rsidP="00C04DEA">
            <w:pPr>
              <w:pStyle w:val="steptext"/>
              <w:numPr>
                <w:ilvl w:val="1"/>
                <w:numId w:val="17"/>
              </w:numPr>
              <w:rPr>
                <w:rFonts w:ascii="Aptos" w:hAnsi="Aptos" w:cstheme="minorHAnsi"/>
              </w:rPr>
            </w:pPr>
            <w:r w:rsidRPr="00590B1A">
              <w:rPr>
                <w:rFonts w:ascii="Aptos" w:hAnsi="Aptos" w:cstheme="minorHAnsi"/>
              </w:rPr>
              <w:t>Field is limited to 30 alpha/numeric characters</w:t>
            </w:r>
          </w:p>
          <w:p w14:paraId="0B3DA31E" w14:textId="77777777" w:rsidR="00C04DEA" w:rsidRPr="00590B1A" w:rsidRDefault="00C04DEA" w:rsidP="00C04DEA">
            <w:pPr>
              <w:pStyle w:val="steptext"/>
              <w:numPr>
                <w:ilvl w:val="0"/>
                <w:numId w:val="17"/>
              </w:numPr>
              <w:rPr>
                <w:rFonts w:ascii="Aptos" w:hAnsi="Aptos" w:cstheme="minorHAnsi"/>
              </w:rPr>
            </w:pPr>
            <w:r w:rsidRPr="00590B1A">
              <w:rPr>
                <w:rFonts w:ascii="Aptos" w:hAnsi="Aptos" w:cstheme="minorHAnsi"/>
                <w:b/>
                <w:color w:val="000080"/>
              </w:rPr>
              <w:t xml:space="preserve">Account Number - </w:t>
            </w:r>
            <w:r w:rsidRPr="00590B1A">
              <w:rPr>
                <w:rFonts w:ascii="Aptos" w:hAnsi="Aptos" w:cstheme="minorHAnsi"/>
              </w:rPr>
              <w:t xml:space="preserve">Enter valid Business Unit and Object Code from </w:t>
            </w:r>
            <w:hyperlink r:id="rId18" w:history="1">
              <w:r w:rsidRPr="00590B1A">
                <w:rPr>
                  <w:rStyle w:val="Hyperlink"/>
                  <w:rFonts w:ascii="Aptos" w:hAnsi="Aptos" w:cstheme="minorHAnsi"/>
                </w:rPr>
                <w:t>Chart of Accounts</w:t>
              </w:r>
            </w:hyperlink>
            <w:r w:rsidRPr="00590B1A">
              <w:rPr>
                <w:rFonts w:ascii="Aptos" w:hAnsi="Aptos" w:cstheme="minorHAnsi"/>
              </w:rPr>
              <w:t xml:space="preserve"> (e.g., 65060012.534700)</w:t>
            </w:r>
          </w:p>
          <w:p w14:paraId="56A77237" w14:textId="77777777" w:rsidR="00C04DEA" w:rsidRPr="00590B1A" w:rsidRDefault="00C04DEA" w:rsidP="00C04DEA">
            <w:pPr>
              <w:pStyle w:val="steptext"/>
              <w:numPr>
                <w:ilvl w:val="0"/>
                <w:numId w:val="17"/>
              </w:numPr>
              <w:rPr>
                <w:rFonts w:ascii="Aptos" w:hAnsi="Aptos" w:cstheme="minorHAnsi"/>
              </w:rPr>
            </w:pPr>
            <w:r w:rsidRPr="00590B1A">
              <w:rPr>
                <w:rFonts w:ascii="Aptos" w:hAnsi="Aptos" w:cstheme="minorHAnsi"/>
                <w:b/>
                <w:color w:val="000080"/>
              </w:rPr>
              <w:t>Ln Ty – Line Type -</w:t>
            </w:r>
            <w:r w:rsidRPr="00590B1A">
              <w:rPr>
                <w:rFonts w:ascii="Aptos" w:hAnsi="Aptos" w:cstheme="minorHAnsi"/>
              </w:rPr>
              <w:t xml:space="preserve"> Defaults to “J” for Non-Inventory or Non-Stock Item and represents the G/L (General Ledger) account number from which the funds will be drawn for the purchase</w:t>
            </w:r>
          </w:p>
          <w:p w14:paraId="70D58A49" w14:textId="77777777" w:rsidR="00C04DEA" w:rsidRPr="00E37A2F" w:rsidRDefault="00C04DEA" w:rsidP="00C04DEA">
            <w:pPr>
              <w:pStyle w:val="steptext"/>
              <w:numPr>
                <w:ilvl w:val="1"/>
                <w:numId w:val="17"/>
              </w:numPr>
              <w:rPr>
                <w:rFonts w:ascii="Aptos" w:hAnsi="Aptos" w:cstheme="minorHAnsi"/>
              </w:rPr>
            </w:pPr>
            <w:r w:rsidRPr="00816E8A">
              <w:rPr>
                <w:rFonts w:ascii="Aptos" w:hAnsi="Aptos" w:cstheme="minorHAnsi"/>
                <w:b/>
                <w:bCs/>
              </w:rPr>
              <w:t>NOTE:</w:t>
            </w:r>
            <w:r w:rsidRPr="00590B1A">
              <w:rPr>
                <w:rFonts w:ascii="Aptos" w:hAnsi="Aptos" w:cstheme="minorHAnsi"/>
                <w:b/>
                <w:color w:val="000080"/>
              </w:rPr>
              <w:t xml:space="preserve"> </w:t>
            </w:r>
            <w:r w:rsidRPr="00590B1A">
              <w:rPr>
                <w:rFonts w:ascii="Aptos" w:hAnsi="Aptos" w:cstheme="minorHAnsi"/>
                <w:bCs/>
              </w:rPr>
              <w:t>This will rarely be modified</w:t>
            </w:r>
          </w:p>
          <w:p w14:paraId="7DE7AEC6" w14:textId="77777777" w:rsidR="00E37A2F" w:rsidRPr="00590B1A" w:rsidRDefault="00E37A2F" w:rsidP="00E37A2F">
            <w:pPr>
              <w:pStyle w:val="steptext"/>
              <w:ind w:left="1440"/>
              <w:rPr>
                <w:rFonts w:ascii="Aptos" w:hAnsi="Aptos" w:cstheme="minorHAnsi"/>
              </w:rPr>
            </w:pPr>
          </w:p>
          <w:p w14:paraId="0FEF4DB0" w14:textId="22EB8F31" w:rsidR="00E37A2F" w:rsidRPr="00590B1A" w:rsidRDefault="00E37A2F" w:rsidP="00CB0209">
            <w:pPr>
              <w:pStyle w:val="steptext"/>
              <w:keepNext/>
              <w:jc w:val="center"/>
              <w:rPr>
                <w:rFonts w:ascii="Aptos" w:hAnsi="Aptos" w:cstheme="minorHAnsi"/>
              </w:rPr>
            </w:pPr>
            <w:r w:rsidRPr="00590B1A">
              <w:rPr>
                <w:rFonts w:ascii="Aptos" w:hAnsi="Aptos" w:cstheme="minorHAnsi"/>
                <w:b/>
                <w:bCs/>
              </w:rPr>
              <w:lastRenderedPageBreak/>
              <w:t>Example Completed Detail Line</w:t>
            </w:r>
          </w:p>
          <w:p w14:paraId="137757D0" w14:textId="21B5E860" w:rsidR="00E37A2F" w:rsidRPr="00590B1A" w:rsidRDefault="00E37A2F" w:rsidP="00E37A2F">
            <w:pPr>
              <w:pStyle w:val="steptext"/>
              <w:jc w:val="center"/>
              <w:rPr>
                <w:rFonts w:ascii="Aptos" w:hAnsi="Aptos" w:cstheme="minorHAnsi"/>
              </w:rPr>
            </w:pPr>
            <w:r w:rsidRPr="00590B1A">
              <w:rPr>
                <w:rFonts w:ascii="Aptos" w:hAnsi="Aptos" w:cstheme="minorHAnsi"/>
                <w:noProof/>
              </w:rPr>
              <w:drawing>
                <wp:inline distT="0" distB="0" distL="0" distR="0" wp14:anchorId="5AA06910" wp14:editId="6EFEC15B">
                  <wp:extent cx="5352179" cy="367665"/>
                  <wp:effectExtent l="171450" t="171450" r="153670" b="337185"/>
                  <wp:docPr id="954526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79339" name="Picture 1833479339"/>
                          <pic:cNvPicPr/>
                        </pic:nvPicPr>
                        <pic:blipFill rotWithShape="1">
                          <a:blip r:embed="rId19"/>
                          <a:srcRect l="-1" r="27334" b="-6331"/>
                          <a:stretch>
                            <a:fillRect/>
                          </a:stretch>
                        </pic:blipFill>
                        <pic:spPr bwMode="auto">
                          <a:xfrm>
                            <a:off x="0" y="0"/>
                            <a:ext cx="5586567" cy="383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6000" sy="96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DC745D" w:rsidRPr="00E00101" w14:paraId="0A32BF9F" w14:textId="77777777" w:rsidTr="00307DE8">
        <w:trPr>
          <w:cantSplit/>
        </w:trPr>
        <w:tc>
          <w:tcPr>
            <w:tcW w:w="630" w:type="dxa"/>
          </w:tcPr>
          <w:p w14:paraId="3FA76E2E" w14:textId="77777777" w:rsidR="00DC745D" w:rsidRPr="00590B1A" w:rsidRDefault="00DC745D" w:rsidP="00537D66">
            <w:pPr>
              <w:pStyle w:val="ListParagraph"/>
              <w:numPr>
                <w:ilvl w:val="0"/>
                <w:numId w:val="25"/>
              </w:numPr>
              <w:rPr>
                <w:rFonts w:ascii="Aptos" w:hAnsi="Aptos" w:cstheme="majorHAnsi"/>
              </w:rPr>
            </w:pPr>
          </w:p>
        </w:tc>
        <w:tc>
          <w:tcPr>
            <w:tcW w:w="10391" w:type="dxa"/>
          </w:tcPr>
          <w:p w14:paraId="153AC20A" w14:textId="77777777" w:rsidR="00DC745D" w:rsidRPr="00590B1A" w:rsidRDefault="00C92482" w:rsidP="00537D66">
            <w:pPr>
              <w:pStyle w:val="steptext"/>
              <w:rPr>
                <w:rFonts w:ascii="Aptos" w:hAnsi="Aptos" w:cstheme="minorHAnsi"/>
                <w:b/>
                <w:color w:val="000080"/>
              </w:rPr>
            </w:pPr>
            <w:r w:rsidRPr="00590B1A">
              <w:rPr>
                <w:rFonts w:ascii="Aptos" w:hAnsi="Aptos" w:cstheme="minorHAnsi"/>
                <w:noProof/>
              </w:rPr>
              <w:drawing>
                <wp:anchor distT="0" distB="0" distL="114300" distR="114300" simplePos="0" relativeHeight="252012544" behindDoc="0" locked="0" layoutInCell="1" allowOverlap="1" wp14:anchorId="6EBD8DD3" wp14:editId="49613F54">
                  <wp:simplePos x="0" y="0"/>
                  <wp:positionH relativeFrom="column">
                    <wp:posOffset>680720</wp:posOffset>
                  </wp:positionH>
                  <wp:positionV relativeFrom="page">
                    <wp:posOffset>389255</wp:posOffset>
                  </wp:positionV>
                  <wp:extent cx="3848100" cy="609600"/>
                  <wp:effectExtent l="171450" t="171450" r="381000" b="381000"/>
                  <wp:wrapTopAndBottom/>
                  <wp:docPr id="1023442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76351" name="Picture 1938376351"/>
                          <pic:cNvPicPr/>
                        </pic:nvPicPr>
                        <pic:blipFill rotWithShape="1">
                          <a:blip r:embed="rId15"/>
                          <a:srcRect b="62999"/>
                          <a:stretch>
                            <a:fillRect/>
                          </a:stretch>
                        </pic:blipFill>
                        <pic:spPr bwMode="auto">
                          <a:xfrm>
                            <a:off x="0" y="0"/>
                            <a:ext cx="3848100" cy="6096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DC745D" w:rsidRPr="00590B1A">
              <w:rPr>
                <w:rFonts w:ascii="Aptos" w:hAnsi="Aptos" w:cs="Calibri"/>
                <w:noProof/>
              </w:rPr>
              <mc:AlternateContent>
                <mc:Choice Requires="wps">
                  <w:drawing>
                    <wp:anchor distT="0" distB="0" distL="114300" distR="114300" simplePos="0" relativeHeight="252005376" behindDoc="0" locked="0" layoutInCell="1" allowOverlap="1" wp14:anchorId="17E6D61E" wp14:editId="1CB5516C">
                      <wp:simplePos x="0" y="0"/>
                      <wp:positionH relativeFrom="column">
                        <wp:posOffset>162344</wp:posOffset>
                      </wp:positionH>
                      <wp:positionV relativeFrom="paragraph">
                        <wp:posOffset>779145</wp:posOffset>
                      </wp:positionV>
                      <wp:extent cx="508884" cy="278295"/>
                      <wp:effectExtent l="19050" t="57150" r="0" b="64770"/>
                      <wp:wrapNone/>
                      <wp:docPr id="685314117"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8E67F" id="Arrow: Right 3" o:spid="_x0000_s1026" type="#_x0000_t13" style="position:absolute;margin-left:12.8pt;margin-top:61.35pt;width:40.05pt;height:21.9pt;rotation:-1976372fd;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" adj="15694" fillcolor="red" strokecolor="#042433" strokeweight="1pt"/>
                  </w:pict>
                </mc:Fallback>
              </mc:AlternateContent>
            </w:r>
            <w:r w:rsidR="00DC745D" w:rsidRPr="00590B1A">
              <w:rPr>
                <w:rFonts w:ascii="Aptos" w:hAnsi="Aptos" w:cstheme="minorHAnsi"/>
              </w:rPr>
              <w:t xml:space="preserve">Click the </w:t>
            </w:r>
            <w:r w:rsidR="00DC745D" w:rsidRPr="00DA4A6F">
              <w:rPr>
                <w:rFonts w:ascii="Aptos" w:hAnsi="Aptos" w:cstheme="minorHAnsi"/>
                <w:b/>
                <w:bCs/>
              </w:rPr>
              <w:t>green check</w:t>
            </w:r>
            <w:r w:rsidR="00192CDE" w:rsidRPr="00DA4A6F">
              <w:rPr>
                <w:rFonts w:ascii="Aptos" w:hAnsi="Aptos" w:cstheme="minorHAnsi"/>
                <w:b/>
                <w:bCs/>
              </w:rPr>
              <w:t>mark</w:t>
            </w:r>
            <w:r w:rsidR="00DC745D" w:rsidRPr="00590B1A">
              <w:rPr>
                <w:rFonts w:ascii="Aptos" w:hAnsi="Aptos" w:cstheme="minorHAnsi"/>
              </w:rPr>
              <w:t xml:space="preserve"> at the top of the screen to save.</w:t>
            </w:r>
          </w:p>
        </w:tc>
      </w:tr>
      <w:tr w:rsidR="00C92482" w:rsidRPr="00E00101" w14:paraId="0E09B2B4" w14:textId="77777777" w:rsidTr="00307DE8">
        <w:trPr>
          <w:cantSplit/>
        </w:trPr>
        <w:tc>
          <w:tcPr>
            <w:tcW w:w="11021" w:type="dxa"/>
            <w:gridSpan w:val="2"/>
          </w:tcPr>
          <w:p w14:paraId="57EDDCE6" w14:textId="658E9E87" w:rsidR="00C92482" w:rsidRDefault="00C92482" w:rsidP="00537D66">
            <w:pPr>
              <w:pStyle w:val="steptext"/>
              <w:jc w:val="center"/>
              <w:rPr>
                <w:rFonts w:ascii="Aptos" w:hAnsi="Aptos" w:cstheme="minorHAnsi"/>
                <w:b/>
                <w:bCs/>
                <w:color w:val="196B24" w:themeColor="accent3"/>
              </w:rPr>
            </w:pPr>
            <w:r w:rsidRPr="00E00101">
              <w:rPr>
                <w:rFonts w:ascii="Aptos" w:hAnsi="Aptos" w:cstheme="minorHAnsi"/>
                <w:b/>
                <w:bCs/>
                <w:color w:val="196B24" w:themeColor="accent3"/>
              </w:rPr>
              <w:t>Generat</w:t>
            </w:r>
            <w:r w:rsidR="008436D1">
              <w:rPr>
                <w:rFonts w:ascii="Aptos" w:hAnsi="Aptos" w:cstheme="minorHAnsi"/>
                <w:b/>
                <w:bCs/>
                <w:color w:val="196B24" w:themeColor="accent3"/>
              </w:rPr>
              <w:t>e</w:t>
            </w:r>
            <w:r w:rsidRPr="00E00101">
              <w:rPr>
                <w:rFonts w:ascii="Aptos" w:hAnsi="Aptos" w:cstheme="minorHAnsi"/>
                <w:b/>
                <w:bCs/>
                <w:color w:val="196B24" w:themeColor="accent3"/>
              </w:rPr>
              <w:t xml:space="preserve"> Purchase Order: Complete</w:t>
            </w:r>
          </w:p>
          <w:p w14:paraId="5B404EDA" w14:textId="21FA1F02" w:rsidR="00AA78D9" w:rsidRPr="00F93172" w:rsidRDefault="00AA78D9" w:rsidP="00537D66">
            <w:pPr>
              <w:pStyle w:val="steptext"/>
              <w:jc w:val="center"/>
              <w:rPr>
                <w:rFonts w:ascii="Aptos" w:hAnsi="Aptos" w:cstheme="minorHAnsi"/>
                <w:b/>
                <w:bCs/>
                <w:color w:val="196B24" w:themeColor="accent3"/>
              </w:rPr>
            </w:pPr>
            <w:r w:rsidRPr="00F93172">
              <w:rPr>
                <w:rFonts w:ascii="Aptos" w:hAnsi="Aptos" w:cstheme="minorHAnsi"/>
                <w:b/>
                <w:bCs/>
                <w:color w:val="196B24" w:themeColor="accent3"/>
              </w:rPr>
              <w:t xml:space="preserve">Click the </w:t>
            </w:r>
            <w:r w:rsidRPr="00F93172">
              <w:rPr>
                <w:rFonts w:ascii="Aptos" w:hAnsi="Aptos" w:cstheme="minorHAnsi"/>
                <w:b/>
                <w:bCs/>
                <w:color w:val="FF0000"/>
              </w:rPr>
              <w:t>Red X</w:t>
            </w:r>
            <w:r w:rsidRPr="00F93172">
              <w:rPr>
                <w:rFonts w:ascii="Aptos" w:hAnsi="Aptos" w:cstheme="minorHAnsi"/>
                <w:b/>
                <w:bCs/>
                <w:color w:val="92D050"/>
              </w:rPr>
              <w:t xml:space="preserve"> </w:t>
            </w:r>
            <w:r w:rsidRPr="00F93172">
              <w:rPr>
                <w:rFonts w:ascii="Aptos" w:hAnsi="Aptos" w:cstheme="minorHAnsi"/>
                <w:b/>
                <w:bCs/>
                <w:color w:val="196B24" w:themeColor="accent3"/>
              </w:rPr>
              <w:t>to close</w:t>
            </w:r>
          </w:p>
          <w:p w14:paraId="4D1DDF3B" w14:textId="13844642" w:rsidR="00AA78D9" w:rsidRPr="00E00101" w:rsidRDefault="00C04DEA" w:rsidP="00537D66">
            <w:pPr>
              <w:pStyle w:val="steptext"/>
              <w:jc w:val="center"/>
              <w:rPr>
                <w:rFonts w:ascii="Aptos" w:hAnsi="Aptos" w:cs="Calibri"/>
                <w:noProof/>
              </w:rPr>
            </w:pPr>
            <w:r w:rsidRPr="002210D0">
              <w:rPr>
                <w:rFonts w:cstheme="minorHAnsi"/>
                <w:bCs/>
                <w:noProof/>
              </w:rPr>
              <mc:AlternateContent>
                <mc:Choice Requires="wps">
                  <w:drawing>
                    <wp:anchor distT="0" distB="0" distL="114300" distR="114300" simplePos="0" relativeHeight="252134400" behindDoc="0" locked="0" layoutInCell="1" allowOverlap="1" wp14:anchorId="18A1C663" wp14:editId="1676A18B">
                      <wp:simplePos x="0" y="0"/>
                      <wp:positionH relativeFrom="column">
                        <wp:posOffset>3176270</wp:posOffset>
                      </wp:positionH>
                      <wp:positionV relativeFrom="paragraph">
                        <wp:posOffset>195580</wp:posOffset>
                      </wp:positionV>
                      <wp:extent cx="209550" cy="190500"/>
                      <wp:effectExtent l="0" t="0" r="19050" b="19050"/>
                      <wp:wrapNone/>
                      <wp:docPr id="699013210" name="Rectangle: Rounded Corners 5"/>
                      <wp:cNvGraphicFramePr/>
                      <a:graphic xmlns:a="http://schemas.openxmlformats.org/drawingml/2006/main">
                        <a:graphicData uri="http://schemas.microsoft.com/office/word/2010/wordprocessingShape">
                          <wps:wsp>
                            <wps:cNvSpPr/>
                            <wps:spPr>
                              <a:xfrm>
                                <a:off x="0" y="0"/>
                                <a:ext cx="209550" cy="1905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E982" id="Rectangle: Rounded Corners 5" o:spid="_x0000_s1026" style="position:absolute;margin-left:250.1pt;margin-top:15.4pt;width:16.5pt;height: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" filled="f" strokecolor="red" strokeweight="2pt"/>
                  </w:pict>
                </mc:Fallback>
              </mc:AlternateContent>
            </w:r>
            <w:r w:rsidR="00AA78D9" w:rsidRPr="002210D0">
              <w:rPr>
                <w:rFonts w:asciiTheme="minorHAnsi" w:hAnsiTheme="minorHAnsi" w:cstheme="minorHAnsi"/>
                <w:b/>
                <w:bCs/>
                <w:noProof/>
                <w:color w:val="196B24" w:themeColor="accent3"/>
                <w14:ligatures w14:val="standardContextual"/>
              </w:rPr>
              <w:drawing>
                <wp:inline distT="0" distB="0" distL="0" distR="0" wp14:anchorId="4250196E" wp14:editId="15EC5885">
                  <wp:extent cx="2543530" cy="247685"/>
                  <wp:effectExtent l="171450" t="171450" r="352425" b="381000"/>
                  <wp:docPr id="2105019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251955D2" w14:textId="77777777" w:rsidR="00AA78D9" w:rsidRDefault="00AA78D9">
      <w:pPr>
        <w:rPr>
          <w:rFonts w:ascii="Aptos" w:hAnsi="Aptos"/>
        </w:rPr>
      </w:pPr>
      <w:r>
        <w:rPr>
          <w:rFonts w:ascii="Aptos" w:hAnsi="Aptos"/>
        </w:rPr>
        <w:br w:type="page"/>
      </w:r>
    </w:p>
    <w:p w14:paraId="57FE1621" w14:textId="77777777" w:rsidR="004F5DDE" w:rsidRPr="00590B1A" w:rsidRDefault="004F5DDE" w:rsidP="001968AA">
      <w:pPr>
        <w:pStyle w:val="Heading1"/>
        <w:numPr>
          <w:ilvl w:val="0"/>
          <w:numId w:val="23"/>
        </w:numPr>
        <w:spacing w:before="0" w:line="480" w:lineRule="auto"/>
        <w15:collapsed/>
        <w:rPr>
          <w:rFonts w:ascii="Aptos" w:hAnsi="Aptos" w:cstheme="majorHAnsi"/>
          <w:color w:val="0A2F41" w:themeColor="accent1" w:themeShade="80"/>
        </w:rPr>
      </w:pPr>
      <w:r w:rsidRPr="00590B1A">
        <w:rPr>
          <w:rFonts w:ascii="Aptos" w:hAnsi="Aptos" w:cstheme="majorHAnsi"/>
          <w:color w:val="0A2F41" w:themeColor="accent1" w:themeShade="80"/>
        </w:rPr>
        <w:lastRenderedPageBreak/>
        <w:t>Generate Purchase Order from a Requisition</w:t>
      </w:r>
    </w:p>
    <w:tbl>
      <w:tblPr>
        <w:tblStyle w:val="TableGrid"/>
        <w:tblW w:w="11070" w:type="dxa"/>
        <w:tblInd w:w="-815" w:type="dxa"/>
        <w:tblLayout w:type="fixed"/>
        <w:tblLook w:val="04A0" w:firstRow="1" w:lastRow="0" w:firstColumn="1" w:lastColumn="0" w:noHBand="0" w:noVBand="1"/>
      </w:tblPr>
      <w:tblGrid>
        <w:gridCol w:w="720"/>
        <w:gridCol w:w="10350"/>
      </w:tblGrid>
      <w:tr w:rsidR="00C2259F" w:rsidRPr="00E00101" w14:paraId="5096B86A" w14:textId="77777777" w:rsidTr="00C2259F">
        <w:trPr>
          <w:cantSplit/>
        </w:trPr>
        <w:tc>
          <w:tcPr>
            <w:tcW w:w="720" w:type="dxa"/>
            <w:shd w:val="clear" w:color="auto" w:fill="ADADAD" w:themeFill="background2" w:themeFillShade="BF"/>
          </w:tcPr>
          <w:p w14:paraId="4DEC6860" w14:textId="076FDF3F" w:rsidR="00C2259F" w:rsidRPr="00590B1A" w:rsidRDefault="00C2259F" w:rsidP="00C2259F">
            <w:pPr>
              <w:pStyle w:val="ListParagraph"/>
              <w:ind w:left="0"/>
              <w:rPr>
                <w:rFonts w:ascii="Aptos" w:hAnsi="Aptos" w:cstheme="majorHAnsi"/>
              </w:rPr>
            </w:pPr>
            <w:r w:rsidRPr="00590B1A">
              <w:rPr>
                <w:rFonts w:ascii="Aptos" w:hAnsi="Aptos" w:cstheme="majorHAnsi"/>
                <w:b/>
                <w:bCs/>
                <w:color w:val="000000" w:themeColor="text1"/>
              </w:rPr>
              <w:t>Step</w:t>
            </w:r>
          </w:p>
        </w:tc>
        <w:tc>
          <w:tcPr>
            <w:tcW w:w="10350" w:type="dxa"/>
            <w:shd w:val="clear" w:color="auto" w:fill="ADADAD" w:themeFill="background2" w:themeFillShade="BF"/>
          </w:tcPr>
          <w:p w14:paraId="016D13A1" w14:textId="69D43419" w:rsidR="00C2259F" w:rsidRDefault="00C2259F" w:rsidP="00C2259F">
            <w:pPr>
              <w:rPr>
                <w:rFonts w:ascii="Aptos" w:hAnsi="Aptos" w:cstheme="majorHAnsi"/>
              </w:rPr>
            </w:pPr>
            <w:r w:rsidRPr="00590B1A">
              <w:rPr>
                <w:rFonts w:ascii="Aptos" w:hAnsi="Aptos" w:cstheme="majorHAnsi"/>
                <w:b/>
                <w:bCs/>
                <w:color w:val="000000" w:themeColor="text1"/>
              </w:rPr>
              <w:t>Instruction / Explanation</w:t>
            </w:r>
          </w:p>
        </w:tc>
      </w:tr>
      <w:tr w:rsidR="00C2259F" w:rsidRPr="00E00101" w14:paraId="6745FF92" w14:textId="77777777" w:rsidTr="00C2259F">
        <w:trPr>
          <w:cantSplit/>
        </w:trPr>
        <w:tc>
          <w:tcPr>
            <w:tcW w:w="720" w:type="dxa"/>
          </w:tcPr>
          <w:p w14:paraId="44E8BFD7" w14:textId="77777777" w:rsidR="00C2259F" w:rsidRPr="00590B1A" w:rsidRDefault="00C2259F" w:rsidP="003C2F4B">
            <w:pPr>
              <w:pStyle w:val="ListParagraph"/>
              <w:numPr>
                <w:ilvl w:val="0"/>
                <w:numId w:val="27"/>
              </w:numPr>
              <w:rPr>
                <w:rFonts w:ascii="Aptos" w:hAnsi="Aptos" w:cstheme="majorHAnsi"/>
              </w:rPr>
            </w:pPr>
          </w:p>
        </w:tc>
        <w:tc>
          <w:tcPr>
            <w:tcW w:w="10350" w:type="dxa"/>
          </w:tcPr>
          <w:p w14:paraId="301461C4" w14:textId="77777777" w:rsidR="00C2259F" w:rsidRDefault="00C2259F" w:rsidP="003C2F4B">
            <w:pPr>
              <w:rPr>
                <w:rFonts w:ascii="Aptos" w:hAnsi="Aptos" w:cstheme="majorHAnsi"/>
              </w:rPr>
            </w:pPr>
            <w:r>
              <w:rPr>
                <w:rFonts w:ascii="Aptos" w:hAnsi="Aptos" w:cstheme="majorHAnsi"/>
              </w:rPr>
              <w:t xml:space="preserve">Choose a Menu Selection/Pathway Option: </w:t>
            </w:r>
          </w:p>
          <w:p w14:paraId="18F75AB2" w14:textId="77777777" w:rsidR="00C2259F" w:rsidRPr="00F13736" w:rsidRDefault="00C2259F" w:rsidP="003C2F4B">
            <w:pPr>
              <w:pStyle w:val="NormalWeb"/>
              <w:rPr>
                <w:rStyle w:val="Strong"/>
                <w:rFonts w:ascii="Aptos" w:hAnsi="Aptos" w:cs="Calibri"/>
                <w:b w:val="0"/>
                <w:bCs w:val="0"/>
                <w:color w:val="0E2841" w:themeColor="text2"/>
                <w:sz w:val="20"/>
                <w:szCs w:val="20"/>
                <w:lang w:val="en"/>
              </w:rPr>
            </w:pPr>
            <w:r w:rsidRPr="00F13736">
              <w:rPr>
                <w:rFonts w:ascii="Aptos" w:hAnsi="Aptos" w:cs="Calibri"/>
                <w:b/>
                <w:bCs/>
                <w:color w:val="0E2841" w:themeColor="text2"/>
                <w:sz w:val="20"/>
                <w:szCs w:val="20"/>
                <w:lang w:val="en"/>
              </w:rPr>
              <w:t>State of Nebraska &gt; Purchasing &gt;</w:t>
            </w:r>
            <w:r w:rsidRPr="00F13736">
              <w:rPr>
                <w:rFonts w:ascii="Aptos" w:hAnsi="Aptos" w:cs="Calibri"/>
                <w:color w:val="0E2841" w:themeColor="text2"/>
                <w:sz w:val="20"/>
                <w:szCs w:val="20"/>
                <w:lang w:val="en"/>
              </w:rPr>
              <w:t xml:space="preserve"> </w:t>
            </w:r>
            <w:r w:rsidRPr="00F13736">
              <w:rPr>
                <w:rFonts w:ascii="Aptos" w:hAnsi="Aptos" w:cs="Calibri"/>
                <w:b/>
                <w:bCs/>
                <w:color w:val="0E2841" w:themeColor="text2"/>
                <w:sz w:val="20"/>
                <w:szCs w:val="20"/>
                <w:lang w:val="en"/>
              </w:rPr>
              <w:t xml:space="preserve">Purchase Orders &gt; Generate Purchase Order from Requisition </w:t>
            </w:r>
          </w:p>
          <w:p w14:paraId="645F24DF" w14:textId="77777777" w:rsidR="00C2259F" w:rsidRPr="00E00101"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 xml:space="preserve">Gen Service Purchase Order (OM) from Agency Processed RFP (O3) </w:t>
            </w:r>
          </w:p>
          <w:p w14:paraId="3116606B" w14:textId="77777777" w:rsidR="00C2259F" w:rsidRPr="00E00101"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Gen Service Purchase Order (OM) from IT Commodity/Service Requisition (ON)</w:t>
            </w:r>
          </w:p>
          <w:p w14:paraId="427DC7CE" w14:textId="77777777" w:rsidR="00C2259F" w:rsidRPr="00E00101"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Gen Service Purchase Order - Two Way Match (Z9) from Agency Processed RFP (O3)</w:t>
            </w:r>
            <w:r w:rsidRPr="00E00101">
              <w:rPr>
                <w:rStyle w:val="Strong"/>
                <w:rFonts w:ascii="Aptos" w:hAnsi="Aptos" w:cs="Calibri"/>
                <w:b w:val="0"/>
                <w:bCs w:val="0"/>
                <w:sz w:val="20"/>
                <w:szCs w:val="20"/>
                <w:lang w:val="en"/>
              </w:rPr>
              <w:tab/>
            </w:r>
          </w:p>
          <w:p w14:paraId="6E6708FE" w14:textId="77777777" w:rsidR="00C2259F" w:rsidRPr="00E00101"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Gen Service PO - Two Way Match (Z9) from IT Commodity/Service Requisition (ON)</w:t>
            </w:r>
          </w:p>
          <w:p w14:paraId="01D0EC57" w14:textId="77777777" w:rsidR="00C2259F" w:rsidRPr="00E00101"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Gen Commodity Purchase Order (OP) from Commodity Requisition (OR)</w:t>
            </w:r>
          </w:p>
          <w:p w14:paraId="47078705" w14:textId="77777777" w:rsidR="00C2259F" w:rsidRPr="00E00101"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Gen Commodity Purchase Order (OP) from Motor Vehicle Requisition (OI)</w:t>
            </w:r>
          </w:p>
          <w:p w14:paraId="06D39441" w14:textId="77777777" w:rsidR="00C2259F" w:rsidRPr="00F13736"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Gen Commodity Purchase Order (OP) from IT Commodity/Service Requisition (ON)</w:t>
            </w:r>
          </w:p>
          <w:p w14:paraId="7DEB2606" w14:textId="77777777" w:rsidR="00C2259F" w:rsidRPr="00E00101"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Gen SPB Authorized Purchase Order (ZO) from Exception Request (O8)</w:t>
            </w:r>
          </w:p>
          <w:p w14:paraId="411EBF06" w14:textId="77777777" w:rsidR="00C2259F" w:rsidRDefault="00C2259F" w:rsidP="003C2F4B">
            <w:pPr>
              <w:pStyle w:val="NormalWeb"/>
              <w:numPr>
                <w:ilvl w:val="0"/>
                <w:numId w:val="20"/>
              </w:numPr>
              <w:rPr>
                <w:rStyle w:val="Strong"/>
                <w:rFonts w:ascii="Aptos" w:hAnsi="Aptos" w:cs="Calibri"/>
                <w:b w:val="0"/>
                <w:bCs w:val="0"/>
                <w:sz w:val="20"/>
                <w:szCs w:val="20"/>
                <w:lang w:val="en"/>
              </w:rPr>
            </w:pPr>
            <w:r w:rsidRPr="00E00101">
              <w:rPr>
                <w:rStyle w:val="Strong"/>
                <w:rFonts w:ascii="Aptos" w:hAnsi="Aptos" w:cs="Calibri"/>
                <w:b w:val="0"/>
                <w:bCs w:val="0"/>
                <w:sz w:val="20"/>
                <w:szCs w:val="20"/>
                <w:lang w:val="en"/>
              </w:rPr>
              <w:t>Gen SPB Authorized Purchase Order (ZO) from SPB Authorized Requisition (OO)</w:t>
            </w:r>
          </w:p>
          <w:p w14:paraId="539312FC" w14:textId="77777777" w:rsidR="00C2259F" w:rsidRDefault="00C2259F" w:rsidP="003C2F4B">
            <w:pPr>
              <w:pStyle w:val="NormalWeb"/>
              <w:ind w:left="720"/>
              <w:rPr>
                <w:rStyle w:val="Strong"/>
                <w:rFonts w:ascii="Aptos" w:hAnsi="Aptos" w:cs="Calibri"/>
                <w:b w:val="0"/>
                <w:bCs w:val="0"/>
                <w:sz w:val="20"/>
                <w:szCs w:val="20"/>
                <w:lang w:val="en"/>
              </w:rPr>
            </w:pPr>
          </w:p>
          <w:p w14:paraId="4C4C242A" w14:textId="77777777" w:rsidR="00C2259F" w:rsidRDefault="00C2259F" w:rsidP="003C2F4B">
            <w:pPr>
              <w:pStyle w:val="NormalWeb"/>
              <w:ind w:left="720"/>
              <w:rPr>
                <w:rStyle w:val="Strong"/>
                <w:rFonts w:ascii="Aptos" w:hAnsi="Aptos" w:cs="Calibri"/>
                <w:b w:val="0"/>
                <w:bCs w:val="0"/>
                <w:sz w:val="20"/>
                <w:szCs w:val="20"/>
                <w:lang w:val="en"/>
              </w:rPr>
            </w:pPr>
            <w:r w:rsidRPr="00CB78F1">
              <w:rPr>
                <w:rFonts w:ascii="Aptos" w:hAnsi="Aptos" w:cs="Calibri"/>
                <w:b/>
                <w:bCs/>
                <w:color w:val="FF0000"/>
                <w:sz w:val="20"/>
                <w:szCs w:val="20"/>
                <w:lang w:val="en"/>
              </w:rPr>
              <w:t xml:space="preserve">THE FOLLOWING </w:t>
            </w:r>
            <w:r>
              <w:rPr>
                <w:rFonts w:ascii="Aptos" w:hAnsi="Aptos" w:cs="Calibri"/>
                <w:b/>
                <w:bCs/>
                <w:color w:val="FF0000"/>
                <w:sz w:val="20"/>
                <w:szCs w:val="20"/>
                <w:lang w:val="en"/>
              </w:rPr>
              <w:t>IS</w:t>
            </w:r>
            <w:r w:rsidRPr="00CB78F1">
              <w:rPr>
                <w:rFonts w:ascii="Aptos" w:hAnsi="Aptos" w:cs="Calibri"/>
                <w:b/>
                <w:bCs/>
                <w:color w:val="FF0000"/>
                <w:sz w:val="20"/>
                <w:szCs w:val="20"/>
                <w:lang w:val="en"/>
              </w:rPr>
              <w:t xml:space="preserve"> </w:t>
            </w:r>
            <w:r w:rsidRPr="00D0271A">
              <w:rPr>
                <w:rFonts w:ascii="Aptos" w:hAnsi="Aptos" w:cs="Arial"/>
                <w:b/>
                <w:bCs/>
                <w:color w:val="FF0000"/>
                <w:sz w:val="20"/>
                <w:szCs w:val="20"/>
                <w:lang w:val="en"/>
              </w:rPr>
              <w:t>ONLY VISIBLE TO SPB PERSONNEL</w:t>
            </w:r>
            <w:r>
              <w:rPr>
                <w:rFonts w:ascii="Aptos" w:hAnsi="Aptos" w:cs="Arial"/>
                <w:b/>
                <w:bCs/>
                <w:color w:val="FF0000"/>
                <w:sz w:val="20"/>
                <w:szCs w:val="20"/>
                <w:lang w:val="en"/>
              </w:rPr>
              <w:t>:</w:t>
            </w:r>
          </w:p>
          <w:p w14:paraId="20143833" w14:textId="3B1D5776" w:rsidR="00C2259F" w:rsidRDefault="00C2259F" w:rsidP="003C2F4B">
            <w:pPr>
              <w:pStyle w:val="NormalWeb"/>
              <w:numPr>
                <w:ilvl w:val="0"/>
                <w:numId w:val="20"/>
              </w:numPr>
              <w:rPr>
                <w:rStyle w:val="Strong"/>
                <w:rFonts w:ascii="Aptos" w:hAnsi="Aptos" w:cs="Calibri"/>
                <w:b w:val="0"/>
                <w:bCs w:val="0"/>
                <w:sz w:val="20"/>
                <w:szCs w:val="20"/>
                <w:lang w:val="en"/>
              </w:rPr>
            </w:pPr>
            <w:r w:rsidRPr="00F13736">
              <w:rPr>
                <w:rStyle w:val="Strong"/>
                <w:rFonts w:ascii="Aptos" w:hAnsi="Aptos" w:cs="Calibri"/>
                <w:b w:val="0"/>
                <w:bCs w:val="0"/>
                <w:color w:val="000000" w:themeColor="text1"/>
                <w:sz w:val="20"/>
                <w:szCs w:val="20"/>
                <w:lang w:val="en"/>
              </w:rPr>
              <w:t>Gen SPB Authorized PO (ZO) from Restricted Item/Trade</w:t>
            </w:r>
            <w:r>
              <w:rPr>
                <w:rStyle w:val="Strong"/>
                <w:rFonts w:ascii="Aptos" w:hAnsi="Aptos" w:cs="Calibri"/>
                <w:b w:val="0"/>
                <w:bCs w:val="0"/>
                <w:color w:val="000000" w:themeColor="text1"/>
                <w:sz w:val="20"/>
                <w:szCs w:val="20"/>
                <w:lang w:val="en"/>
              </w:rPr>
              <w:t>-</w:t>
            </w:r>
            <w:r w:rsidRPr="00F13736">
              <w:rPr>
                <w:rStyle w:val="Strong"/>
                <w:rFonts w:ascii="Aptos" w:hAnsi="Aptos" w:cs="Calibri"/>
                <w:b w:val="0"/>
                <w:bCs w:val="0"/>
                <w:color w:val="000000" w:themeColor="text1"/>
                <w:sz w:val="20"/>
                <w:szCs w:val="20"/>
                <w:lang w:val="en"/>
              </w:rPr>
              <w:t>In Requisition (OW</w:t>
            </w:r>
            <w:r>
              <w:rPr>
                <w:rStyle w:val="Strong"/>
                <w:rFonts w:ascii="Aptos" w:hAnsi="Aptos" w:cs="Calibri"/>
                <w:b w:val="0"/>
                <w:bCs w:val="0"/>
                <w:color w:val="000000" w:themeColor="text1"/>
                <w:sz w:val="20"/>
                <w:szCs w:val="20"/>
                <w:lang w:val="en"/>
              </w:rPr>
              <w:t>)</w:t>
            </w:r>
          </w:p>
          <w:p w14:paraId="42BCC74E" w14:textId="77777777" w:rsidR="00C2259F" w:rsidRDefault="00C2259F" w:rsidP="003C2F4B">
            <w:pPr>
              <w:rPr>
                <w:rFonts w:ascii="Aptos" w:hAnsi="Aptos" w:cstheme="majorHAnsi"/>
              </w:rPr>
            </w:pPr>
          </w:p>
          <w:p w14:paraId="2BE5E2AE" w14:textId="3ED1CE44" w:rsidR="00C2259F" w:rsidRDefault="00C2259F" w:rsidP="003C2F4B">
            <w:pPr>
              <w:rPr>
                <w:rFonts w:ascii="Aptos" w:hAnsi="Aptos" w:cstheme="majorHAnsi"/>
              </w:rPr>
            </w:pPr>
            <w:r>
              <w:rPr>
                <w:rFonts w:ascii="Aptos" w:hAnsi="Aptos" w:cstheme="majorHAnsi"/>
              </w:rPr>
              <w:t>The p</w:t>
            </w:r>
            <w:r w:rsidRPr="00E00101">
              <w:rPr>
                <w:rFonts w:ascii="Aptos" w:hAnsi="Aptos" w:cstheme="majorHAnsi"/>
              </w:rPr>
              <w:t>rocess is the same for all</w:t>
            </w:r>
            <w:r>
              <w:rPr>
                <w:rFonts w:ascii="Aptos" w:hAnsi="Aptos" w:cstheme="majorHAnsi"/>
              </w:rPr>
              <w:t xml:space="preserve"> purchase order-from-requisition doc types. </w:t>
            </w:r>
            <w:r w:rsidRPr="00E00101">
              <w:rPr>
                <w:rFonts w:ascii="Aptos" w:hAnsi="Aptos" w:cstheme="majorHAnsi"/>
              </w:rPr>
              <w:t xml:space="preserve">This </w:t>
            </w:r>
            <w:r>
              <w:rPr>
                <w:rFonts w:ascii="Aptos" w:hAnsi="Aptos" w:cstheme="majorHAnsi"/>
              </w:rPr>
              <w:t>example</w:t>
            </w:r>
            <w:r w:rsidRPr="00E00101">
              <w:rPr>
                <w:rFonts w:ascii="Aptos" w:hAnsi="Aptos" w:cstheme="majorHAnsi"/>
              </w:rPr>
              <w:t xml:space="preserve"> will </w:t>
            </w:r>
            <w:r>
              <w:rPr>
                <w:rFonts w:ascii="Aptos" w:hAnsi="Aptos" w:cstheme="majorHAnsi"/>
              </w:rPr>
              <w:t>demonstrate generating a commodity purchase order (OP) from a commodity requisition (OR)</w:t>
            </w:r>
          </w:p>
          <w:p w14:paraId="2D360A46" w14:textId="77777777" w:rsidR="00C2259F" w:rsidRDefault="00C2259F" w:rsidP="003C2F4B">
            <w:pPr>
              <w:rPr>
                <w:rStyle w:val="Strong"/>
                <w:rFonts w:ascii="Aptos" w:hAnsi="Aptos" w:cs="Calibri"/>
                <w:color w:val="0E2841" w:themeColor="text2"/>
                <w:sz w:val="20"/>
                <w:szCs w:val="20"/>
                <w:lang w:val="en"/>
              </w:rPr>
            </w:pPr>
          </w:p>
          <w:p w14:paraId="41FB7861" w14:textId="5AC42A70" w:rsidR="00C2259F" w:rsidRPr="009C00E9" w:rsidRDefault="00C2259F" w:rsidP="003C2F4B">
            <w:pPr>
              <w:rPr>
                <w:rFonts w:ascii="Aptos" w:hAnsi="Aptos" w:cs="Calibri"/>
              </w:rPr>
            </w:pPr>
            <w:r w:rsidRPr="00816E8A">
              <w:rPr>
                <w:rFonts w:ascii="Aptos" w:hAnsi="Aptos" w:cs="Calibri"/>
                <w:b/>
                <w:bCs/>
              </w:rPr>
              <w:t>NOTE:</w:t>
            </w:r>
            <w:r>
              <w:rPr>
                <w:rFonts w:ascii="Aptos" w:hAnsi="Aptos" w:cs="Calibri"/>
              </w:rPr>
              <w:t xml:space="preserve"> For instructions on how to add attachments, see </w:t>
            </w:r>
            <w:hyperlink w:anchor="_Adding_Attachments_to" w:history="1">
              <w:r w:rsidRPr="00797908">
                <w:rPr>
                  <w:rStyle w:val="Hyperlink"/>
                  <w:rFonts w:ascii="Aptos" w:hAnsi="Aptos" w:cs="Calibri"/>
                </w:rPr>
                <w:t>Adding Attachments to Purchase Order</w:t>
              </w:r>
            </w:hyperlink>
          </w:p>
        </w:tc>
      </w:tr>
      <w:tr w:rsidR="00C2259F" w:rsidRPr="00E00101" w14:paraId="72ADD02A" w14:textId="77777777" w:rsidTr="00C2259F">
        <w:trPr>
          <w:cantSplit/>
        </w:trPr>
        <w:tc>
          <w:tcPr>
            <w:tcW w:w="720" w:type="dxa"/>
          </w:tcPr>
          <w:p w14:paraId="036A782F" w14:textId="77777777" w:rsidR="00C2259F" w:rsidRPr="00590B1A" w:rsidRDefault="00C2259F" w:rsidP="003C2F4B">
            <w:pPr>
              <w:pStyle w:val="ListParagraph"/>
              <w:numPr>
                <w:ilvl w:val="0"/>
                <w:numId w:val="27"/>
              </w:numPr>
              <w:rPr>
                <w:rFonts w:ascii="Aptos" w:hAnsi="Aptos" w:cstheme="majorHAnsi"/>
              </w:rPr>
            </w:pPr>
          </w:p>
        </w:tc>
        <w:tc>
          <w:tcPr>
            <w:tcW w:w="10350" w:type="dxa"/>
          </w:tcPr>
          <w:p w14:paraId="26914505" w14:textId="53050334" w:rsidR="00C2259F" w:rsidRPr="00E00101" w:rsidRDefault="00C2259F" w:rsidP="003C2F4B">
            <w:pPr>
              <w:rPr>
                <w:rFonts w:ascii="Aptos" w:hAnsi="Aptos" w:cstheme="majorHAnsi"/>
              </w:rPr>
            </w:pPr>
            <w:r w:rsidRPr="00E00101">
              <w:rPr>
                <w:rFonts w:ascii="Aptos" w:hAnsi="Aptos" w:cstheme="majorHAnsi"/>
              </w:rPr>
              <w:t xml:space="preserve">Enter the Requisition number into the order number field and click the </w:t>
            </w:r>
            <w:r>
              <w:rPr>
                <w:rFonts w:ascii="Aptos" w:hAnsi="Aptos" w:cstheme="majorHAnsi"/>
              </w:rPr>
              <w:t>“</w:t>
            </w:r>
            <w:r w:rsidRPr="003625C2">
              <w:rPr>
                <w:rFonts w:ascii="Aptos" w:hAnsi="Aptos" w:cstheme="majorHAnsi"/>
                <w:b/>
                <w:bCs/>
              </w:rPr>
              <w:t>Find</w:t>
            </w:r>
            <w:r>
              <w:rPr>
                <w:rFonts w:ascii="Aptos" w:hAnsi="Aptos" w:cstheme="majorHAnsi"/>
              </w:rPr>
              <w:t>” button (magnifying glass)</w:t>
            </w:r>
            <w:r w:rsidRPr="00E00101">
              <w:rPr>
                <w:rFonts w:ascii="Aptos" w:hAnsi="Aptos" w:cstheme="majorHAnsi"/>
              </w:rPr>
              <w:t xml:space="preserve">. </w:t>
            </w:r>
          </w:p>
          <w:p w14:paraId="2E118F28" w14:textId="74238514" w:rsidR="00C2259F" w:rsidRPr="00E00101" w:rsidRDefault="00C2259F" w:rsidP="003C2F4B">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2181504" behindDoc="0" locked="0" layoutInCell="1" allowOverlap="1" wp14:anchorId="6B644064" wp14:editId="79D47634">
                      <wp:simplePos x="0" y="0"/>
                      <wp:positionH relativeFrom="column">
                        <wp:posOffset>1595120</wp:posOffset>
                      </wp:positionH>
                      <wp:positionV relativeFrom="paragraph">
                        <wp:posOffset>475615</wp:posOffset>
                      </wp:positionV>
                      <wp:extent cx="508635" cy="239427"/>
                      <wp:effectExtent l="19050" t="76200" r="0" b="84455"/>
                      <wp:wrapNone/>
                      <wp:docPr id="460576496" name="Arrow: Right 3"/>
                      <wp:cNvGraphicFramePr/>
                      <a:graphic xmlns:a="http://schemas.openxmlformats.org/drawingml/2006/main">
                        <a:graphicData uri="http://schemas.microsoft.com/office/word/2010/wordprocessingShape">
                          <wps:wsp>
                            <wps:cNvSpPr/>
                            <wps:spPr>
                              <a:xfrm rot="19790577">
                                <a:off x="0" y="0"/>
                                <a:ext cx="508635" cy="239427"/>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CB0F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25.6pt;margin-top:37.45pt;width:40.05pt;height:18.85pt;rotation:-1976372fd;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" adj="16516"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2182528" behindDoc="0" locked="0" layoutInCell="1" allowOverlap="1" wp14:anchorId="73ED152C" wp14:editId="43E786D8">
                      <wp:simplePos x="0" y="0"/>
                      <wp:positionH relativeFrom="column">
                        <wp:posOffset>2931160</wp:posOffset>
                      </wp:positionH>
                      <wp:positionV relativeFrom="paragraph">
                        <wp:posOffset>629285</wp:posOffset>
                      </wp:positionV>
                      <wp:extent cx="889000" cy="184150"/>
                      <wp:effectExtent l="0" t="0" r="25400" b="25400"/>
                      <wp:wrapNone/>
                      <wp:docPr id="1563768684" name="Rectangle: Rounded Corners 5"/>
                      <wp:cNvGraphicFramePr/>
                      <a:graphic xmlns:a="http://schemas.openxmlformats.org/drawingml/2006/main">
                        <a:graphicData uri="http://schemas.microsoft.com/office/word/2010/wordprocessingShape">
                          <wps:wsp>
                            <wps:cNvSpPr/>
                            <wps:spPr>
                              <a:xfrm>
                                <a:off x="0" y="0"/>
                                <a:ext cx="8890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EE254" id="Rectangle: Rounded Corners 5" o:spid="_x0000_s1026" style="position:absolute;margin-left:230.8pt;margin-top:49.55pt;width:70pt;height:1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" filled="f" strokecolor="red" strokeweight="1pt">
                      <v:stroke joinstyle="miter"/>
                    </v:roundrect>
                  </w:pict>
                </mc:Fallback>
              </mc:AlternateContent>
            </w:r>
            <w:r w:rsidRPr="00E00101">
              <w:rPr>
                <w:rFonts w:ascii="Aptos" w:hAnsi="Aptos" w:cstheme="majorHAnsi"/>
                <w:noProof/>
              </w:rPr>
              <w:drawing>
                <wp:inline distT="0" distB="0" distL="0" distR="0" wp14:anchorId="1661DEB2" wp14:editId="1F11B8F3">
                  <wp:extent cx="2524125" cy="1130900"/>
                  <wp:effectExtent l="171450" t="171450" r="371475" b="374650"/>
                  <wp:docPr id="21459140" name="Picture 10"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140" name="Picture 10" descr="Graphical user interface, text, application&#10;&#10;AI-generated content may be incorrect."/>
                          <pic:cNvPicPr/>
                        </pic:nvPicPr>
                        <pic:blipFill>
                          <a:blip r:embed="rId21"/>
                          <a:stretch>
                            <a:fillRect/>
                          </a:stretch>
                        </pic:blipFill>
                        <pic:spPr>
                          <a:xfrm>
                            <a:off x="0" y="0"/>
                            <a:ext cx="2541092" cy="1138502"/>
                          </a:xfrm>
                          <a:prstGeom prst="rect">
                            <a:avLst/>
                          </a:prstGeom>
                          <a:ln w="3175">
                            <a:solidFill>
                              <a:schemeClr val="tx1"/>
                            </a:solidFill>
                          </a:ln>
                          <a:effectLst>
                            <a:outerShdw blurRad="292100" dist="139700" dir="2700000" algn="tl" rotWithShape="0">
                              <a:srgbClr val="333333">
                                <a:alpha val="65000"/>
                              </a:srgbClr>
                            </a:outerShdw>
                          </a:effectLst>
                        </pic:spPr>
                      </pic:pic>
                    </a:graphicData>
                  </a:graphic>
                </wp:inline>
              </w:drawing>
            </w:r>
          </w:p>
        </w:tc>
      </w:tr>
      <w:tr w:rsidR="00C2259F" w:rsidRPr="00E00101" w14:paraId="42D5CD25" w14:textId="77777777" w:rsidTr="00C2259F">
        <w:trPr>
          <w:cantSplit/>
        </w:trPr>
        <w:tc>
          <w:tcPr>
            <w:tcW w:w="720" w:type="dxa"/>
          </w:tcPr>
          <w:p w14:paraId="1117C4E9" w14:textId="77777777" w:rsidR="00C2259F" w:rsidRPr="00590B1A" w:rsidRDefault="00C2259F" w:rsidP="00C2259F">
            <w:pPr>
              <w:pStyle w:val="ListParagraph"/>
              <w:keepNext/>
              <w:numPr>
                <w:ilvl w:val="0"/>
                <w:numId w:val="27"/>
              </w:numPr>
              <w:rPr>
                <w:rFonts w:ascii="Aptos" w:hAnsi="Aptos" w:cstheme="majorHAnsi"/>
              </w:rPr>
            </w:pPr>
          </w:p>
        </w:tc>
        <w:tc>
          <w:tcPr>
            <w:tcW w:w="10350" w:type="dxa"/>
          </w:tcPr>
          <w:p w14:paraId="57E9D69D" w14:textId="4DE409BB" w:rsidR="00C2259F" w:rsidRDefault="00C2259F" w:rsidP="00C2259F">
            <w:pPr>
              <w:keepNext/>
              <w:rPr>
                <w:rFonts w:ascii="Aptos" w:hAnsi="Aptos" w:cs="Calibri"/>
              </w:rPr>
            </w:pPr>
            <w:r w:rsidRPr="004A059E">
              <w:rPr>
                <w:rFonts w:ascii="Aptos" w:hAnsi="Aptos" w:cs="Calibri"/>
              </w:rPr>
              <w:t xml:space="preserve">If the </w:t>
            </w:r>
            <w:r>
              <w:rPr>
                <w:rFonts w:ascii="Aptos" w:hAnsi="Aptos" w:cs="Calibri"/>
              </w:rPr>
              <w:t>requisition</w:t>
            </w:r>
            <w:r w:rsidRPr="004A059E">
              <w:rPr>
                <w:rFonts w:ascii="Aptos" w:hAnsi="Aptos" w:cs="Calibri"/>
              </w:rPr>
              <w:t xml:space="preserve"> has multiple lines, be sure to select </w:t>
            </w:r>
            <w:r w:rsidRPr="004A059E">
              <w:rPr>
                <w:rFonts w:ascii="Aptos" w:hAnsi="Aptos" w:cs="Calibri"/>
                <w:b/>
                <w:bCs/>
              </w:rPr>
              <w:t>all</w:t>
            </w:r>
            <w:r w:rsidRPr="004A059E">
              <w:rPr>
                <w:rFonts w:ascii="Aptos" w:hAnsi="Aptos" w:cs="Calibri"/>
              </w:rPr>
              <w:t xml:space="preserve"> appropriate lines</w:t>
            </w:r>
            <w:r>
              <w:rPr>
                <w:rFonts w:ascii="Aptos" w:hAnsi="Aptos" w:cs="Calibri"/>
              </w:rPr>
              <w:t xml:space="preserve"> and click the </w:t>
            </w:r>
            <w:r w:rsidRPr="00DA4A6F">
              <w:rPr>
                <w:rFonts w:ascii="Aptos" w:hAnsi="Aptos" w:cs="Calibri"/>
                <w:b/>
                <w:bCs/>
              </w:rPr>
              <w:t>green checkmark</w:t>
            </w:r>
            <w:r w:rsidRPr="00010C9B">
              <w:rPr>
                <w:rFonts w:ascii="Aptos" w:hAnsi="Aptos" w:cs="Calibri"/>
              </w:rPr>
              <w:t>.</w:t>
            </w:r>
            <w:r w:rsidRPr="004A059E">
              <w:rPr>
                <w:rFonts w:ascii="Aptos" w:hAnsi="Aptos" w:cs="Calibri"/>
              </w:rPr>
              <w:t xml:space="preserve"> </w:t>
            </w:r>
          </w:p>
          <w:p w14:paraId="40DB392D" w14:textId="24468364" w:rsidR="00C2259F" w:rsidRDefault="00C2259F" w:rsidP="00C2259F">
            <w:pPr>
              <w:keepNext/>
              <w:rPr>
                <w:rFonts w:ascii="Aptos" w:hAnsi="Aptos" w:cs="Calibri"/>
              </w:rPr>
            </w:pPr>
          </w:p>
          <w:p w14:paraId="352D3BA8" w14:textId="0812B957" w:rsidR="00C2259F" w:rsidRPr="004A059E" w:rsidRDefault="00C2259F" w:rsidP="00C2259F">
            <w:pPr>
              <w:keepNext/>
              <w:rPr>
                <w:rFonts w:ascii="Aptos" w:hAnsi="Aptos" w:cs="Calibri"/>
                <w:b/>
                <w:bCs/>
              </w:rPr>
            </w:pPr>
            <w:r w:rsidRPr="002E35BD">
              <w:rPr>
                <w:rFonts w:eastAsia="MS Mincho" w:cs="Calibri"/>
                <w:noProof/>
              </w:rPr>
              <mc:AlternateContent>
                <mc:Choice Requires="wps">
                  <w:drawing>
                    <wp:anchor distT="45720" distB="45720" distL="114300" distR="114300" simplePos="0" relativeHeight="252191744" behindDoc="0" locked="0" layoutInCell="1" allowOverlap="1" wp14:anchorId="302604ED" wp14:editId="1B5A6284">
                      <wp:simplePos x="0" y="0"/>
                      <wp:positionH relativeFrom="column">
                        <wp:posOffset>4725670</wp:posOffset>
                      </wp:positionH>
                      <wp:positionV relativeFrom="paragraph">
                        <wp:posOffset>433070</wp:posOffset>
                      </wp:positionV>
                      <wp:extent cx="1264920" cy="248285"/>
                      <wp:effectExtent l="0" t="0" r="0" b="0"/>
                      <wp:wrapNone/>
                      <wp:docPr id="71410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8285"/>
                              </a:xfrm>
                              <a:prstGeom prst="rect">
                                <a:avLst/>
                              </a:prstGeom>
                              <a:noFill/>
                              <a:ln w="9525">
                                <a:noFill/>
                                <a:miter lim="800000"/>
                                <a:headEnd/>
                                <a:tailEnd/>
                              </a:ln>
                            </wps:spPr>
                            <wps:txbx>
                              <w:txbxContent>
                                <w:p w14:paraId="5F4341CF" w14:textId="77777777" w:rsidR="00C2259F" w:rsidRPr="004A059E" w:rsidRDefault="00C2259F" w:rsidP="00051862">
                                  <w:pPr>
                                    <w:rPr>
                                      <w:rFonts w:ascii="Aptos" w:hAnsi="Aptos"/>
                                      <w:b/>
                                      <w:bCs/>
                                    </w:rPr>
                                  </w:pPr>
                                  <w:r w:rsidRPr="004A059E">
                                    <w:rPr>
                                      <w:rFonts w:ascii="Aptos" w:hAnsi="Aptos"/>
                                      <w:b/>
                                      <w:bCs/>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604ED" id="_x0000_s1028" type="#_x0000_t202" style="position:absolute;margin-left:372.1pt;margin-top:34.1pt;width:99.6pt;height:19.55pt;z-index:25219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" filled="f" stroked="f">
                      <v:textbox>
                        <w:txbxContent>
                          <w:p w14:paraId="5F4341CF" w14:textId="77777777" w:rsidR="00C2259F" w:rsidRPr="004A059E" w:rsidRDefault="00C2259F" w:rsidP="00051862">
                            <w:pPr>
                              <w:rPr>
                                <w:rFonts w:ascii="Aptos" w:hAnsi="Aptos"/>
                                <w:b/>
                                <w:bCs/>
                              </w:rPr>
                            </w:pPr>
                            <w:r w:rsidRPr="004A059E">
                              <w:rPr>
                                <w:rFonts w:ascii="Aptos" w:hAnsi="Aptos"/>
                                <w:b/>
                                <w:bCs/>
                              </w:rPr>
                              <w:t>Expand all lines</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209152" behindDoc="0" locked="0" layoutInCell="1" allowOverlap="1" wp14:anchorId="239FEAF9" wp14:editId="1310A1DA">
                      <wp:simplePos x="0" y="0"/>
                      <wp:positionH relativeFrom="column">
                        <wp:posOffset>2923540</wp:posOffset>
                      </wp:positionH>
                      <wp:positionV relativeFrom="paragraph">
                        <wp:posOffset>460375</wp:posOffset>
                      </wp:positionV>
                      <wp:extent cx="602055" cy="398353"/>
                      <wp:effectExtent l="0" t="0" r="0" b="1905"/>
                      <wp:wrapNone/>
                      <wp:docPr id="1164623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55" cy="398353"/>
                              </a:xfrm>
                              <a:prstGeom prst="rect">
                                <a:avLst/>
                              </a:prstGeom>
                              <a:noFill/>
                              <a:ln w="9525">
                                <a:noFill/>
                                <a:miter lim="800000"/>
                                <a:headEnd/>
                                <a:tailEnd/>
                              </a:ln>
                            </wps:spPr>
                            <wps:txbx>
                              <w:txbxContent>
                                <w:p w14:paraId="7324CC4A" w14:textId="77777777" w:rsidR="00C2259F" w:rsidRPr="005A3C02" w:rsidRDefault="00C2259F" w:rsidP="005A3C02">
                                  <w:pPr>
                                    <w:jc w:val="center"/>
                                    <w:rPr>
                                      <w:rFonts w:ascii="Aptos" w:hAnsi="Aptos"/>
                                      <w:b/>
                                      <w:bCs/>
                                      <w:sz w:val="18"/>
                                      <w:szCs w:val="18"/>
                                    </w:rPr>
                                  </w:pPr>
                                  <w:r w:rsidRPr="005A3C02">
                                    <w:rPr>
                                      <w:rFonts w:ascii="Aptos" w:hAnsi="Aptos"/>
                                      <w:b/>
                                      <w:bCs/>
                                      <w:sz w:val="18"/>
                                      <w:szCs w:val="18"/>
                                    </w:rPr>
                                    <w:t>Select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FEAF9" id="_x0000_s1029" type="#_x0000_t202" style="position:absolute;margin-left:230.2pt;margin-top:36.25pt;width:47.4pt;height:31.35pt;z-index:25220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" filled="f" stroked="f">
                      <v:textbox>
                        <w:txbxContent>
                          <w:p w14:paraId="7324CC4A" w14:textId="77777777" w:rsidR="00C2259F" w:rsidRPr="005A3C02" w:rsidRDefault="00C2259F" w:rsidP="005A3C02">
                            <w:pPr>
                              <w:jc w:val="center"/>
                              <w:rPr>
                                <w:rFonts w:ascii="Aptos" w:hAnsi="Aptos"/>
                                <w:b/>
                                <w:bCs/>
                                <w:sz w:val="18"/>
                                <w:szCs w:val="18"/>
                              </w:rPr>
                            </w:pPr>
                            <w:r w:rsidRPr="005A3C02">
                              <w:rPr>
                                <w:rFonts w:ascii="Aptos" w:hAnsi="Aptos"/>
                                <w:b/>
                                <w:bCs/>
                                <w:sz w:val="18"/>
                                <w:szCs w:val="18"/>
                              </w:rPr>
                              <w:t>Select All</w:t>
                            </w:r>
                          </w:p>
                        </w:txbxContent>
                      </v:textbox>
                    </v:shape>
                  </w:pict>
                </mc:Fallback>
              </mc:AlternateContent>
            </w:r>
            <w:r w:rsidRPr="00590B1A">
              <w:rPr>
                <w:rFonts w:ascii="Aptos" w:hAnsi="Aptos" w:cs="Calibri"/>
                <w:b/>
                <w:bCs/>
              </w:rPr>
              <w:t>N</w:t>
            </w:r>
            <w:r>
              <w:rPr>
                <w:rFonts w:ascii="Aptos" w:hAnsi="Aptos" w:cs="Calibri"/>
                <w:b/>
                <w:bCs/>
              </w:rPr>
              <w:t>OTE</w:t>
            </w:r>
            <w:r w:rsidRPr="00590B1A">
              <w:rPr>
                <w:rFonts w:ascii="Aptos" w:hAnsi="Aptos" w:cs="Calibri"/>
                <w:b/>
                <w:bCs/>
              </w:rPr>
              <w:t>:</w:t>
            </w:r>
            <w:r w:rsidRPr="004A059E">
              <w:rPr>
                <w:rFonts w:ascii="Aptos" w:hAnsi="Aptos" w:cs="Calibri"/>
              </w:rPr>
              <w:t xml:space="preserve"> If there are </w:t>
            </w:r>
            <w:r w:rsidRPr="004A059E">
              <w:rPr>
                <w:rFonts w:ascii="Aptos" w:hAnsi="Aptos" w:cs="Calibri"/>
                <w:b/>
                <w:bCs/>
              </w:rPr>
              <w:t>more than 10 lines</w:t>
            </w:r>
            <w:r w:rsidRPr="004A059E">
              <w:rPr>
                <w:rFonts w:ascii="Aptos" w:hAnsi="Aptos" w:cs="Calibri"/>
              </w:rPr>
              <w:t xml:space="preserve">, </w:t>
            </w:r>
            <w:r>
              <w:rPr>
                <w:rFonts w:ascii="Aptos" w:hAnsi="Aptos" w:cs="Calibri"/>
                <w:b/>
                <w:bCs/>
              </w:rPr>
              <w:t xml:space="preserve">all lines </w:t>
            </w:r>
            <w:r w:rsidRPr="004A059E">
              <w:rPr>
                <w:rFonts w:ascii="Aptos" w:hAnsi="Aptos" w:cs="Calibri"/>
                <w:b/>
                <w:bCs/>
              </w:rPr>
              <w:t xml:space="preserve">must </w:t>
            </w:r>
            <w:r>
              <w:rPr>
                <w:rFonts w:ascii="Aptos" w:hAnsi="Aptos" w:cs="Calibri"/>
                <w:b/>
                <w:bCs/>
              </w:rPr>
              <w:t xml:space="preserve">be </w:t>
            </w:r>
            <w:r w:rsidRPr="004A059E">
              <w:rPr>
                <w:rFonts w:ascii="Aptos" w:hAnsi="Aptos" w:cs="Calibri"/>
                <w:b/>
                <w:bCs/>
              </w:rPr>
              <w:t>expand</w:t>
            </w:r>
            <w:r>
              <w:rPr>
                <w:rFonts w:ascii="Aptos" w:hAnsi="Aptos" w:cs="Calibri"/>
                <w:b/>
                <w:bCs/>
              </w:rPr>
              <w:t>ed</w:t>
            </w:r>
            <w:r w:rsidRPr="004A059E">
              <w:rPr>
                <w:rFonts w:ascii="Aptos" w:hAnsi="Aptos" w:cs="Calibri"/>
              </w:rPr>
              <w:t xml:space="preserve">. If </w:t>
            </w:r>
            <w:r>
              <w:rPr>
                <w:rFonts w:ascii="Aptos" w:hAnsi="Aptos" w:cs="Calibri"/>
              </w:rPr>
              <w:t xml:space="preserve">all lines are not </w:t>
            </w:r>
            <w:r w:rsidRPr="004A059E">
              <w:rPr>
                <w:rFonts w:ascii="Aptos" w:hAnsi="Aptos" w:cs="Calibri"/>
              </w:rPr>
              <w:t>expand</w:t>
            </w:r>
            <w:r>
              <w:rPr>
                <w:rFonts w:ascii="Aptos" w:hAnsi="Aptos" w:cs="Calibri"/>
              </w:rPr>
              <w:t>ed</w:t>
            </w:r>
            <w:r w:rsidRPr="004A059E">
              <w:rPr>
                <w:rFonts w:ascii="Aptos" w:hAnsi="Aptos" w:cs="Calibri"/>
              </w:rPr>
              <w:t xml:space="preserve">, clicking the “select all” option will only select the lines </w:t>
            </w:r>
            <w:r w:rsidRPr="004A059E">
              <w:rPr>
                <w:rFonts w:ascii="Aptos" w:hAnsi="Aptos" w:cs="Calibri"/>
                <w:b/>
                <w:bCs/>
              </w:rPr>
              <w:t>visible</w:t>
            </w:r>
            <w:r w:rsidRPr="004A059E">
              <w:rPr>
                <w:rFonts w:ascii="Aptos" w:hAnsi="Aptos" w:cs="Calibri"/>
              </w:rPr>
              <w:t xml:space="preserve"> on screen and </w:t>
            </w:r>
            <w:r w:rsidRPr="004A059E">
              <w:rPr>
                <w:rFonts w:ascii="Aptos" w:hAnsi="Aptos" w:cs="Calibri"/>
                <w:b/>
                <w:bCs/>
              </w:rPr>
              <w:t>will not pull from the unexpanded lines.</w:t>
            </w:r>
          </w:p>
          <w:p w14:paraId="23565A60" w14:textId="79B882BF" w:rsidR="00C2259F" w:rsidRPr="00E00101" w:rsidRDefault="00C2259F" w:rsidP="00C2259F">
            <w:pPr>
              <w:pStyle w:val="steptext"/>
              <w:keepNext/>
              <w:jc w:val="center"/>
              <w:rPr>
                <w:rFonts w:ascii="Aptos" w:hAnsi="Aptos" w:cstheme="majorHAnsi"/>
              </w:rPr>
            </w:pPr>
            <w:r w:rsidRPr="00E00101">
              <w:rPr>
                <w:rFonts w:ascii="Aptos" w:hAnsi="Aptos" w:cstheme="majorHAnsi"/>
                <w:noProof/>
              </w:rPr>
              <mc:AlternateContent>
                <mc:Choice Requires="wps">
                  <w:drawing>
                    <wp:anchor distT="45720" distB="45720" distL="114300" distR="114300" simplePos="0" relativeHeight="252188672" behindDoc="0" locked="0" layoutInCell="1" allowOverlap="1" wp14:anchorId="63C4B61B" wp14:editId="21CFCCD4">
                      <wp:simplePos x="0" y="0"/>
                      <wp:positionH relativeFrom="column">
                        <wp:posOffset>3727450</wp:posOffset>
                      </wp:positionH>
                      <wp:positionV relativeFrom="paragraph">
                        <wp:posOffset>1957705</wp:posOffset>
                      </wp:positionV>
                      <wp:extent cx="1221638" cy="285293"/>
                      <wp:effectExtent l="0" t="0" r="0" b="635"/>
                      <wp:wrapNone/>
                      <wp:docPr id="1066653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8" cy="285293"/>
                              </a:xfrm>
                              <a:prstGeom prst="rect">
                                <a:avLst/>
                              </a:prstGeom>
                              <a:noFill/>
                              <a:ln w="9525">
                                <a:noFill/>
                                <a:miter lim="800000"/>
                                <a:headEnd/>
                                <a:tailEnd/>
                              </a:ln>
                            </wps:spPr>
                            <wps:txbx>
                              <w:txbxContent>
                                <w:p w14:paraId="46572FCE" w14:textId="77777777" w:rsidR="00C2259F" w:rsidRPr="005D2324" w:rsidRDefault="00C2259F" w:rsidP="00051862">
                                  <w:pPr>
                                    <w:rPr>
                                      <w:rFonts w:ascii="Aptos" w:hAnsi="Aptos"/>
                                      <w:b/>
                                      <w:bCs/>
                                    </w:rPr>
                                  </w:pPr>
                                  <w:r>
                                    <w:rPr>
                                      <w:rFonts w:ascii="Aptos" w:hAnsi="Aptos"/>
                                      <w:b/>
                                      <w:bCs/>
                                    </w:rPr>
                                    <w:t>Multiple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B61B" id="_x0000_s1030" type="#_x0000_t202" style="position:absolute;left:0;text-align:left;margin-left:293.5pt;margin-top:154.15pt;width:96.2pt;height:22.45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" filled="f" stroked="f">
                      <v:textbox>
                        <w:txbxContent>
                          <w:p w14:paraId="46572FCE" w14:textId="77777777" w:rsidR="00C2259F" w:rsidRPr="005D2324" w:rsidRDefault="00C2259F" w:rsidP="00051862">
                            <w:pPr>
                              <w:rPr>
                                <w:rFonts w:ascii="Aptos" w:hAnsi="Aptos"/>
                                <w:b/>
                                <w:bCs/>
                              </w:rPr>
                            </w:pPr>
                            <w:r>
                              <w:rPr>
                                <w:rFonts w:ascii="Aptos" w:hAnsi="Aptos"/>
                                <w:b/>
                                <w:bCs/>
                              </w:rPr>
                              <w:t>Multiple Lines</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187648" behindDoc="0" locked="0" layoutInCell="1" allowOverlap="1" wp14:anchorId="51648BEF" wp14:editId="1F8C2917">
                      <wp:simplePos x="0" y="0"/>
                      <wp:positionH relativeFrom="column">
                        <wp:posOffset>1415415</wp:posOffset>
                      </wp:positionH>
                      <wp:positionV relativeFrom="paragraph">
                        <wp:posOffset>1982470</wp:posOffset>
                      </wp:positionV>
                      <wp:extent cx="1060450" cy="285293"/>
                      <wp:effectExtent l="0" t="0" r="0" b="635"/>
                      <wp:wrapNone/>
                      <wp:docPr id="78860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293"/>
                              </a:xfrm>
                              <a:prstGeom prst="rect">
                                <a:avLst/>
                              </a:prstGeom>
                              <a:noFill/>
                              <a:ln w="9525">
                                <a:noFill/>
                                <a:miter lim="800000"/>
                                <a:headEnd/>
                                <a:tailEnd/>
                              </a:ln>
                            </wps:spPr>
                            <wps:txbx>
                              <w:txbxContent>
                                <w:p w14:paraId="1EB67216" w14:textId="77777777" w:rsidR="00C2259F" w:rsidRPr="005D2324" w:rsidRDefault="00C2259F" w:rsidP="00051862">
                                  <w:pPr>
                                    <w:rPr>
                                      <w:rFonts w:ascii="Aptos" w:hAnsi="Aptos"/>
                                      <w:b/>
                                      <w:bCs/>
                                    </w:rPr>
                                  </w:pPr>
                                  <w:r>
                                    <w:rPr>
                                      <w:rFonts w:ascii="Aptos" w:hAnsi="Aptos"/>
                                      <w:b/>
                                      <w:bCs/>
                                    </w:rPr>
                                    <w:t>Single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48BEF" id="_x0000_s1031" type="#_x0000_t202" style="position:absolute;left:0;text-align:left;margin-left:111.45pt;margin-top:156.1pt;width:83.5pt;height:22.45pt;z-index:25218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" filled="f" stroked="f">
                      <v:textbox>
                        <w:txbxContent>
                          <w:p w14:paraId="1EB67216" w14:textId="77777777" w:rsidR="00C2259F" w:rsidRPr="005D2324" w:rsidRDefault="00C2259F" w:rsidP="00051862">
                            <w:pPr>
                              <w:rPr>
                                <w:rFonts w:ascii="Aptos" w:hAnsi="Aptos"/>
                                <w:b/>
                                <w:bCs/>
                              </w:rPr>
                            </w:pPr>
                            <w:r>
                              <w:rPr>
                                <w:rFonts w:ascii="Aptos" w:hAnsi="Aptos"/>
                                <w:b/>
                                <w:bCs/>
                              </w:rPr>
                              <w:t>Single Line</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207104" behindDoc="0" locked="0" layoutInCell="1" allowOverlap="1" wp14:anchorId="6A50CA92" wp14:editId="55600FF2">
                      <wp:simplePos x="0" y="0"/>
                      <wp:positionH relativeFrom="column">
                        <wp:posOffset>1785620</wp:posOffset>
                      </wp:positionH>
                      <wp:positionV relativeFrom="paragraph">
                        <wp:posOffset>996950</wp:posOffset>
                      </wp:positionV>
                      <wp:extent cx="1060450" cy="285293"/>
                      <wp:effectExtent l="0" t="0" r="0" b="635"/>
                      <wp:wrapNone/>
                      <wp:docPr id="1800594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293"/>
                              </a:xfrm>
                              <a:prstGeom prst="rect">
                                <a:avLst/>
                              </a:prstGeom>
                              <a:noFill/>
                              <a:ln w="9525">
                                <a:noFill/>
                                <a:miter lim="800000"/>
                                <a:headEnd/>
                                <a:tailEnd/>
                              </a:ln>
                            </wps:spPr>
                            <wps:txbx>
                              <w:txbxContent>
                                <w:p w14:paraId="489034A5" w14:textId="77777777" w:rsidR="00C2259F" w:rsidRPr="005D2324" w:rsidRDefault="00C2259F" w:rsidP="00C918BB">
                                  <w:pPr>
                                    <w:rPr>
                                      <w:rFonts w:ascii="Aptos" w:hAnsi="Aptos"/>
                                      <w:b/>
                                      <w:bCs/>
                                    </w:rPr>
                                  </w:pPr>
                                  <w:r>
                                    <w:rPr>
                                      <w:rFonts w:ascii="Aptos" w:hAnsi="Aptos"/>
                                      <w:b/>
                                      <w:bCs/>
                                    </w:rPr>
                                    <w:t>Select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0CA92" id="_x0000_s1032" type="#_x0000_t202" style="position:absolute;left:0;text-align:left;margin-left:140.6pt;margin-top:78.5pt;width:83.5pt;height:22.45pt;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" filled="f" stroked="f">
                      <v:textbox>
                        <w:txbxContent>
                          <w:p w14:paraId="489034A5" w14:textId="77777777" w:rsidR="00C2259F" w:rsidRPr="005D2324" w:rsidRDefault="00C2259F" w:rsidP="00C918BB">
                            <w:pPr>
                              <w:rPr>
                                <w:rFonts w:ascii="Aptos" w:hAnsi="Aptos"/>
                                <w:b/>
                                <w:bCs/>
                              </w:rPr>
                            </w:pPr>
                            <w:r>
                              <w:rPr>
                                <w:rFonts w:ascii="Aptos" w:hAnsi="Aptos"/>
                                <w:b/>
                                <w:bCs/>
                              </w:rPr>
                              <w:t>Select All</w:t>
                            </w:r>
                          </w:p>
                        </w:txbxContent>
                      </v:textbox>
                    </v:shape>
                  </w:pict>
                </mc:Fallback>
              </mc:AlternateContent>
            </w:r>
            <w:r w:rsidRPr="002210D0">
              <w:rPr>
                <w:rFonts w:cs="Calibri"/>
                <w:noProof/>
              </w:rPr>
              <mc:AlternateContent>
                <mc:Choice Requires="wps">
                  <w:drawing>
                    <wp:anchor distT="0" distB="0" distL="114300" distR="114300" simplePos="0" relativeHeight="252208128" behindDoc="0" locked="0" layoutInCell="1" allowOverlap="1" wp14:anchorId="14EC935F" wp14:editId="151F13A6">
                      <wp:simplePos x="0" y="0"/>
                      <wp:positionH relativeFrom="column">
                        <wp:posOffset>1000125</wp:posOffset>
                      </wp:positionH>
                      <wp:positionV relativeFrom="paragraph">
                        <wp:posOffset>1310005</wp:posOffset>
                      </wp:positionV>
                      <wp:extent cx="932047" cy="85971"/>
                      <wp:effectExtent l="0" t="209550" r="0" b="219075"/>
                      <wp:wrapNone/>
                      <wp:docPr id="740149361" name="Arrow: Right 3"/>
                      <wp:cNvGraphicFramePr/>
                      <a:graphic xmlns:a="http://schemas.openxmlformats.org/drawingml/2006/main">
                        <a:graphicData uri="http://schemas.microsoft.com/office/word/2010/wordprocessingShape">
                          <wps:wsp>
                            <wps:cNvSpPr/>
                            <wps:spPr>
                              <a:xfrm rot="9171465">
                                <a:off x="0" y="0"/>
                                <a:ext cx="932047" cy="85971"/>
                              </a:xfrm>
                              <a:prstGeom prst="rightArrow">
                                <a:avLst/>
                              </a:prstGeom>
                              <a:solidFill>
                                <a:srgbClr val="FF0000"/>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80A0" id="Arrow: Right 3" o:spid="_x0000_s1026" type="#_x0000_t13" style="position:absolute;margin-left:78.75pt;margin-top:103.15pt;width:73.4pt;height:6.75pt;rotation:10017686fd;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" adj="20604" fillcolor="red" strokecolor="#030e13 [484]"/>
                  </w:pict>
                </mc:Fallback>
              </mc:AlternateContent>
            </w:r>
            <w:r w:rsidRPr="00E00101">
              <w:rPr>
                <w:rFonts w:ascii="Aptos" w:hAnsi="Aptos" w:cstheme="minorHAnsi"/>
                <w:bCs/>
                <w:noProof/>
              </w:rPr>
              <mc:AlternateContent>
                <mc:Choice Requires="wps">
                  <w:drawing>
                    <wp:anchor distT="0" distB="0" distL="114300" distR="114300" simplePos="0" relativeHeight="252185600" behindDoc="0" locked="0" layoutInCell="1" allowOverlap="1" wp14:anchorId="0BC30652" wp14:editId="3F54CE20">
                      <wp:simplePos x="0" y="0"/>
                      <wp:positionH relativeFrom="column">
                        <wp:posOffset>902970</wp:posOffset>
                      </wp:positionH>
                      <wp:positionV relativeFrom="paragraph">
                        <wp:posOffset>1637151</wp:posOffset>
                      </wp:positionV>
                      <wp:extent cx="1187355" cy="252483"/>
                      <wp:effectExtent l="0" t="0" r="13335" b="14605"/>
                      <wp:wrapNone/>
                      <wp:docPr id="1065702507" name="Rectangle: Rounded Corners 5"/>
                      <wp:cNvGraphicFramePr/>
                      <a:graphic xmlns:a="http://schemas.openxmlformats.org/drawingml/2006/main">
                        <a:graphicData uri="http://schemas.microsoft.com/office/word/2010/wordprocessingShape">
                          <wps:wsp>
                            <wps:cNvSpPr/>
                            <wps:spPr>
                              <a:xfrm>
                                <a:off x="0" y="0"/>
                                <a:ext cx="1187355" cy="2524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62F22" id="Rectangle: Rounded Corners 5" o:spid="_x0000_s1026" style="position:absolute;margin-left:71.1pt;margin-top:128.9pt;width:93.5pt;height:19.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" filled="f" strokecolor="red" strokeweight="1pt">
                      <v:stroke joinstyle="miter"/>
                    </v:roundrect>
                  </w:pict>
                </mc:Fallback>
              </mc:AlternateContent>
            </w:r>
            <w:r w:rsidRPr="002210D0">
              <w:rPr>
                <w:rFonts w:cstheme="minorHAnsi"/>
                <w:bCs/>
                <w:noProof/>
              </w:rPr>
              <mc:AlternateContent>
                <mc:Choice Requires="wps">
                  <w:drawing>
                    <wp:anchor distT="0" distB="0" distL="114300" distR="114300" simplePos="0" relativeHeight="252189696" behindDoc="0" locked="0" layoutInCell="1" allowOverlap="1" wp14:anchorId="7C5BD9AE" wp14:editId="42469D59">
                      <wp:simplePos x="0" y="0"/>
                      <wp:positionH relativeFrom="column">
                        <wp:posOffset>4002405</wp:posOffset>
                      </wp:positionH>
                      <wp:positionV relativeFrom="paragraph">
                        <wp:posOffset>216535</wp:posOffset>
                      </wp:positionV>
                      <wp:extent cx="165100" cy="133350"/>
                      <wp:effectExtent l="0" t="0" r="25400" b="19050"/>
                      <wp:wrapNone/>
                      <wp:docPr id="1359953829" name="Rectangle: Rounded Corners 5"/>
                      <wp:cNvGraphicFramePr/>
                      <a:graphic xmlns:a="http://schemas.openxmlformats.org/drawingml/2006/main">
                        <a:graphicData uri="http://schemas.microsoft.com/office/word/2010/wordprocessingShape">
                          <wps:wsp>
                            <wps:cNvSpPr/>
                            <wps:spPr>
                              <a:xfrm>
                                <a:off x="0" y="0"/>
                                <a:ext cx="165100" cy="1333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857C2" id="Rectangle: Rounded Corners 5" o:spid="_x0000_s1026" style="position:absolute;margin-left:315.15pt;margin-top:17.05pt;width:13pt;height:10.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" filled="f" strokecolor="red" strokeweight="2pt"/>
                  </w:pict>
                </mc:Fallback>
              </mc:AlternateContent>
            </w:r>
            <w:r w:rsidRPr="00E00101">
              <w:rPr>
                <w:rFonts w:ascii="Aptos" w:hAnsi="Aptos" w:cs="Calibri"/>
                <w:noProof/>
              </w:rPr>
              <mc:AlternateContent>
                <mc:Choice Requires="wps">
                  <w:drawing>
                    <wp:anchor distT="0" distB="0" distL="114300" distR="114300" simplePos="0" relativeHeight="252210176" behindDoc="0" locked="0" layoutInCell="1" allowOverlap="1" wp14:anchorId="22E597D8" wp14:editId="3094CE91">
                      <wp:simplePos x="0" y="0"/>
                      <wp:positionH relativeFrom="column">
                        <wp:posOffset>3253814</wp:posOffset>
                      </wp:positionH>
                      <wp:positionV relativeFrom="paragraph">
                        <wp:posOffset>351472</wp:posOffset>
                      </wp:positionV>
                      <wp:extent cx="234035" cy="111286"/>
                      <wp:effectExtent l="61277" t="14923" r="56198" b="0"/>
                      <wp:wrapNone/>
                      <wp:docPr id="1905500806" name="Arrow: Right 3"/>
                      <wp:cNvGraphicFramePr/>
                      <a:graphic xmlns:a="http://schemas.openxmlformats.org/drawingml/2006/main">
                        <a:graphicData uri="http://schemas.microsoft.com/office/word/2010/wordprocessingShape">
                          <wps:wsp>
                            <wps:cNvSpPr/>
                            <wps:spPr>
                              <a:xfrm rot="3161647">
                                <a:off x="0" y="0"/>
                                <a:ext cx="234035" cy="11128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D60D" id="Arrow: Right 3" o:spid="_x0000_s1026" type="#_x0000_t13" style="position:absolute;margin-left:256.2pt;margin-top:27.65pt;width:18.45pt;height:8.75pt;rotation:3453362fd;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" adj="16464"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2190720" behindDoc="0" locked="0" layoutInCell="1" allowOverlap="1" wp14:anchorId="0110B2E3" wp14:editId="0B4FB1AF">
                      <wp:simplePos x="0" y="0"/>
                      <wp:positionH relativeFrom="column">
                        <wp:posOffset>3372485</wp:posOffset>
                      </wp:positionH>
                      <wp:positionV relativeFrom="paragraph">
                        <wp:posOffset>452120</wp:posOffset>
                      </wp:positionV>
                      <wp:extent cx="1267283" cy="1368756"/>
                      <wp:effectExtent l="0" t="0" r="28575" b="22225"/>
                      <wp:wrapNone/>
                      <wp:docPr id="676646792" name="Rectangle: Rounded Corners 5"/>
                      <wp:cNvGraphicFramePr/>
                      <a:graphic xmlns:a="http://schemas.openxmlformats.org/drawingml/2006/main">
                        <a:graphicData uri="http://schemas.microsoft.com/office/word/2010/wordprocessingShape">
                          <wps:wsp>
                            <wps:cNvSpPr/>
                            <wps:spPr>
                              <a:xfrm>
                                <a:off x="0" y="0"/>
                                <a:ext cx="1267283" cy="1368756"/>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990D9" id="Rectangle: Rounded Corners 5" o:spid="_x0000_s1026" style="position:absolute;margin-left:265.55pt;margin-top:35.6pt;width:99.8pt;height:107.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" filled="f" strokecolor="red" strokeweight="1pt">
                      <v:stroke joinstyle="miter"/>
                    </v:roundrect>
                  </w:pict>
                </mc:Fallback>
              </mc:AlternateContent>
            </w:r>
            <w:r w:rsidRPr="00E00101">
              <w:rPr>
                <w:rFonts w:ascii="Aptos" w:hAnsi="Aptos" w:cs="Calibri"/>
                <w:noProof/>
              </w:rPr>
              <mc:AlternateContent>
                <mc:Choice Requires="wps">
                  <w:drawing>
                    <wp:anchor distT="0" distB="0" distL="114300" distR="114300" simplePos="0" relativeHeight="252184576" behindDoc="0" locked="0" layoutInCell="1" allowOverlap="1" wp14:anchorId="2141C75C" wp14:editId="606433DF">
                      <wp:simplePos x="0" y="0"/>
                      <wp:positionH relativeFrom="column">
                        <wp:posOffset>740094</wp:posOffset>
                      </wp:positionH>
                      <wp:positionV relativeFrom="paragraph">
                        <wp:posOffset>457516</wp:posOffset>
                      </wp:positionV>
                      <wp:extent cx="265800" cy="153085"/>
                      <wp:effectExtent l="56197" t="0" r="38418" b="19367"/>
                      <wp:wrapNone/>
                      <wp:docPr id="1657537313" name="Arrow: Right 3"/>
                      <wp:cNvGraphicFramePr/>
                      <a:graphic xmlns:a="http://schemas.openxmlformats.org/drawingml/2006/main">
                        <a:graphicData uri="http://schemas.microsoft.com/office/word/2010/wordprocessingShape">
                          <wps:wsp>
                            <wps:cNvSpPr/>
                            <wps:spPr>
                              <a:xfrm rot="18608894">
                                <a:off x="0" y="0"/>
                                <a:ext cx="265800" cy="15308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477D4" id="Arrow: Right 3" o:spid="_x0000_s1026" type="#_x0000_t13" style="position:absolute;margin-left:58.3pt;margin-top:36pt;width:20.95pt;height:12.05pt;rotation:-3267085fd;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" adj="15380" fillcolor="red" strokecolor="#042433" strokeweight="1pt"/>
                  </w:pict>
                </mc:Fallback>
              </mc:AlternateContent>
            </w:r>
            <w:r w:rsidRPr="002210D0">
              <w:rPr>
                <w:rFonts w:cs="Calibri"/>
                <w:noProof/>
              </w:rPr>
              <mc:AlternateContent>
                <mc:Choice Requires="wps">
                  <w:drawing>
                    <wp:anchor distT="0" distB="0" distL="114300" distR="114300" simplePos="0" relativeHeight="252186624" behindDoc="0" locked="0" layoutInCell="1" allowOverlap="1" wp14:anchorId="5971EAF2" wp14:editId="3108D498">
                      <wp:simplePos x="0" y="0"/>
                      <wp:positionH relativeFrom="column">
                        <wp:posOffset>4144645</wp:posOffset>
                      </wp:positionH>
                      <wp:positionV relativeFrom="paragraph">
                        <wp:posOffset>75565</wp:posOffset>
                      </wp:positionV>
                      <wp:extent cx="473496" cy="157291"/>
                      <wp:effectExtent l="0" t="95250" r="22225" b="90805"/>
                      <wp:wrapNone/>
                      <wp:docPr id="28398939" name="Arrow: Right 3"/>
                      <wp:cNvGraphicFramePr/>
                      <a:graphic xmlns:a="http://schemas.openxmlformats.org/drawingml/2006/main">
                        <a:graphicData uri="http://schemas.microsoft.com/office/word/2010/wordprocessingShape">
                          <wps:wsp>
                            <wps:cNvSpPr/>
                            <wps:spPr>
                              <a:xfrm rot="9171465">
                                <a:off x="0" y="0"/>
                                <a:ext cx="473496" cy="157291"/>
                              </a:xfrm>
                              <a:prstGeom prst="rightArrow">
                                <a:avLst/>
                              </a:prstGeom>
                              <a:solidFill>
                                <a:srgbClr val="FF0000"/>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D684" id="Arrow: Right 3" o:spid="_x0000_s1026" type="#_x0000_t13" style="position:absolute;margin-left:326.35pt;margin-top:5.95pt;width:37.3pt;height:12.4pt;rotation:10017686fd;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" adj="18012" fillcolor="red" strokecolor="#030e13 [484]"/>
                  </w:pict>
                </mc:Fallback>
              </mc:AlternateContent>
            </w:r>
            <w:r>
              <w:rPr>
                <w:rFonts w:cstheme="minorHAnsi"/>
                <w:noProof/>
              </w:rPr>
              <w:drawing>
                <wp:inline distT="0" distB="0" distL="0" distR="0" wp14:anchorId="3FD4F987" wp14:editId="7BEBC3F6">
                  <wp:extent cx="1967819" cy="1679575"/>
                  <wp:effectExtent l="171450" t="171450" r="356870" b="377825"/>
                  <wp:docPr id="1260003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03047" name="Picture 1260003047"/>
                          <pic:cNvPicPr/>
                        </pic:nvPicPr>
                        <pic:blipFill>
                          <a:blip r:embed="rId22"/>
                          <a:stretch>
                            <a:fillRect/>
                          </a:stretch>
                        </pic:blipFill>
                        <pic:spPr>
                          <a:xfrm>
                            <a:off x="0" y="0"/>
                            <a:ext cx="1972925" cy="1683933"/>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cstheme="minorHAnsi"/>
                <w:noProof/>
              </w:rPr>
              <w:drawing>
                <wp:inline distT="0" distB="0" distL="0" distR="0" wp14:anchorId="7B18255C" wp14:editId="3AAC37F7">
                  <wp:extent cx="1936749" cy="1637937"/>
                  <wp:effectExtent l="171450" t="171450" r="368935" b="381635"/>
                  <wp:docPr id="1638047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47897" name="Picture 1638047897"/>
                          <pic:cNvPicPr/>
                        </pic:nvPicPr>
                        <pic:blipFill>
                          <a:blip r:embed="rId23"/>
                          <a:stretch>
                            <a:fillRect/>
                          </a:stretch>
                        </pic:blipFill>
                        <pic:spPr>
                          <a:xfrm>
                            <a:off x="0" y="0"/>
                            <a:ext cx="1947313" cy="164687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C2259F" w:rsidRPr="00E00101" w14:paraId="1FC7B70D" w14:textId="77777777" w:rsidTr="00C2259F">
        <w:trPr>
          <w:cantSplit/>
        </w:trPr>
        <w:tc>
          <w:tcPr>
            <w:tcW w:w="720" w:type="dxa"/>
          </w:tcPr>
          <w:p w14:paraId="1F2BEE18" w14:textId="77777777" w:rsidR="00C2259F" w:rsidRPr="00590B1A" w:rsidRDefault="00C2259F" w:rsidP="00C2259F">
            <w:pPr>
              <w:pStyle w:val="ListParagraph"/>
              <w:numPr>
                <w:ilvl w:val="0"/>
                <w:numId w:val="27"/>
              </w:numPr>
              <w:rPr>
                <w:rFonts w:ascii="Aptos" w:hAnsi="Aptos" w:cstheme="majorHAnsi"/>
              </w:rPr>
            </w:pPr>
          </w:p>
        </w:tc>
        <w:tc>
          <w:tcPr>
            <w:tcW w:w="10350" w:type="dxa"/>
          </w:tcPr>
          <w:p w14:paraId="7359C68A" w14:textId="05F2C87E" w:rsidR="00C2259F" w:rsidRDefault="00C2259F" w:rsidP="00C2259F">
            <w:pPr>
              <w:rPr>
                <w:rFonts w:ascii="Aptos" w:hAnsi="Aptos" w:cstheme="majorHAnsi"/>
              </w:rPr>
            </w:pPr>
            <w:r w:rsidRPr="00E00101">
              <w:rPr>
                <w:rFonts w:ascii="Aptos" w:hAnsi="Aptos" w:cstheme="majorHAnsi"/>
              </w:rPr>
              <w:t xml:space="preserve">Check </w:t>
            </w:r>
            <w:r>
              <w:rPr>
                <w:rFonts w:ascii="Aptos" w:hAnsi="Aptos" w:cstheme="majorHAnsi"/>
              </w:rPr>
              <w:t>the release quantity to ensure it lists the correct amount to be released from the requisition</w:t>
            </w:r>
            <w:r w:rsidRPr="00E00101">
              <w:rPr>
                <w:rFonts w:ascii="Aptos" w:hAnsi="Aptos" w:cstheme="majorHAnsi"/>
              </w:rPr>
              <w:t xml:space="preserve">. </w:t>
            </w:r>
            <w:r w:rsidRPr="00E00101">
              <w:rPr>
                <w:rFonts w:ascii="Aptos" w:hAnsi="Aptos" w:cstheme="majorHAnsi"/>
                <w:b/>
                <w:bCs/>
              </w:rPr>
              <w:t xml:space="preserve">By default, the entire amount on the line will be released unless adjusted. </w:t>
            </w:r>
          </w:p>
          <w:p w14:paraId="04EEEDCB" w14:textId="34C5C23E" w:rsidR="00C2259F" w:rsidRDefault="00C2259F" w:rsidP="00C2259F">
            <w:pPr>
              <w:rPr>
                <w:rFonts w:ascii="Aptos" w:hAnsi="Aptos" w:cstheme="majorHAnsi"/>
              </w:rPr>
            </w:pPr>
            <w:r w:rsidRPr="00E00101">
              <w:rPr>
                <w:rFonts w:ascii="Aptos" w:hAnsi="Aptos" w:cstheme="majorHAnsi"/>
                <w:noProof/>
              </w:rPr>
              <mc:AlternateContent>
                <mc:Choice Requires="wps">
                  <w:drawing>
                    <wp:anchor distT="45720" distB="45720" distL="114300" distR="114300" simplePos="0" relativeHeight="252206080" behindDoc="0" locked="0" layoutInCell="1" allowOverlap="1" wp14:anchorId="39CD79C4" wp14:editId="09B366BB">
                      <wp:simplePos x="0" y="0"/>
                      <wp:positionH relativeFrom="column">
                        <wp:posOffset>2829560</wp:posOffset>
                      </wp:positionH>
                      <wp:positionV relativeFrom="paragraph">
                        <wp:posOffset>1212850</wp:posOffset>
                      </wp:positionV>
                      <wp:extent cx="1365250" cy="330200"/>
                      <wp:effectExtent l="0" t="0" r="0" b="0"/>
                      <wp:wrapNone/>
                      <wp:docPr id="1136231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30200"/>
                              </a:xfrm>
                              <a:prstGeom prst="rect">
                                <a:avLst/>
                              </a:prstGeom>
                              <a:noFill/>
                              <a:ln w="9525">
                                <a:noFill/>
                                <a:miter lim="800000"/>
                                <a:headEnd/>
                                <a:tailEnd/>
                              </a:ln>
                            </wps:spPr>
                            <wps:txbx>
                              <w:txbxContent>
                                <w:p w14:paraId="3B3B020B" w14:textId="77777777" w:rsidR="00C2259F" w:rsidRPr="005D2324" w:rsidRDefault="00C2259F" w:rsidP="006C0745">
                                  <w:pPr>
                                    <w:jc w:val="center"/>
                                    <w:rPr>
                                      <w:rFonts w:ascii="Aptos" w:hAnsi="Aptos"/>
                                      <w:b/>
                                      <w:bCs/>
                                    </w:rPr>
                                  </w:pPr>
                                  <w:r w:rsidRPr="005D2324">
                                    <w:rPr>
                                      <w:rFonts w:ascii="Aptos" w:hAnsi="Aptos"/>
                                      <w:b/>
                                      <w:bCs/>
                                    </w:rPr>
                                    <w:t>Adjusted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D79C4" id="_x0000_s1033" type="#_x0000_t202" style="position:absolute;margin-left:222.8pt;margin-top:95.5pt;width:107.5pt;height:26pt;z-index:25220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" filled="f" stroked="f">
                      <v:textbox>
                        <w:txbxContent>
                          <w:p w14:paraId="3B3B020B" w14:textId="77777777" w:rsidR="00C2259F" w:rsidRPr="005D2324" w:rsidRDefault="00C2259F" w:rsidP="006C0745">
                            <w:pPr>
                              <w:jc w:val="center"/>
                              <w:rPr>
                                <w:rFonts w:ascii="Aptos" w:hAnsi="Aptos"/>
                                <w:b/>
                                <w:bCs/>
                              </w:rPr>
                            </w:pPr>
                            <w:r w:rsidRPr="005D2324">
                              <w:rPr>
                                <w:rFonts w:ascii="Aptos" w:hAnsi="Aptos"/>
                                <w:b/>
                                <w:bCs/>
                              </w:rPr>
                              <w:t>Adjusted Amount</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205056" behindDoc="0" locked="0" layoutInCell="1" allowOverlap="1" wp14:anchorId="24795738" wp14:editId="77F24460">
                      <wp:simplePos x="0" y="0"/>
                      <wp:positionH relativeFrom="column">
                        <wp:posOffset>521335</wp:posOffset>
                      </wp:positionH>
                      <wp:positionV relativeFrom="paragraph">
                        <wp:posOffset>1209675</wp:posOffset>
                      </wp:positionV>
                      <wp:extent cx="1060450" cy="265430"/>
                      <wp:effectExtent l="0" t="0" r="0" b="1270"/>
                      <wp:wrapNone/>
                      <wp:docPr id="1662704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5430"/>
                              </a:xfrm>
                              <a:prstGeom prst="rect">
                                <a:avLst/>
                              </a:prstGeom>
                              <a:noFill/>
                              <a:ln w="9525">
                                <a:noFill/>
                                <a:miter lim="800000"/>
                                <a:headEnd/>
                                <a:tailEnd/>
                              </a:ln>
                            </wps:spPr>
                            <wps:txbx>
                              <w:txbxContent>
                                <w:p w14:paraId="2D968DBE" w14:textId="6ED645F6" w:rsidR="00C2259F" w:rsidRPr="005D2324" w:rsidRDefault="00C2259F" w:rsidP="006C0745">
                                  <w:pPr>
                                    <w:rPr>
                                      <w:rFonts w:ascii="Aptos" w:hAnsi="Aptos"/>
                                      <w:b/>
                                      <w:bCs/>
                                    </w:rPr>
                                  </w:pPr>
                                  <w:r w:rsidRPr="005D2324">
                                    <w:rPr>
                                      <w:rFonts w:ascii="Aptos" w:hAnsi="Aptos"/>
                                      <w:b/>
                                      <w:bCs/>
                                    </w:rPr>
                                    <w:t>Full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95738" id="_x0000_s1034" type="#_x0000_t202" style="position:absolute;margin-left:41.05pt;margin-top:95.25pt;width:83.5pt;height:20.9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" filled="f" stroked="f">
                      <v:textbox>
                        <w:txbxContent>
                          <w:p w14:paraId="2D968DBE" w14:textId="6ED645F6" w:rsidR="00C2259F" w:rsidRPr="005D2324" w:rsidRDefault="00C2259F" w:rsidP="006C0745">
                            <w:pPr>
                              <w:rPr>
                                <w:rFonts w:ascii="Aptos" w:hAnsi="Aptos"/>
                                <w:b/>
                                <w:bCs/>
                              </w:rPr>
                            </w:pPr>
                            <w:r w:rsidRPr="005D2324">
                              <w:rPr>
                                <w:rFonts w:ascii="Aptos" w:hAnsi="Aptos"/>
                                <w:b/>
                                <w:bCs/>
                              </w:rPr>
                              <w:t>Full Amount</w:t>
                            </w:r>
                          </w:p>
                        </w:txbxContent>
                      </v:textbox>
                    </v:shape>
                  </w:pict>
                </mc:Fallback>
              </mc:AlternateContent>
            </w:r>
            <w:r w:rsidRPr="00E00101">
              <w:rPr>
                <w:rFonts w:ascii="Aptos" w:hAnsi="Aptos" w:cstheme="minorHAnsi"/>
                <w:bCs/>
                <w:noProof/>
              </w:rPr>
              <mc:AlternateContent>
                <mc:Choice Requires="wps">
                  <w:drawing>
                    <wp:anchor distT="0" distB="0" distL="114300" distR="114300" simplePos="0" relativeHeight="252203008" behindDoc="0" locked="0" layoutInCell="1" allowOverlap="1" wp14:anchorId="0D685552" wp14:editId="0CC2599A">
                      <wp:simplePos x="0" y="0"/>
                      <wp:positionH relativeFrom="column">
                        <wp:posOffset>3323590</wp:posOffset>
                      </wp:positionH>
                      <wp:positionV relativeFrom="paragraph">
                        <wp:posOffset>358140</wp:posOffset>
                      </wp:positionV>
                      <wp:extent cx="1060450" cy="184150"/>
                      <wp:effectExtent l="0" t="0" r="25400" b="25400"/>
                      <wp:wrapNone/>
                      <wp:docPr id="1811956398"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4A97C" id="Rectangle: Rounded Corners 5" o:spid="_x0000_s1026" style="position:absolute;margin-left:261.7pt;margin-top:28.2pt;width:83.5pt;height:1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" filled="f" strokecolor="red" strokeweight="1pt">
                      <v:stroke joinstyle="miter"/>
                    </v:roundrect>
                  </w:pict>
                </mc:Fallback>
              </mc:AlternateContent>
            </w:r>
            <w:r w:rsidRPr="00E00101">
              <w:rPr>
                <w:rFonts w:ascii="Aptos" w:hAnsi="Aptos" w:cstheme="minorHAnsi"/>
                <w:bCs/>
                <w:noProof/>
              </w:rPr>
              <mc:AlternateContent>
                <mc:Choice Requires="wps">
                  <w:drawing>
                    <wp:anchor distT="0" distB="0" distL="114300" distR="114300" simplePos="0" relativeHeight="252201984" behindDoc="0" locked="0" layoutInCell="1" allowOverlap="1" wp14:anchorId="6787278B" wp14:editId="6341621C">
                      <wp:simplePos x="0" y="0"/>
                      <wp:positionH relativeFrom="column">
                        <wp:posOffset>897890</wp:posOffset>
                      </wp:positionH>
                      <wp:positionV relativeFrom="paragraph">
                        <wp:posOffset>341630</wp:posOffset>
                      </wp:positionV>
                      <wp:extent cx="1060450" cy="184150"/>
                      <wp:effectExtent l="0" t="0" r="25400" b="25400"/>
                      <wp:wrapNone/>
                      <wp:docPr id="167846536"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06A58" id="Rectangle: Rounded Corners 5" o:spid="_x0000_s1026" style="position:absolute;margin-left:70.7pt;margin-top:26.9pt;width:83.5pt;height:1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" filled="f" strokecolor="red" strokeweight="1pt">
                      <v:stroke joinstyle="miter"/>
                    </v:roundrect>
                  </w:pict>
                </mc:Fallback>
              </mc:AlternateContent>
            </w:r>
            <w:r w:rsidRPr="00E00101">
              <w:rPr>
                <w:rFonts w:ascii="Aptos" w:hAnsi="Aptos" w:cs="Calibri"/>
                <w:noProof/>
              </w:rPr>
              <mc:AlternateContent>
                <mc:Choice Requires="wps">
                  <w:drawing>
                    <wp:anchor distT="0" distB="0" distL="114300" distR="114300" simplePos="0" relativeHeight="252204032" behindDoc="0" locked="0" layoutInCell="1" allowOverlap="1" wp14:anchorId="177EC4F3" wp14:editId="5D3CAE5A">
                      <wp:simplePos x="0" y="0"/>
                      <wp:positionH relativeFrom="column">
                        <wp:posOffset>1994535</wp:posOffset>
                      </wp:positionH>
                      <wp:positionV relativeFrom="paragraph">
                        <wp:posOffset>361950</wp:posOffset>
                      </wp:positionV>
                      <wp:extent cx="1257300" cy="127000"/>
                      <wp:effectExtent l="0" t="19050" r="38100" b="44450"/>
                      <wp:wrapNone/>
                      <wp:docPr id="1545867077" name="Arrow: Right 3"/>
                      <wp:cNvGraphicFramePr/>
                      <a:graphic xmlns:a="http://schemas.openxmlformats.org/drawingml/2006/main">
                        <a:graphicData uri="http://schemas.microsoft.com/office/word/2010/wordprocessingShape">
                          <wps:wsp>
                            <wps:cNvSpPr/>
                            <wps:spPr>
                              <a:xfrm>
                                <a:off x="0" y="0"/>
                                <a:ext cx="1257300" cy="1270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4A60" id="Arrow: Right 3" o:spid="_x0000_s1026" type="#_x0000_t13" style="position:absolute;margin-left:157.05pt;margin-top:28.5pt;width:99pt;height:10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" adj="20509" fillcolor="red" strokecolor="#042433" strokeweight="1pt"/>
                  </w:pict>
                </mc:Fallback>
              </mc:AlternateContent>
            </w:r>
            <w:r w:rsidRPr="00E00101">
              <w:rPr>
                <w:rFonts w:ascii="Aptos" w:hAnsi="Aptos" w:cstheme="majorHAnsi"/>
                <w:noProof/>
              </w:rPr>
              <w:drawing>
                <wp:inline distT="0" distB="0" distL="0" distR="0" wp14:anchorId="224A9E08" wp14:editId="56257668">
                  <wp:extent cx="1776730" cy="876300"/>
                  <wp:effectExtent l="171450" t="171450" r="261620" b="323850"/>
                  <wp:docPr id="915644516" name="Picture 12"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02676" name="Picture 12" descr="Graphical user interface, application&#10;&#10;AI-generated content may be incorrect."/>
                          <pic:cNvPicPr/>
                        </pic:nvPicPr>
                        <pic:blipFill rotWithShape="1">
                          <a:blip r:embed="rId24"/>
                          <a:srcRect b="17110"/>
                          <a:stretch>
                            <a:fillRect/>
                          </a:stretch>
                        </pic:blipFill>
                        <pic:spPr bwMode="auto">
                          <a:xfrm>
                            <a:off x="0" y="0"/>
                            <a:ext cx="1794146" cy="8848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E00101">
              <w:rPr>
                <w:rFonts w:ascii="Aptos" w:hAnsi="Aptos" w:cstheme="majorHAnsi"/>
              </w:rPr>
              <w:t xml:space="preserve">        </w:t>
            </w:r>
            <w:r w:rsidRPr="00E00101">
              <w:rPr>
                <w:rFonts w:ascii="Aptos" w:hAnsi="Aptos" w:cstheme="majorHAnsi"/>
                <w:noProof/>
              </w:rPr>
              <w:drawing>
                <wp:inline distT="0" distB="0" distL="0" distR="0" wp14:anchorId="66D282E4" wp14:editId="72F6D4CE">
                  <wp:extent cx="1852295" cy="828675"/>
                  <wp:effectExtent l="171450" t="171450" r="281305" b="333375"/>
                  <wp:docPr id="1541850395" name="Picture 1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48594" name="Picture 13" descr="Graphical user interface, application&#10;&#10;AI-generated content may be incorrect."/>
                          <pic:cNvPicPr/>
                        </pic:nvPicPr>
                        <pic:blipFill rotWithShape="1">
                          <a:blip r:embed="rId25"/>
                          <a:srcRect b="20564"/>
                          <a:stretch>
                            <a:fillRect/>
                          </a:stretch>
                        </pic:blipFill>
                        <pic:spPr bwMode="auto">
                          <a:xfrm>
                            <a:off x="0" y="0"/>
                            <a:ext cx="1852502" cy="8287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9EA2BE" w14:textId="77777777" w:rsidR="00C2259F" w:rsidRDefault="00C2259F" w:rsidP="00C2259F">
            <w:pPr>
              <w:pageBreakBefore/>
              <w:rPr>
                <w:rFonts w:ascii="Aptos" w:hAnsi="Aptos" w:cstheme="majorHAnsi"/>
              </w:rPr>
            </w:pPr>
          </w:p>
          <w:p w14:paraId="5D254256" w14:textId="7C8CDAC7" w:rsidR="00C2259F" w:rsidRPr="00E00101" w:rsidRDefault="00C2259F" w:rsidP="00C2259F">
            <w:pPr>
              <w:pageBreakBefore/>
              <w:rPr>
                <w:rFonts w:ascii="Aptos" w:hAnsi="Aptos" w:cstheme="majorHAnsi"/>
              </w:rPr>
            </w:pPr>
            <w:r w:rsidRPr="00E00101">
              <w:rPr>
                <w:rFonts w:ascii="Aptos" w:hAnsi="Aptos" w:cstheme="majorHAnsi"/>
              </w:rPr>
              <w:t xml:space="preserve">Once </w:t>
            </w:r>
            <w:r>
              <w:rPr>
                <w:rFonts w:ascii="Aptos" w:hAnsi="Aptos" w:cstheme="majorHAnsi"/>
              </w:rPr>
              <w:t xml:space="preserve">the quantity is </w:t>
            </w:r>
            <w:r w:rsidRPr="00E00101">
              <w:rPr>
                <w:rFonts w:ascii="Aptos" w:hAnsi="Aptos" w:cstheme="majorHAnsi"/>
              </w:rPr>
              <w:t xml:space="preserve">adjusted (if needed), click </w:t>
            </w:r>
            <w:r w:rsidRPr="00DA4A6F">
              <w:rPr>
                <w:rFonts w:ascii="Aptos" w:hAnsi="Aptos" w:cstheme="majorHAnsi"/>
              </w:rPr>
              <w:t>the</w:t>
            </w:r>
            <w:r w:rsidRPr="00E162AD">
              <w:rPr>
                <w:rFonts w:ascii="Aptos" w:hAnsi="Aptos" w:cstheme="majorHAnsi"/>
                <w:b/>
                <w:bCs/>
              </w:rPr>
              <w:t xml:space="preserve"> green check</w:t>
            </w:r>
            <w:r>
              <w:rPr>
                <w:rFonts w:ascii="Aptos" w:hAnsi="Aptos" w:cstheme="majorHAnsi"/>
                <w:b/>
                <w:bCs/>
              </w:rPr>
              <w:t>mark</w:t>
            </w:r>
            <w:r w:rsidRPr="00E00101">
              <w:rPr>
                <w:rFonts w:ascii="Aptos" w:hAnsi="Aptos" w:cstheme="majorHAnsi"/>
              </w:rPr>
              <w:t>.</w:t>
            </w:r>
          </w:p>
          <w:p w14:paraId="796EC2EB" w14:textId="77777777" w:rsidR="00C2259F" w:rsidRPr="00E00101" w:rsidRDefault="00C2259F" w:rsidP="00C2259F">
            <w:pPr>
              <w:rPr>
                <w:rFonts w:ascii="Aptos" w:hAnsi="Aptos" w:cstheme="majorHAnsi"/>
              </w:rPr>
            </w:pPr>
          </w:p>
          <w:p w14:paraId="29389DDE" w14:textId="77777777" w:rsidR="00C2259F" w:rsidRDefault="00C2259F" w:rsidP="00C2259F">
            <w:pPr>
              <w:rPr>
                <w:rFonts w:ascii="Aptos" w:hAnsi="Aptos" w:cstheme="majorHAnsi"/>
              </w:rPr>
            </w:pPr>
            <w:r>
              <w:rPr>
                <w:rFonts w:ascii="Aptos" w:hAnsi="Aptos" w:cstheme="majorHAnsi"/>
              </w:rPr>
              <w:t xml:space="preserve">If releasing </w:t>
            </w:r>
            <w:r w:rsidRPr="00AD0332">
              <w:rPr>
                <w:rFonts w:ascii="Aptos" w:hAnsi="Aptos" w:cstheme="majorHAnsi"/>
                <w:b/>
                <w:bCs/>
              </w:rPr>
              <w:t>multiple lines</w:t>
            </w:r>
            <w:r>
              <w:rPr>
                <w:rFonts w:ascii="Aptos" w:hAnsi="Aptos" w:cstheme="majorHAnsi"/>
              </w:rPr>
              <w:t xml:space="preserve">, adjust the quantity amounts as necessary and click the green checkmark </w:t>
            </w:r>
            <w:r w:rsidRPr="00AD0332">
              <w:rPr>
                <w:rFonts w:ascii="Aptos" w:hAnsi="Aptos" w:cstheme="majorHAnsi"/>
                <w:b/>
                <w:bCs/>
              </w:rPr>
              <w:t xml:space="preserve">for each </w:t>
            </w:r>
            <w:r>
              <w:rPr>
                <w:rFonts w:ascii="Aptos" w:hAnsi="Aptos" w:cstheme="majorHAnsi"/>
                <w:b/>
                <w:bCs/>
              </w:rPr>
              <w:t xml:space="preserve">individual </w:t>
            </w:r>
            <w:r w:rsidRPr="00AD0332">
              <w:rPr>
                <w:rFonts w:ascii="Aptos" w:hAnsi="Aptos" w:cstheme="majorHAnsi"/>
                <w:b/>
                <w:bCs/>
              </w:rPr>
              <w:t>line</w:t>
            </w:r>
            <w:r>
              <w:rPr>
                <w:rFonts w:ascii="Aptos" w:hAnsi="Aptos" w:cstheme="majorHAnsi"/>
              </w:rPr>
              <w:t xml:space="preserve">. The next line’s “release” screen will </w:t>
            </w:r>
            <w:r w:rsidRPr="00AD0332">
              <w:rPr>
                <w:rFonts w:ascii="Aptos" w:hAnsi="Aptos" w:cstheme="majorHAnsi"/>
                <w:b/>
                <w:bCs/>
              </w:rPr>
              <w:t>automatically</w:t>
            </w:r>
            <w:r>
              <w:rPr>
                <w:rFonts w:ascii="Aptos" w:hAnsi="Aptos" w:cstheme="majorHAnsi"/>
              </w:rPr>
              <w:t xml:space="preserve"> cycle from line to line when the </w:t>
            </w:r>
            <w:r w:rsidRPr="00D34E71">
              <w:rPr>
                <w:rFonts w:ascii="Aptos" w:hAnsi="Aptos" w:cstheme="majorHAnsi"/>
                <w:b/>
                <w:bCs/>
              </w:rPr>
              <w:t>green check</w:t>
            </w:r>
            <w:r>
              <w:rPr>
                <w:rFonts w:ascii="Aptos" w:hAnsi="Aptos" w:cstheme="majorHAnsi"/>
                <w:b/>
                <w:bCs/>
              </w:rPr>
              <w:t>mark</w:t>
            </w:r>
            <w:r>
              <w:rPr>
                <w:rFonts w:ascii="Aptos" w:hAnsi="Aptos" w:cstheme="majorHAnsi"/>
              </w:rPr>
              <w:t xml:space="preserve"> has been clicked until all selected lines have been released. </w:t>
            </w:r>
          </w:p>
          <w:p w14:paraId="7C0D2815" w14:textId="740B1F57" w:rsidR="00C2259F" w:rsidRPr="00E00101" w:rsidRDefault="00C2259F" w:rsidP="00C2259F">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2211200" behindDoc="0" locked="0" layoutInCell="1" allowOverlap="1" wp14:anchorId="6DCC2666" wp14:editId="29E4B2ED">
                      <wp:simplePos x="0" y="0"/>
                      <wp:positionH relativeFrom="column">
                        <wp:posOffset>1895142</wp:posOffset>
                      </wp:positionH>
                      <wp:positionV relativeFrom="paragraph">
                        <wp:posOffset>445136</wp:posOffset>
                      </wp:positionV>
                      <wp:extent cx="482600" cy="215900"/>
                      <wp:effectExtent l="114300" t="0" r="88900" b="0"/>
                      <wp:wrapNone/>
                      <wp:docPr id="1721757390"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BA04B" id="Arrow: Right 3" o:spid="_x0000_s1026" type="#_x0000_t13" style="position:absolute;margin-left:149.2pt;margin-top:35.05pt;width:38pt;height:17pt;rotation:-3267085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2183552" behindDoc="0" locked="0" layoutInCell="1" allowOverlap="1" wp14:anchorId="739851E4" wp14:editId="678B0F9E">
                      <wp:simplePos x="0" y="0"/>
                      <wp:positionH relativeFrom="column">
                        <wp:posOffset>2254885</wp:posOffset>
                      </wp:positionH>
                      <wp:positionV relativeFrom="paragraph">
                        <wp:posOffset>1299210</wp:posOffset>
                      </wp:positionV>
                      <wp:extent cx="1504950" cy="177800"/>
                      <wp:effectExtent l="0" t="0" r="19050" b="12700"/>
                      <wp:wrapNone/>
                      <wp:docPr id="910343457" name="Rectangle: Rounded Corners 5"/>
                      <wp:cNvGraphicFramePr/>
                      <a:graphic xmlns:a="http://schemas.openxmlformats.org/drawingml/2006/main">
                        <a:graphicData uri="http://schemas.microsoft.com/office/word/2010/wordprocessingShape">
                          <wps:wsp>
                            <wps:cNvSpPr/>
                            <wps:spPr>
                              <a:xfrm>
                                <a:off x="0" y="0"/>
                                <a:ext cx="1504950" cy="177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10D00" id="Rectangle: Rounded Corners 5" o:spid="_x0000_s1026" style="position:absolute;margin-left:177.55pt;margin-top:102.3pt;width:118.5pt;height:1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" filled="f" strokecolor="red" strokeweight="1pt">
                      <v:stroke joinstyle="miter"/>
                    </v:roundrect>
                  </w:pict>
                </mc:Fallback>
              </mc:AlternateContent>
            </w:r>
            <w:r w:rsidRPr="00E00101">
              <w:rPr>
                <w:rFonts w:ascii="Aptos" w:hAnsi="Aptos" w:cstheme="majorHAnsi"/>
                <w:noProof/>
              </w:rPr>
              <w:drawing>
                <wp:inline distT="0" distB="0" distL="0" distR="0" wp14:anchorId="6F97204D" wp14:editId="111835C9">
                  <wp:extent cx="1675765" cy="1362075"/>
                  <wp:effectExtent l="152400" t="171450" r="362585" b="390525"/>
                  <wp:docPr id="1071998457" name="Picture 15"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14646" name="Picture 15" descr="Graphical user interface&#10;&#10;AI-generated content may be incorrect."/>
                          <pic:cNvPicPr/>
                        </pic:nvPicPr>
                        <pic:blipFill rotWithShape="1">
                          <a:blip r:embed="rId26"/>
                          <a:srcRect r="9806" b="31849"/>
                          <a:stretch>
                            <a:fillRect/>
                          </a:stretch>
                        </pic:blipFill>
                        <pic:spPr bwMode="auto">
                          <a:xfrm>
                            <a:off x="0" y="0"/>
                            <a:ext cx="1686394" cy="137071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C2259F" w:rsidRPr="00E00101" w14:paraId="3C4A0763" w14:textId="77777777" w:rsidTr="00C2259F">
        <w:trPr>
          <w:cantSplit/>
        </w:trPr>
        <w:tc>
          <w:tcPr>
            <w:tcW w:w="720" w:type="dxa"/>
          </w:tcPr>
          <w:p w14:paraId="4BC6264B" w14:textId="77777777" w:rsidR="00C2259F" w:rsidRPr="00590B1A" w:rsidRDefault="00C2259F" w:rsidP="00C2259F">
            <w:pPr>
              <w:pStyle w:val="ListParagraph"/>
              <w:numPr>
                <w:ilvl w:val="0"/>
                <w:numId w:val="27"/>
              </w:numPr>
              <w:rPr>
                <w:rFonts w:ascii="Aptos" w:hAnsi="Aptos" w:cstheme="majorHAnsi"/>
              </w:rPr>
            </w:pPr>
          </w:p>
        </w:tc>
        <w:tc>
          <w:tcPr>
            <w:tcW w:w="10350" w:type="dxa"/>
          </w:tcPr>
          <w:p w14:paraId="0BB7EA69" w14:textId="77777777" w:rsidR="00C2259F" w:rsidRPr="00F72A88" w:rsidRDefault="00C2259F" w:rsidP="00C2259F">
            <w:pPr>
              <w:pStyle w:val="steptext"/>
              <w:rPr>
                <w:rFonts w:ascii="Aptos" w:hAnsi="Aptos" w:cstheme="minorHAnsi"/>
              </w:rPr>
            </w:pPr>
            <w:r w:rsidRPr="00F72A88">
              <w:rPr>
                <w:rFonts w:ascii="Aptos" w:hAnsi="Aptos" w:cstheme="minorHAnsi"/>
              </w:rPr>
              <w:t xml:space="preserve">To review </w:t>
            </w:r>
            <w:r>
              <w:rPr>
                <w:rFonts w:ascii="Aptos" w:hAnsi="Aptos" w:cstheme="minorHAnsi"/>
              </w:rPr>
              <w:t xml:space="preserve">the </w:t>
            </w:r>
            <w:r w:rsidRPr="00F72A88">
              <w:rPr>
                <w:rFonts w:ascii="Aptos" w:hAnsi="Aptos" w:cstheme="minorHAnsi"/>
              </w:rPr>
              <w:t xml:space="preserve">order, </w:t>
            </w:r>
            <w:r>
              <w:rPr>
                <w:rFonts w:ascii="Aptos" w:hAnsi="Aptos" w:cstheme="minorHAnsi"/>
              </w:rPr>
              <w:t>c</w:t>
            </w:r>
            <w:r w:rsidRPr="00F72A88">
              <w:rPr>
                <w:rFonts w:ascii="Aptos" w:hAnsi="Aptos" w:cstheme="minorHAnsi"/>
              </w:rPr>
              <w:t>lick the “</w:t>
            </w:r>
            <w:r w:rsidRPr="00DA4A6F">
              <w:rPr>
                <w:rFonts w:ascii="Aptos" w:hAnsi="Aptos" w:cstheme="minorHAnsi"/>
                <w:b/>
                <w:bCs/>
              </w:rPr>
              <w:t>Form</w:t>
            </w:r>
            <w:r w:rsidRPr="00F72A88">
              <w:rPr>
                <w:rFonts w:ascii="Aptos" w:hAnsi="Aptos" w:cstheme="minorHAnsi"/>
              </w:rPr>
              <w:t>” tab and click the “</w:t>
            </w:r>
            <w:r w:rsidRPr="00DA4A6F">
              <w:rPr>
                <w:rFonts w:ascii="Aptos" w:hAnsi="Aptos" w:cstheme="minorHAnsi"/>
                <w:b/>
                <w:bCs/>
              </w:rPr>
              <w:t>Review Order(s)</w:t>
            </w:r>
            <w:r w:rsidRPr="00F72A88">
              <w:rPr>
                <w:rFonts w:ascii="Aptos" w:hAnsi="Aptos" w:cstheme="minorHAnsi"/>
              </w:rPr>
              <w:t>” option.</w:t>
            </w:r>
          </w:p>
          <w:p w14:paraId="29A8657C" w14:textId="1BDE1E38" w:rsidR="00C2259F" w:rsidRPr="00F72A88" w:rsidRDefault="00C2259F" w:rsidP="00C2259F">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2193792" behindDoc="0" locked="0" layoutInCell="1" allowOverlap="1" wp14:anchorId="66662E55" wp14:editId="5BC6BEFF">
                      <wp:simplePos x="0" y="0"/>
                      <wp:positionH relativeFrom="column">
                        <wp:posOffset>2531744</wp:posOffset>
                      </wp:positionH>
                      <wp:positionV relativeFrom="paragraph">
                        <wp:posOffset>561340</wp:posOffset>
                      </wp:positionV>
                      <wp:extent cx="482600" cy="215900"/>
                      <wp:effectExtent l="114300" t="0" r="88900" b="0"/>
                      <wp:wrapNone/>
                      <wp:docPr id="2097363181"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0B7D1" id="Arrow: Right 3" o:spid="_x0000_s1026" type="#_x0000_t13" style="position:absolute;margin-left:199.35pt;margin-top:44.2pt;width:38pt;height:17pt;rotation:-3267085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2192768" behindDoc="0" locked="0" layoutInCell="1" allowOverlap="1" wp14:anchorId="057D4462" wp14:editId="055F3D3C">
                      <wp:simplePos x="0" y="0"/>
                      <wp:positionH relativeFrom="column">
                        <wp:posOffset>2974975</wp:posOffset>
                      </wp:positionH>
                      <wp:positionV relativeFrom="paragraph">
                        <wp:posOffset>1157605</wp:posOffset>
                      </wp:positionV>
                      <wp:extent cx="1117600" cy="177800"/>
                      <wp:effectExtent l="0" t="0" r="25400" b="12700"/>
                      <wp:wrapNone/>
                      <wp:docPr id="1909712032" name="Rectangle: Rounded Corners 5"/>
                      <wp:cNvGraphicFramePr/>
                      <a:graphic xmlns:a="http://schemas.openxmlformats.org/drawingml/2006/main">
                        <a:graphicData uri="http://schemas.microsoft.com/office/word/2010/wordprocessingShape">
                          <wps:wsp>
                            <wps:cNvSpPr/>
                            <wps:spPr>
                              <a:xfrm>
                                <a:off x="0" y="0"/>
                                <a:ext cx="1117600" cy="177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E01B3" id="Rectangle: Rounded Corners 5" o:spid="_x0000_s1026" style="position:absolute;margin-left:234.25pt;margin-top:91.15pt;width:88pt;height:1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" filled="f" strokecolor="red" strokeweight="1pt">
                      <v:stroke joinstyle="miter"/>
                    </v:roundrect>
                  </w:pict>
                </mc:Fallback>
              </mc:AlternateContent>
            </w:r>
            <w:r>
              <w:rPr>
                <w:rFonts w:ascii="Aptos" w:hAnsi="Aptos" w:cstheme="majorHAnsi"/>
                <w:noProof/>
              </w:rPr>
              <w:drawing>
                <wp:inline distT="0" distB="0" distL="0" distR="0" wp14:anchorId="17FE6BD9" wp14:editId="5ECC86A1">
                  <wp:extent cx="2047875" cy="1495487"/>
                  <wp:effectExtent l="171450" t="171450" r="257175" b="314325"/>
                  <wp:docPr id="828152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2017" name="Picture 828152017"/>
                          <pic:cNvPicPr/>
                        </pic:nvPicPr>
                        <pic:blipFill>
                          <a:blip r:embed="rId27"/>
                          <a:stretch>
                            <a:fillRect/>
                          </a:stretch>
                        </pic:blipFill>
                        <pic:spPr>
                          <a:xfrm>
                            <a:off x="0" y="0"/>
                            <a:ext cx="2051360" cy="1498032"/>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C2259F" w:rsidRPr="00E00101" w14:paraId="6A1F5219" w14:textId="77777777" w:rsidTr="00C2259F">
        <w:trPr>
          <w:cantSplit/>
        </w:trPr>
        <w:tc>
          <w:tcPr>
            <w:tcW w:w="720" w:type="dxa"/>
          </w:tcPr>
          <w:p w14:paraId="7F0A236C" w14:textId="77777777" w:rsidR="00C2259F" w:rsidRPr="00590B1A" w:rsidRDefault="00C2259F" w:rsidP="00C2259F">
            <w:pPr>
              <w:pStyle w:val="ListParagraph"/>
              <w:numPr>
                <w:ilvl w:val="0"/>
                <w:numId w:val="27"/>
              </w:numPr>
              <w:rPr>
                <w:rFonts w:ascii="Aptos" w:hAnsi="Aptos" w:cstheme="majorHAnsi"/>
              </w:rPr>
            </w:pPr>
          </w:p>
        </w:tc>
        <w:tc>
          <w:tcPr>
            <w:tcW w:w="10350" w:type="dxa"/>
          </w:tcPr>
          <w:p w14:paraId="42FDEADC" w14:textId="77777777" w:rsidR="00C2259F" w:rsidRPr="00F72A88" w:rsidRDefault="00C2259F" w:rsidP="00C2259F">
            <w:pPr>
              <w:pStyle w:val="steptext"/>
              <w:rPr>
                <w:rFonts w:ascii="Aptos" w:hAnsi="Aptos" w:cstheme="minorHAnsi"/>
              </w:rPr>
            </w:pPr>
            <w:r w:rsidRPr="00F72A88">
              <w:rPr>
                <w:rFonts w:ascii="Aptos" w:hAnsi="Aptos" w:cstheme="minorHAnsi"/>
              </w:rPr>
              <w:t>Next, click the “</w:t>
            </w:r>
            <w:r w:rsidRPr="00DA4A6F">
              <w:rPr>
                <w:rFonts w:ascii="Aptos" w:hAnsi="Aptos" w:cstheme="minorHAnsi"/>
                <w:b/>
                <w:bCs/>
              </w:rPr>
              <w:t>Row</w:t>
            </w:r>
            <w:r w:rsidRPr="00F72A88">
              <w:rPr>
                <w:rFonts w:ascii="Aptos" w:hAnsi="Aptos" w:cstheme="minorHAnsi"/>
              </w:rPr>
              <w:t>” tab, and click the “</w:t>
            </w:r>
            <w:r w:rsidRPr="00DA4A6F">
              <w:rPr>
                <w:rFonts w:ascii="Aptos" w:hAnsi="Aptos" w:cstheme="minorHAnsi"/>
                <w:b/>
                <w:bCs/>
              </w:rPr>
              <w:t>Details</w:t>
            </w:r>
            <w:r w:rsidRPr="00F72A88">
              <w:rPr>
                <w:rFonts w:ascii="Aptos" w:hAnsi="Aptos" w:cstheme="minorHAnsi"/>
              </w:rPr>
              <w:t>” option.</w:t>
            </w:r>
          </w:p>
          <w:p w14:paraId="2227C0E2" w14:textId="2C1BA571" w:rsidR="00C2259F" w:rsidRPr="00F72A88" w:rsidRDefault="00C2259F" w:rsidP="00C2259F">
            <w:pPr>
              <w:jc w:val="cente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2195840" behindDoc="0" locked="0" layoutInCell="1" allowOverlap="1" wp14:anchorId="0688409E" wp14:editId="061AF6F5">
                      <wp:simplePos x="0" y="0"/>
                      <wp:positionH relativeFrom="column">
                        <wp:posOffset>3067685</wp:posOffset>
                      </wp:positionH>
                      <wp:positionV relativeFrom="paragraph">
                        <wp:posOffset>852805</wp:posOffset>
                      </wp:positionV>
                      <wp:extent cx="495300" cy="177800"/>
                      <wp:effectExtent l="0" t="0" r="19050" b="12700"/>
                      <wp:wrapNone/>
                      <wp:docPr id="1419936520" name="Rectangle: Rounded Corners 5"/>
                      <wp:cNvGraphicFramePr/>
                      <a:graphic xmlns:a="http://schemas.openxmlformats.org/drawingml/2006/main">
                        <a:graphicData uri="http://schemas.microsoft.com/office/word/2010/wordprocessingShape">
                          <wps:wsp>
                            <wps:cNvSpPr/>
                            <wps:spPr>
                              <a:xfrm>
                                <a:off x="0" y="0"/>
                                <a:ext cx="495300" cy="177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3EBB5" id="Rectangle: Rounded Corners 5" o:spid="_x0000_s1026" style="position:absolute;margin-left:241.55pt;margin-top:67.15pt;width:39pt;height:1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" filled="f" strokecolor="red" strokeweight="1pt">
                      <v:stroke joinstyle="miter"/>
                    </v:roundrect>
                  </w:pict>
                </mc:Fallback>
              </mc:AlternateContent>
            </w:r>
            <w:r w:rsidRPr="00E00101">
              <w:rPr>
                <w:rFonts w:ascii="Aptos" w:hAnsi="Aptos" w:cs="Calibri"/>
                <w:noProof/>
              </w:rPr>
              <mc:AlternateContent>
                <mc:Choice Requires="wps">
                  <w:drawing>
                    <wp:anchor distT="0" distB="0" distL="114300" distR="114300" simplePos="0" relativeHeight="252194816" behindDoc="0" locked="0" layoutInCell="1" allowOverlap="1" wp14:anchorId="51E7021D" wp14:editId="06D855CA">
                      <wp:simplePos x="0" y="0"/>
                      <wp:positionH relativeFrom="column">
                        <wp:posOffset>2527935</wp:posOffset>
                      </wp:positionH>
                      <wp:positionV relativeFrom="paragraph">
                        <wp:posOffset>546099</wp:posOffset>
                      </wp:positionV>
                      <wp:extent cx="482600" cy="215900"/>
                      <wp:effectExtent l="114300" t="0" r="88900" b="0"/>
                      <wp:wrapNone/>
                      <wp:docPr id="1390790524"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686E" id="Arrow: Right 3" o:spid="_x0000_s1026" type="#_x0000_t13" style="position:absolute;margin-left:199.05pt;margin-top:43pt;width:38pt;height:17pt;rotation:-3267085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" adj="16768" fillcolor="red" strokecolor="#042433" strokeweight="1pt"/>
                  </w:pict>
                </mc:Fallback>
              </mc:AlternateContent>
            </w:r>
            <w:r>
              <w:rPr>
                <w:rFonts w:ascii="Aptos" w:hAnsi="Aptos" w:cstheme="majorHAnsi"/>
                <w:noProof/>
              </w:rPr>
              <w:drawing>
                <wp:inline distT="0" distB="0" distL="0" distR="0" wp14:anchorId="11F9F3E7" wp14:editId="1FA855BD">
                  <wp:extent cx="2152650" cy="1046865"/>
                  <wp:effectExtent l="171450" t="171450" r="247650" b="325120"/>
                  <wp:docPr id="1699191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91218" name="Picture 1699191218"/>
                          <pic:cNvPicPr/>
                        </pic:nvPicPr>
                        <pic:blipFill rotWithShape="1">
                          <a:blip r:embed="rId28"/>
                          <a:srcRect b="13625"/>
                          <a:stretch>
                            <a:fillRect/>
                          </a:stretch>
                        </pic:blipFill>
                        <pic:spPr bwMode="auto">
                          <a:xfrm>
                            <a:off x="0" y="0"/>
                            <a:ext cx="2177001" cy="10587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C2259F" w:rsidRPr="00E00101" w14:paraId="2497A4EA" w14:textId="77777777" w:rsidTr="00C2259F">
        <w:trPr>
          <w:cantSplit/>
        </w:trPr>
        <w:tc>
          <w:tcPr>
            <w:tcW w:w="720" w:type="dxa"/>
          </w:tcPr>
          <w:p w14:paraId="4E9D8B88" w14:textId="77777777" w:rsidR="00C2259F" w:rsidRPr="00590B1A" w:rsidRDefault="00C2259F" w:rsidP="00C2259F">
            <w:pPr>
              <w:pStyle w:val="ListParagraph"/>
              <w:numPr>
                <w:ilvl w:val="0"/>
                <w:numId w:val="27"/>
              </w:numPr>
              <w:rPr>
                <w:rFonts w:ascii="Aptos" w:hAnsi="Aptos" w:cstheme="majorHAnsi"/>
              </w:rPr>
            </w:pPr>
          </w:p>
        </w:tc>
        <w:tc>
          <w:tcPr>
            <w:tcW w:w="10350" w:type="dxa"/>
          </w:tcPr>
          <w:p w14:paraId="0CFEC351" w14:textId="77777777" w:rsidR="00C2259F" w:rsidRPr="00F72A88" w:rsidRDefault="00C2259F" w:rsidP="00C2259F">
            <w:pPr>
              <w:pStyle w:val="steptext"/>
              <w:rPr>
                <w:rFonts w:ascii="Aptos" w:hAnsi="Aptos" w:cstheme="minorHAnsi"/>
              </w:rPr>
            </w:pPr>
            <w:r w:rsidRPr="00E00101">
              <w:rPr>
                <w:rFonts w:ascii="Aptos" w:hAnsi="Aptos" w:cs="Calibri"/>
                <w:noProof/>
              </w:rPr>
              <mc:AlternateContent>
                <mc:Choice Requires="wps">
                  <w:drawing>
                    <wp:anchor distT="0" distB="0" distL="114300" distR="114300" simplePos="0" relativeHeight="252197888" behindDoc="0" locked="0" layoutInCell="1" allowOverlap="1" wp14:anchorId="43CE3BEE" wp14:editId="43518954">
                      <wp:simplePos x="0" y="0"/>
                      <wp:positionH relativeFrom="column">
                        <wp:posOffset>888364</wp:posOffset>
                      </wp:positionH>
                      <wp:positionV relativeFrom="paragraph">
                        <wp:posOffset>908685</wp:posOffset>
                      </wp:positionV>
                      <wp:extent cx="482600" cy="215900"/>
                      <wp:effectExtent l="114300" t="0" r="88900" b="0"/>
                      <wp:wrapNone/>
                      <wp:docPr id="1654131062"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D5998" id="Arrow: Right 3" o:spid="_x0000_s1026" type="#_x0000_t13" style="position:absolute;margin-left:69.95pt;margin-top:71.55pt;width:38pt;height:17pt;rotation:-3267085fd;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2196864" behindDoc="0" locked="0" layoutInCell="1" allowOverlap="1" wp14:anchorId="7DB5DA24" wp14:editId="3BA87F97">
                      <wp:simplePos x="0" y="0"/>
                      <wp:positionH relativeFrom="column">
                        <wp:posOffset>1303020</wp:posOffset>
                      </wp:positionH>
                      <wp:positionV relativeFrom="paragraph">
                        <wp:posOffset>1403985</wp:posOffset>
                      </wp:positionV>
                      <wp:extent cx="2638425" cy="904875"/>
                      <wp:effectExtent l="0" t="0" r="28575" b="28575"/>
                      <wp:wrapNone/>
                      <wp:docPr id="859945945" name="Rectangle: Rounded Corners 5"/>
                      <wp:cNvGraphicFramePr/>
                      <a:graphic xmlns:a="http://schemas.openxmlformats.org/drawingml/2006/main">
                        <a:graphicData uri="http://schemas.microsoft.com/office/word/2010/wordprocessingShape">
                          <wps:wsp>
                            <wps:cNvSpPr/>
                            <wps:spPr>
                              <a:xfrm>
                                <a:off x="0" y="0"/>
                                <a:ext cx="2638425" cy="9048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E5194" id="Rectangle: Rounded Corners 5" o:spid="_x0000_s1026" style="position:absolute;margin-left:102.6pt;margin-top:110.55pt;width:207.75pt;height:71.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" filled="f" strokecolor="red" strokeweight="1pt">
                      <v:stroke joinstyle="miter"/>
                    </v:roundrect>
                  </w:pict>
                </mc:Fallback>
              </mc:AlternateContent>
            </w:r>
            <w:r>
              <w:rPr>
                <w:rFonts w:ascii="Aptos" w:hAnsi="Aptos" w:cstheme="minorHAnsi"/>
                <w:noProof/>
              </w:rPr>
              <w:drawing>
                <wp:anchor distT="0" distB="0" distL="114300" distR="114300" simplePos="0" relativeHeight="252180480" behindDoc="0" locked="0" layoutInCell="1" allowOverlap="1" wp14:anchorId="6197195D" wp14:editId="02B2B97A">
                  <wp:simplePos x="0" y="0"/>
                  <wp:positionH relativeFrom="column">
                    <wp:posOffset>1293495</wp:posOffset>
                  </wp:positionH>
                  <wp:positionV relativeFrom="paragraph">
                    <wp:posOffset>544830</wp:posOffset>
                  </wp:positionV>
                  <wp:extent cx="2716530" cy="1790700"/>
                  <wp:effectExtent l="171450" t="171450" r="236220" b="285750"/>
                  <wp:wrapTopAndBottom/>
                  <wp:docPr id="1954696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96441" name="Picture 1954696441"/>
                          <pic:cNvPicPr/>
                        </pic:nvPicPr>
                        <pic:blipFill rotWithShape="1">
                          <a:blip r:embed="rId29"/>
                          <a:srcRect b="7994"/>
                          <a:stretch>
                            <a:fillRect/>
                          </a:stretch>
                        </pic:blipFill>
                        <pic:spPr bwMode="auto">
                          <a:xfrm>
                            <a:off x="0" y="0"/>
                            <a:ext cx="2716530" cy="1790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rFonts w:ascii="Aptos" w:hAnsi="Aptos" w:cstheme="minorHAnsi"/>
              </w:rPr>
              <w:t>R</w:t>
            </w:r>
            <w:r w:rsidRPr="00F72A88">
              <w:rPr>
                <w:rFonts w:ascii="Aptos" w:hAnsi="Aptos" w:cstheme="minorHAnsi"/>
              </w:rPr>
              <w:t xml:space="preserve">eview </w:t>
            </w:r>
            <w:r>
              <w:rPr>
                <w:rFonts w:ascii="Aptos" w:hAnsi="Aptos" w:cstheme="minorHAnsi"/>
              </w:rPr>
              <w:t xml:space="preserve">the </w:t>
            </w:r>
            <w:r w:rsidRPr="00F72A88">
              <w:rPr>
                <w:rFonts w:ascii="Aptos" w:hAnsi="Aptos" w:cstheme="minorHAnsi"/>
              </w:rPr>
              <w:t xml:space="preserve">quantities and adjust if necessary. Once </w:t>
            </w:r>
            <w:r>
              <w:rPr>
                <w:rFonts w:ascii="Aptos" w:hAnsi="Aptos" w:cstheme="minorHAnsi"/>
              </w:rPr>
              <w:t xml:space="preserve">the </w:t>
            </w:r>
            <w:r w:rsidRPr="00F72A88">
              <w:rPr>
                <w:rFonts w:ascii="Aptos" w:hAnsi="Aptos" w:cstheme="minorHAnsi"/>
              </w:rPr>
              <w:t xml:space="preserve">review is </w:t>
            </w:r>
            <w:r>
              <w:rPr>
                <w:rFonts w:ascii="Aptos" w:hAnsi="Aptos" w:cstheme="minorHAnsi"/>
              </w:rPr>
              <w:t xml:space="preserve">complete </w:t>
            </w:r>
            <w:r w:rsidRPr="00F72A88">
              <w:rPr>
                <w:rFonts w:ascii="Aptos" w:hAnsi="Aptos" w:cstheme="minorHAnsi"/>
              </w:rPr>
              <w:t>and</w:t>
            </w:r>
            <w:r>
              <w:rPr>
                <w:rFonts w:ascii="Aptos" w:hAnsi="Aptos" w:cstheme="minorHAnsi"/>
              </w:rPr>
              <w:t xml:space="preserve"> any </w:t>
            </w:r>
            <w:r w:rsidRPr="00F72A88">
              <w:rPr>
                <w:rFonts w:ascii="Aptos" w:hAnsi="Aptos" w:cstheme="minorHAnsi"/>
              </w:rPr>
              <w:t xml:space="preserve">adjustments are made, click the </w:t>
            </w:r>
            <w:r w:rsidRPr="00DA4A6F">
              <w:rPr>
                <w:rFonts w:ascii="Aptos" w:hAnsi="Aptos" w:cstheme="minorHAnsi"/>
                <w:b/>
                <w:bCs/>
              </w:rPr>
              <w:t>green checkmark</w:t>
            </w:r>
            <w:r w:rsidRPr="00F72A88">
              <w:rPr>
                <w:rFonts w:ascii="Aptos" w:hAnsi="Aptos" w:cstheme="minorHAnsi"/>
              </w:rPr>
              <w:t>.</w:t>
            </w:r>
          </w:p>
        </w:tc>
      </w:tr>
      <w:tr w:rsidR="00C2259F" w:rsidRPr="00E00101" w14:paraId="441C4502" w14:textId="77777777" w:rsidTr="00C2259F">
        <w:trPr>
          <w:cantSplit/>
        </w:trPr>
        <w:tc>
          <w:tcPr>
            <w:tcW w:w="720" w:type="dxa"/>
          </w:tcPr>
          <w:p w14:paraId="689E581B" w14:textId="77777777" w:rsidR="00C2259F" w:rsidRPr="00590B1A" w:rsidRDefault="00C2259F" w:rsidP="00C2259F">
            <w:pPr>
              <w:pStyle w:val="ListParagraph"/>
              <w:keepNext/>
              <w:numPr>
                <w:ilvl w:val="0"/>
                <w:numId w:val="27"/>
              </w:numPr>
              <w:rPr>
                <w:rFonts w:ascii="Aptos" w:hAnsi="Aptos" w:cstheme="majorHAnsi"/>
              </w:rPr>
            </w:pPr>
          </w:p>
        </w:tc>
        <w:tc>
          <w:tcPr>
            <w:tcW w:w="10350" w:type="dxa"/>
          </w:tcPr>
          <w:p w14:paraId="1DA6FF5E" w14:textId="77777777" w:rsidR="00C2259F" w:rsidRPr="00F72A88" w:rsidRDefault="00C2259F" w:rsidP="00C2259F">
            <w:pPr>
              <w:pStyle w:val="steptext"/>
              <w:keepNext/>
              <w:rPr>
                <w:rFonts w:ascii="Aptos" w:hAnsi="Aptos" w:cstheme="minorHAnsi"/>
              </w:rPr>
            </w:pPr>
            <w:r w:rsidRPr="00F72A88">
              <w:rPr>
                <w:rFonts w:ascii="Aptos" w:hAnsi="Aptos" w:cstheme="minorHAnsi"/>
              </w:rPr>
              <w:t>Click the “</w:t>
            </w:r>
            <w:r w:rsidRPr="00DA4A6F">
              <w:rPr>
                <w:rFonts w:ascii="Aptos" w:hAnsi="Aptos" w:cstheme="minorHAnsi"/>
                <w:b/>
                <w:bCs/>
              </w:rPr>
              <w:t>Form</w:t>
            </w:r>
            <w:r w:rsidRPr="00F72A88">
              <w:rPr>
                <w:rFonts w:ascii="Aptos" w:hAnsi="Aptos" w:cstheme="minorHAnsi"/>
              </w:rPr>
              <w:t>” tab and click “</w:t>
            </w:r>
            <w:r w:rsidRPr="00DA4A6F">
              <w:rPr>
                <w:rFonts w:ascii="Aptos" w:hAnsi="Aptos" w:cstheme="minorHAnsi"/>
                <w:b/>
                <w:bCs/>
              </w:rPr>
              <w:t>Generate Order(s)</w:t>
            </w:r>
            <w:r w:rsidRPr="00F72A88">
              <w:rPr>
                <w:rFonts w:ascii="Aptos" w:hAnsi="Aptos" w:cstheme="minorHAnsi"/>
              </w:rPr>
              <w:t>.”</w:t>
            </w:r>
          </w:p>
          <w:p w14:paraId="2A9F80C8" w14:textId="5C601135" w:rsidR="00C2259F" w:rsidRPr="00F72A88" w:rsidRDefault="00C2259F" w:rsidP="00C2259F">
            <w:pPr>
              <w:pStyle w:val="steptext"/>
              <w:keepNext/>
              <w:jc w:val="center"/>
              <w:rPr>
                <w:rFonts w:ascii="Aptos" w:hAnsi="Aptos" w:cstheme="minorHAnsi"/>
              </w:rPr>
            </w:pPr>
            <w:r w:rsidRPr="00E00101">
              <w:rPr>
                <w:rFonts w:ascii="Aptos" w:hAnsi="Aptos" w:cstheme="minorHAnsi"/>
                <w:bCs/>
                <w:noProof/>
              </w:rPr>
              <mc:AlternateContent>
                <mc:Choice Requires="wps">
                  <w:drawing>
                    <wp:anchor distT="0" distB="0" distL="114300" distR="114300" simplePos="0" relativeHeight="252199936" behindDoc="0" locked="0" layoutInCell="1" allowOverlap="1" wp14:anchorId="67D4C7DA" wp14:editId="2A7F5F36">
                      <wp:simplePos x="0" y="0"/>
                      <wp:positionH relativeFrom="column">
                        <wp:posOffset>2772410</wp:posOffset>
                      </wp:positionH>
                      <wp:positionV relativeFrom="paragraph">
                        <wp:posOffset>859790</wp:posOffset>
                      </wp:positionV>
                      <wp:extent cx="1270000" cy="241300"/>
                      <wp:effectExtent l="0" t="0" r="25400" b="25400"/>
                      <wp:wrapNone/>
                      <wp:docPr id="104659926" name="Rectangle: Rounded Corners 5"/>
                      <wp:cNvGraphicFramePr/>
                      <a:graphic xmlns:a="http://schemas.openxmlformats.org/drawingml/2006/main">
                        <a:graphicData uri="http://schemas.microsoft.com/office/word/2010/wordprocessingShape">
                          <wps:wsp>
                            <wps:cNvSpPr/>
                            <wps:spPr>
                              <a:xfrm>
                                <a:off x="0" y="0"/>
                                <a:ext cx="1270000" cy="241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F4204" id="Rectangle: Rounded Corners 5" o:spid="_x0000_s1026" style="position:absolute;margin-left:218.3pt;margin-top:67.7pt;width:100pt;height:19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" filled="f" strokecolor="red" strokeweight="1pt">
                      <v:stroke joinstyle="miter"/>
                    </v:roundrect>
                  </w:pict>
                </mc:Fallback>
              </mc:AlternateContent>
            </w:r>
            <w:r w:rsidRPr="00E00101">
              <w:rPr>
                <w:rFonts w:ascii="Aptos" w:hAnsi="Aptos" w:cs="Calibri"/>
                <w:noProof/>
              </w:rPr>
              <mc:AlternateContent>
                <mc:Choice Requires="wps">
                  <w:drawing>
                    <wp:anchor distT="0" distB="0" distL="114300" distR="114300" simplePos="0" relativeHeight="252198912" behindDoc="0" locked="0" layoutInCell="1" allowOverlap="1" wp14:anchorId="49C44B34" wp14:editId="6235E9B5">
                      <wp:simplePos x="0" y="0"/>
                      <wp:positionH relativeFrom="column">
                        <wp:posOffset>2391699</wp:posOffset>
                      </wp:positionH>
                      <wp:positionV relativeFrom="paragraph">
                        <wp:posOffset>542925</wp:posOffset>
                      </wp:positionV>
                      <wp:extent cx="482600" cy="215900"/>
                      <wp:effectExtent l="114300" t="0" r="88900" b="0"/>
                      <wp:wrapNone/>
                      <wp:docPr id="2021641083"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4577D" id="Arrow: Right 3" o:spid="_x0000_s1026" type="#_x0000_t13" style="position:absolute;margin-left:188.3pt;margin-top:42.75pt;width:38pt;height:17pt;rotation:-3267085fd;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" adj="16768" fillcolor="red" strokecolor="#042433" strokeweight="1pt"/>
                  </w:pict>
                </mc:Fallback>
              </mc:AlternateContent>
            </w:r>
            <w:r>
              <w:rPr>
                <w:rFonts w:ascii="Aptos" w:hAnsi="Aptos" w:cstheme="minorHAnsi"/>
                <w:noProof/>
              </w:rPr>
              <w:drawing>
                <wp:inline distT="0" distB="0" distL="0" distR="0" wp14:anchorId="1F09523B" wp14:editId="2C203270">
                  <wp:extent cx="1905000" cy="941771"/>
                  <wp:effectExtent l="171450" t="171450" r="285750" b="315595"/>
                  <wp:docPr id="1848705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05276" name="Picture 1848705276"/>
                          <pic:cNvPicPr/>
                        </pic:nvPicPr>
                        <pic:blipFill rotWithShape="1">
                          <a:blip r:embed="rId30"/>
                          <a:srcRect b="11887"/>
                          <a:stretch>
                            <a:fillRect/>
                          </a:stretch>
                        </pic:blipFill>
                        <pic:spPr bwMode="auto">
                          <a:xfrm>
                            <a:off x="0" y="0"/>
                            <a:ext cx="1926063" cy="95218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C2259F" w:rsidRPr="00E00101" w14:paraId="6EED52F6" w14:textId="77777777" w:rsidTr="00C2259F">
        <w:trPr>
          <w:cantSplit/>
        </w:trPr>
        <w:tc>
          <w:tcPr>
            <w:tcW w:w="720" w:type="dxa"/>
          </w:tcPr>
          <w:p w14:paraId="0B903B17" w14:textId="77777777" w:rsidR="00C2259F" w:rsidRPr="00590B1A" w:rsidRDefault="00C2259F" w:rsidP="00C2259F">
            <w:pPr>
              <w:pStyle w:val="ListParagraph"/>
              <w:numPr>
                <w:ilvl w:val="0"/>
                <w:numId w:val="27"/>
              </w:numPr>
              <w:rPr>
                <w:rFonts w:ascii="Aptos" w:hAnsi="Aptos" w:cstheme="majorHAnsi"/>
              </w:rPr>
            </w:pPr>
          </w:p>
        </w:tc>
        <w:tc>
          <w:tcPr>
            <w:tcW w:w="10350" w:type="dxa"/>
          </w:tcPr>
          <w:p w14:paraId="3737A145" w14:textId="5FE23CF6" w:rsidR="00C2259F" w:rsidRPr="00F72A88" w:rsidRDefault="00C2259F" w:rsidP="00C2259F">
            <w:pPr>
              <w:pStyle w:val="steptext"/>
              <w:rPr>
                <w:rFonts w:ascii="Aptos" w:hAnsi="Aptos" w:cstheme="minorHAnsi"/>
              </w:rPr>
            </w:pPr>
            <w:r>
              <w:rPr>
                <w:rFonts w:ascii="Aptos" w:hAnsi="Aptos" w:cstheme="minorHAnsi"/>
              </w:rPr>
              <w:t xml:space="preserve">Make note of the </w:t>
            </w:r>
            <w:r w:rsidRPr="00F72A88">
              <w:rPr>
                <w:rFonts w:ascii="Aptos" w:hAnsi="Aptos" w:cstheme="minorHAnsi"/>
              </w:rPr>
              <w:t xml:space="preserve">newly created </w:t>
            </w:r>
            <w:r>
              <w:rPr>
                <w:rFonts w:ascii="Aptos" w:hAnsi="Aptos" w:cstheme="minorHAnsi"/>
              </w:rPr>
              <w:t>purchase order</w:t>
            </w:r>
            <w:r w:rsidRPr="00F72A88">
              <w:rPr>
                <w:rFonts w:ascii="Aptos" w:hAnsi="Aptos" w:cstheme="minorHAnsi"/>
              </w:rPr>
              <w:t xml:space="preserve"> number. </w:t>
            </w:r>
          </w:p>
          <w:p w14:paraId="6C32AB95" w14:textId="77777777" w:rsidR="00C2259F" w:rsidRPr="00F72A88" w:rsidRDefault="00C2259F" w:rsidP="00C2259F">
            <w:pPr>
              <w:pStyle w:val="steptext"/>
              <w:jc w:val="center"/>
              <w:rPr>
                <w:rFonts w:ascii="Aptos" w:hAnsi="Aptos" w:cstheme="minorHAnsi"/>
              </w:rPr>
            </w:pPr>
            <w:r w:rsidRPr="00E00101">
              <w:rPr>
                <w:rFonts w:ascii="Aptos" w:hAnsi="Aptos" w:cstheme="minorHAnsi"/>
                <w:bCs/>
                <w:noProof/>
              </w:rPr>
              <mc:AlternateContent>
                <mc:Choice Requires="wps">
                  <w:drawing>
                    <wp:anchor distT="0" distB="0" distL="114300" distR="114300" simplePos="0" relativeHeight="252200960" behindDoc="0" locked="0" layoutInCell="1" allowOverlap="1" wp14:anchorId="55540BA5" wp14:editId="4E55B36B">
                      <wp:simplePos x="0" y="0"/>
                      <wp:positionH relativeFrom="column">
                        <wp:posOffset>1676400</wp:posOffset>
                      </wp:positionH>
                      <wp:positionV relativeFrom="paragraph">
                        <wp:posOffset>791845</wp:posOffset>
                      </wp:positionV>
                      <wp:extent cx="1473200" cy="241300"/>
                      <wp:effectExtent l="0" t="0" r="12700" b="25400"/>
                      <wp:wrapNone/>
                      <wp:docPr id="1068479677" name="Rectangle: Rounded Corners 5"/>
                      <wp:cNvGraphicFramePr/>
                      <a:graphic xmlns:a="http://schemas.openxmlformats.org/drawingml/2006/main">
                        <a:graphicData uri="http://schemas.microsoft.com/office/word/2010/wordprocessingShape">
                          <wps:wsp>
                            <wps:cNvSpPr/>
                            <wps:spPr>
                              <a:xfrm>
                                <a:off x="0" y="0"/>
                                <a:ext cx="1473200" cy="241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F3AA7" id="Rectangle: Rounded Corners 5" o:spid="_x0000_s1026" style="position:absolute;margin-left:132pt;margin-top:62.35pt;width:116pt;height:19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" filled="f" strokecolor="red" strokeweight="1pt">
                      <v:stroke joinstyle="miter"/>
                    </v:roundrect>
                  </w:pict>
                </mc:Fallback>
              </mc:AlternateContent>
            </w:r>
            <w:r>
              <w:rPr>
                <w:rFonts w:ascii="Aptos" w:hAnsi="Aptos" w:cstheme="minorHAnsi"/>
                <w:noProof/>
              </w:rPr>
              <w:drawing>
                <wp:inline distT="0" distB="0" distL="0" distR="0" wp14:anchorId="0FF51302" wp14:editId="5154CB61">
                  <wp:extent cx="3613148" cy="850629"/>
                  <wp:effectExtent l="171450" t="171450" r="197485" b="330835"/>
                  <wp:docPr id="1125888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88484" name="Picture 1125888484"/>
                          <pic:cNvPicPr/>
                        </pic:nvPicPr>
                        <pic:blipFill>
                          <a:blip r:embed="rId31"/>
                          <a:stretch>
                            <a:fillRect/>
                          </a:stretch>
                        </pic:blipFill>
                        <pic:spPr>
                          <a:xfrm>
                            <a:off x="0" y="0"/>
                            <a:ext cx="3632581" cy="855204"/>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C2259F" w:rsidRPr="00E00101" w14:paraId="08DDF4C9" w14:textId="77777777" w:rsidTr="00307DE8">
        <w:trPr>
          <w:cantSplit/>
        </w:trPr>
        <w:tc>
          <w:tcPr>
            <w:tcW w:w="11070" w:type="dxa"/>
            <w:gridSpan w:val="2"/>
          </w:tcPr>
          <w:p w14:paraId="21948D7F" w14:textId="77777777" w:rsidR="00C2259F" w:rsidRDefault="00C2259F" w:rsidP="00C2259F">
            <w:pPr>
              <w:pStyle w:val="steptext"/>
              <w:jc w:val="center"/>
              <w:rPr>
                <w:rFonts w:ascii="Aptos" w:hAnsi="Aptos" w:cstheme="minorHAnsi"/>
                <w:b/>
                <w:bCs/>
                <w:color w:val="196B24" w:themeColor="accent3"/>
              </w:rPr>
            </w:pPr>
            <w:r w:rsidRPr="00E00101">
              <w:rPr>
                <w:rFonts w:ascii="Aptos" w:hAnsi="Aptos" w:cstheme="minorHAnsi"/>
                <w:b/>
                <w:bCs/>
                <w:color w:val="196B24" w:themeColor="accent3"/>
              </w:rPr>
              <w:t>Generat</w:t>
            </w:r>
            <w:r>
              <w:rPr>
                <w:rFonts w:ascii="Aptos" w:hAnsi="Aptos" w:cstheme="minorHAnsi"/>
                <w:b/>
                <w:bCs/>
                <w:color w:val="196B24" w:themeColor="accent3"/>
              </w:rPr>
              <w:t>e</w:t>
            </w:r>
            <w:r w:rsidRPr="00E00101">
              <w:rPr>
                <w:rFonts w:ascii="Aptos" w:hAnsi="Aptos" w:cstheme="minorHAnsi"/>
                <w:b/>
                <w:bCs/>
                <w:color w:val="196B24" w:themeColor="accent3"/>
              </w:rPr>
              <w:t xml:space="preserve"> Purchase Order from Requisition: Complete</w:t>
            </w:r>
          </w:p>
          <w:p w14:paraId="5B050ACA" w14:textId="77777777" w:rsidR="00C2259F" w:rsidRPr="008B317C" w:rsidRDefault="00C2259F" w:rsidP="00C2259F">
            <w:pPr>
              <w:pStyle w:val="steptext"/>
              <w:jc w:val="center"/>
              <w:rPr>
                <w:rFonts w:ascii="Aptos" w:hAnsi="Aptos" w:cstheme="minorHAnsi"/>
                <w:b/>
                <w:bCs/>
                <w:color w:val="196B24" w:themeColor="accent3"/>
              </w:rPr>
            </w:pPr>
            <w:r w:rsidRPr="008B317C">
              <w:rPr>
                <w:rFonts w:ascii="Aptos" w:hAnsi="Aptos" w:cstheme="minorHAnsi"/>
                <w:b/>
                <w:bCs/>
                <w:color w:val="196B24" w:themeColor="accent3"/>
              </w:rPr>
              <w:t xml:space="preserve">Click the </w:t>
            </w:r>
            <w:r w:rsidRPr="008B317C">
              <w:rPr>
                <w:rFonts w:ascii="Aptos" w:hAnsi="Aptos" w:cstheme="minorHAnsi"/>
                <w:b/>
                <w:bCs/>
                <w:color w:val="FF0000"/>
              </w:rPr>
              <w:t>Red X</w:t>
            </w:r>
            <w:r w:rsidRPr="008B317C">
              <w:rPr>
                <w:rFonts w:ascii="Aptos" w:hAnsi="Aptos" w:cstheme="minorHAnsi"/>
                <w:b/>
                <w:bCs/>
                <w:color w:val="92D050"/>
              </w:rPr>
              <w:t xml:space="preserve"> </w:t>
            </w:r>
            <w:r w:rsidRPr="008B317C">
              <w:rPr>
                <w:rFonts w:ascii="Aptos" w:hAnsi="Aptos" w:cstheme="minorHAnsi"/>
                <w:b/>
                <w:bCs/>
                <w:color w:val="196B24" w:themeColor="accent3"/>
              </w:rPr>
              <w:t xml:space="preserve">to close.  </w:t>
            </w:r>
          </w:p>
          <w:p w14:paraId="6B7BD66D" w14:textId="3D11B71E" w:rsidR="00C2259F" w:rsidRPr="00E00101" w:rsidRDefault="00C2259F" w:rsidP="00C2259F">
            <w:pPr>
              <w:pStyle w:val="steptext"/>
              <w:jc w:val="center"/>
              <w:rPr>
                <w:rFonts w:ascii="Aptos" w:hAnsi="Aptos" w:cstheme="majorHAnsi"/>
              </w:rPr>
            </w:pPr>
            <w:r w:rsidRPr="002210D0">
              <w:rPr>
                <w:rFonts w:cstheme="minorHAnsi"/>
                <w:bCs/>
                <w:noProof/>
              </w:rPr>
              <mc:AlternateContent>
                <mc:Choice Requires="wps">
                  <w:drawing>
                    <wp:anchor distT="0" distB="0" distL="114300" distR="114300" simplePos="0" relativeHeight="252212224" behindDoc="0" locked="0" layoutInCell="1" allowOverlap="1" wp14:anchorId="3193AA38" wp14:editId="018FAB6B">
                      <wp:simplePos x="0" y="0"/>
                      <wp:positionH relativeFrom="column">
                        <wp:posOffset>3265460</wp:posOffset>
                      </wp:positionH>
                      <wp:positionV relativeFrom="paragraph">
                        <wp:posOffset>198755</wp:posOffset>
                      </wp:positionV>
                      <wp:extent cx="209550" cy="190500"/>
                      <wp:effectExtent l="0" t="0" r="19050" b="19050"/>
                      <wp:wrapNone/>
                      <wp:docPr id="82649572" name="Rectangle: Rounded Corners 5"/>
                      <wp:cNvGraphicFramePr/>
                      <a:graphic xmlns:a="http://schemas.openxmlformats.org/drawingml/2006/main">
                        <a:graphicData uri="http://schemas.microsoft.com/office/word/2010/wordprocessingShape">
                          <wps:wsp>
                            <wps:cNvSpPr/>
                            <wps:spPr>
                              <a:xfrm>
                                <a:off x="0" y="0"/>
                                <a:ext cx="209550" cy="1905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1C5A1" id="Rectangle: Rounded Corners 5" o:spid="_x0000_s1026" style="position:absolute;margin-left:257.1pt;margin-top:15.65pt;width:16.5pt;height:1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" filled="f" strokecolor="red" strokeweight="2pt"/>
                  </w:pict>
                </mc:Fallback>
              </mc:AlternateContent>
            </w:r>
            <w:r w:rsidRPr="00E00101">
              <w:rPr>
                <w:rFonts w:ascii="Aptos" w:hAnsi="Aptos" w:cstheme="minorHAnsi"/>
                <w:b/>
                <w:bCs/>
                <w:noProof/>
                <w:color w:val="196B24" w:themeColor="accent3"/>
                <w14:ligatures w14:val="standardContextual"/>
              </w:rPr>
              <w:drawing>
                <wp:inline distT="0" distB="0" distL="0" distR="0" wp14:anchorId="16DC6B06" wp14:editId="79B27501">
                  <wp:extent cx="2543530" cy="247685"/>
                  <wp:effectExtent l="171450" t="171450" r="219075" b="361950"/>
                  <wp:docPr id="2122958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bl>
    <w:p w14:paraId="460466C3" w14:textId="77777777" w:rsidR="00836676" w:rsidRDefault="00836676">
      <w:pPr>
        <w:rPr>
          <w:rFonts w:ascii="Aptos" w:hAnsi="Aptos"/>
        </w:rPr>
      </w:pPr>
      <w:r>
        <w:rPr>
          <w:rFonts w:ascii="Aptos" w:hAnsi="Aptos"/>
        </w:rPr>
        <w:br w:type="page"/>
      </w:r>
    </w:p>
    <w:p w14:paraId="31E712F8" w14:textId="77777777" w:rsidR="004F5DDE" w:rsidRPr="00590B1A" w:rsidRDefault="004F5DDE" w:rsidP="004E6824">
      <w:pPr>
        <w:pStyle w:val="Heading1"/>
        <w:numPr>
          <w:ilvl w:val="0"/>
          <w:numId w:val="23"/>
        </w:numPr>
        <w:spacing w:before="0" w:line="480" w:lineRule="auto"/>
        <w15:collapsed/>
        <w:rPr>
          <w:rFonts w:ascii="Aptos" w:hAnsi="Aptos" w:cstheme="majorHAnsi"/>
          <w:color w:val="0A2F41" w:themeColor="accent1" w:themeShade="80"/>
        </w:rPr>
      </w:pPr>
      <w:r w:rsidRPr="00590B1A">
        <w:rPr>
          <w:rFonts w:ascii="Aptos" w:hAnsi="Aptos" w:cstheme="majorHAnsi"/>
          <w:color w:val="0A2F41" w:themeColor="accent1" w:themeShade="80"/>
        </w:rPr>
        <w:lastRenderedPageBreak/>
        <w:t>Generate</w:t>
      </w:r>
      <w:r w:rsidR="002854E4" w:rsidRPr="00590B1A">
        <w:rPr>
          <w:rFonts w:ascii="Aptos" w:hAnsi="Aptos" w:cstheme="majorHAnsi"/>
          <w:color w:val="0A2F41" w:themeColor="accent1" w:themeShade="80"/>
        </w:rPr>
        <w:t xml:space="preserve"> </w:t>
      </w:r>
      <w:r w:rsidRPr="00590B1A">
        <w:rPr>
          <w:rFonts w:ascii="Aptos" w:hAnsi="Aptos" w:cstheme="majorHAnsi"/>
          <w:color w:val="0A2F41" w:themeColor="accent1" w:themeShade="80"/>
        </w:rPr>
        <w:t>Purchase Order from a Contract</w:t>
      </w:r>
    </w:p>
    <w:tbl>
      <w:tblPr>
        <w:tblStyle w:val="TableGrid"/>
        <w:tblW w:w="11124" w:type="dxa"/>
        <w:jc w:val="center"/>
        <w:tblLook w:val="04A0" w:firstRow="1" w:lastRow="0" w:firstColumn="1" w:lastColumn="0" w:noHBand="0" w:noVBand="1"/>
      </w:tblPr>
      <w:tblGrid>
        <w:gridCol w:w="678"/>
        <w:gridCol w:w="10446"/>
      </w:tblGrid>
      <w:tr w:rsidR="004F5DDE" w:rsidRPr="00E00101" w14:paraId="1D1579E5" w14:textId="77777777" w:rsidTr="001C4ADF">
        <w:trPr>
          <w:jc w:val="center"/>
        </w:trPr>
        <w:tc>
          <w:tcPr>
            <w:tcW w:w="678" w:type="dxa"/>
            <w:shd w:val="clear" w:color="auto" w:fill="ADADAD" w:themeFill="background2" w:themeFillShade="BF"/>
          </w:tcPr>
          <w:p w14:paraId="08CF7C8E" w14:textId="77777777" w:rsidR="004F5DDE" w:rsidRPr="00590B1A" w:rsidRDefault="004F5DDE" w:rsidP="00590B1A">
            <w:pPr>
              <w:keepNext/>
              <w:keepLines/>
              <w:rPr>
                <w:rFonts w:ascii="Aptos" w:hAnsi="Aptos" w:cstheme="majorHAnsi"/>
                <w:b/>
                <w:bCs/>
              </w:rPr>
            </w:pPr>
            <w:r w:rsidRPr="00590B1A">
              <w:rPr>
                <w:rFonts w:ascii="Aptos" w:hAnsi="Aptos" w:cstheme="majorHAnsi"/>
                <w:b/>
                <w:bCs/>
              </w:rPr>
              <w:t>Step</w:t>
            </w:r>
          </w:p>
        </w:tc>
        <w:tc>
          <w:tcPr>
            <w:tcW w:w="10446" w:type="dxa"/>
            <w:shd w:val="clear" w:color="auto" w:fill="ADADAD" w:themeFill="background2" w:themeFillShade="BF"/>
          </w:tcPr>
          <w:p w14:paraId="1AE9F981" w14:textId="77777777" w:rsidR="004F5DDE" w:rsidRPr="00E00101" w:rsidRDefault="004F5DDE" w:rsidP="00590B1A">
            <w:pPr>
              <w:keepNext/>
              <w:keepLines/>
              <w:rPr>
                <w:rFonts w:ascii="Aptos" w:hAnsi="Aptos" w:cstheme="majorHAnsi"/>
                <w:b/>
                <w:bCs/>
              </w:rPr>
            </w:pPr>
            <w:r w:rsidRPr="00E00101">
              <w:rPr>
                <w:rFonts w:ascii="Aptos" w:hAnsi="Aptos" w:cstheme="majorHAnsi"/>
                <w:b/>
                <w:bCs/>
              </w:rPr>
              <w:t>Instruction / Explanation</w:t>
            </w:r>
          </w:p>
        </w:tc>
      </w:tr>
      <w:tr w:rsidR="00222527" w:rsidRPr="00E00101" w14:paraId="70D96765" w14:textId="77777777" w:rsidTr="001C4ADF">
        <w:trPr>
          <w:jc w:val="center"/>
        </w:trPr>
        <w:tc>
          <w:tcPr>
            <w:tcW w:w="678" w:type="dxa"/>
          </w:tcPr>
          <w:p w14:paraId="5BF20A3A" w14:textId="77777777" w:rsidR="00222527" w:rsidRPr="00590B1A" w:rsidRDefault="00222527" w:rsidP="00590B1A">
            <w:pPr>
              <w:pStyle w:val="ListParagraph"/>
              <w:keepNext/>
              <w:keepLines/>
              <w:numPr>
                <w:ilvl w:val="0"/>
                <w:numId w:val="28"/>
              </w:numPr>
              <w:rPr>
                <w:rFonts w:ascii="Aptos" w:hAnsi="Aptos" w:cstheme="majorHAnsi"/>
              </w:rPr>
            </w:pPr>
          </w:p>
        </w:tc>
        <w:tc>
          <w:tcPr>
            <w:tcW w:w="10446" w:type="dxa"/>
          </w:tcPr>
          <w:p w14:paraId="6F7F2A36" w14:textId="77777777" w:rsidR="00D7566D" w:rsidRDefault="00D7566D" w:rsidP="00590B1A">
            <w:pPr>
              <w:keepNext/>
              <w:keepLines/>
              <w:rPr>
                <w:rFonts w:ascii="Aptos" w:hAnsi="Aptos" w:cstheme="majorHAnsi"/>
              </w:rPr>
            </w:pPr>
            <w:r>
              <w:rPr>
                <w:rFonts w:ascii="Aptos" w:hAnsi="Aptos" w:cstheme="majorHAnsi"/>
              </w:rPr>
              <w:t xml:space="preserve">Choose a Menu Selection/Pathway Option: </w:t>
            </w:r>
          </w:p>
          <w:p w14:paraId="7C833CF8" w14:textId="77777777" w:rsidR="00D7566D" w:rsidRPr="00E00101" w:rsidRDefault="00D7566D" w:rsidP="00590B1A">
            <w:pPr>
              <w:pStyle w:val="NormalWeb"/>
              <w:keepNext/>
              <w:keepLines/>
              <w:rPr>
                <w:rStyle w:val="Strong"/>
                <w:rFonts w:ascii="Aptos" w:eastAsiaTheme="minorEastAsia" w:hAnsi="Aptos" w:cs="Calibri"/>
                <w:b w:val="0"/>
                <w:bCs w:val="0"/>
                <w:sz w:val="20"/>
                <w:szCs w:val="20"/>
                <w:lang w:val="en"/>
              </w:rPr>
            </w:pPr>
            <w:r w:rsidRPr="00F13736">
              <w:rPr>
                <w:rFonts w:ascii="Aptos" w:hAnsi="Aptos" w:cs="Calibri"/>
                <w:b/>
                <w:bCs/>
                <w:color w:val="0E2841" w:themeColor="text2"/>
                <w:sz w:val="20"/>
                <w:szCs w:val="20"/>
                <w:lang w:val="en"/>
              </w:rPr>
              <w:t>State of Nebraska &gt; Purchasing &gt;</w:t>
            </w:r>
            <w:r w:rsidRPr="00F13736">
              <w:rPr>
                <w:rFonts w:ascii="Aptos" w:hAnsi="Aptos" w:cs="Calibri"/>
                <w:color w:val="0E2841" w:themeColor="text2"/>
                <w:sz w:val="20"/>
                <w:szCs w:val="20"/>
                <w:lang w:val="en"/>
              </w:rPr>
              <w:t xml:space="preserve"> </w:t>
            </w:r>
            <w:r w:rsidRPr="00F13736">
              <w:rPr>
                <w:rFonts w:ascii="Aptos" w:hAnsi="Aptos" w:cs="Calibri"/>
                <w:b/>
                <w:bCs/>
                <w:color w:val="0E2841" w:themeColor="text2"/>
                <w:sz w:val="20"/>
                <w:szCs w:val="20"/>
                <w:lang w:val="en"/>
              </w:rPr>
              <w:t>Purchase Orders &gt; Generate Purchase Order</w:t>
            </w:r>
            <w:r w:rsidRPr="00F13736">
              <w:rPr>
                <w:rStyle w:val="Strong"/>
                <w:rFonts w:ascii="Aptos" w:hAnsi="Aptos" w:cs="Calibri"/>
                <w:b w:val="0"/>
                <w:bCs w:val="0"/>
                <w:color w:val="0E2841" w:themeColor="text2"/>
                <w:sz w:val="20"/>
                <w:szCs w:val="20"/>
                <w:lang w:val="en"/>
              </w:rPr>
              <w:t xml:space="preserve"> </w:t>
            </w:r>
            <w:r w:rsidRPr="00F13736">
              <w:rPr>
                <w:rStyle w:val="Strong"/>
                <w:rFonts w:ascii="Aptos" w:hAnsi="Aptos" w:cs="Calibri"/>
                <w:color w:val="0E2841" w:themeColor="text2"/>
                <w:sz w:val="20"/>
                <w:szCs w:val="20"/>
                <w:lang w:val="en"/>
              </w:rPr>
              <w:t>from Contract</w:t>
            </w:r>
          </w:p>
          <w:p w14:paraId="51C6F0E7" w14:textId="77777777" w:rsidR="00D7566D" w:rsidRPr="00E00101"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E00101">
              <w:rPr>
                <w:rStyle w:val="Strong"/>
                <w:rFonts w:ascii="Aptos" w:hAnsi="Aptos" w:cs="Calibri"/>
                <w:b w:val="0"/>
                <w:bCs w:val="0"/>
                <w:sz w:val="20"/>
                <w:szCs w:val="20"/>
                <w:lang w:val="en"/>
              </w:rPr>
              <w:t>Gen Service Purchase Order (O9) from Agency Service Contract (O4)</w:t>
            </w:r>
          </w:p>
          <w:p w14:paraId="58149CAB" w14:textId="77777777" w:rsidR="00D7566D" w:rsidRPr="00E00101"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E00101">
              <w:rPr>
                <w:rStyle w:val="Strong"/>
                <w:rFonts w:ascii="Aptos" w:hAnsi="Aptos" w:cs="Calibri"/>
                <w:b w:val="0"/>
                <w:bCs w:val="0"/>
                <w:sz w:val="20"/>
                <w:szCs w:val="20"/>
                <w:lang w:val="en"/>
              </w:rPr>
              <w:t>Gen Service Purchase Order-Two Way Match (Z8) from Agency Service Contract (O4</w:t>
            </w:r>
            <w:r w:rsidR="002854E4">
              <w:rPr>
                <w:rStyle w:val="Strong"/>
                <w:rFonts w:ascii="Aptos" w:hAnsi="Aptos" w:cs="Calibri"/>
                <w:b w:val="0"/>
                <w:bCs w:val="0"/>
                <w:sz w:val="20"/>
                <w:szCs w:val="20"/>
                <w:lang w:val="en"/>
              </w:rPr>
              <w:t>)</w:t>
            </w:r>
          </w:p>
          <w:p w14:paraId="29CB224A" w14:textId="77777777" w:rsidR="00D7566D" w:rsidRPr="00E00101"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E00101">
              <w:rPr>
                <w:rStyle w:val="Strong"/>
                <w:rFonts w:ascii="Aptos" w:hAnsi="Aptos" w:cs="Calibri"/>
                <w:b w:val="0"/>
                <w:bCs w:val="0"/>
                <w:sz w:val="20"/>
                <w:szCs w:val="20"/>
                <w:lang w:val="en"/>
              </w:rPr>
              <w:t>Gen Service Purchase Order (O9) from SPB Service Contract (P4)</w:t>
            </w:r>
          </w:p>
          <w:p w14:paraId="70EF4660" w14:textId="77777777" w:rsidR="00D7566D" w:rsidRPr="00E00101"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E00101">
              <w:rPr>
                <w:rStyle w:val="Strong"/>
                <w:rFonts w:ascii="Aptos" w:hAnsi="Aptos" w:cs="Calibri"/>
                <w:b w:val="0"/>
                <w:bCs w:val="0"/>
                <w:sz w:val="20"/>
                <w:szCs w:val="20"/>
                <w:lang w:val="en"/>
              </w:rPr>
              <w:t>Gen Service Purchase Order - Two Way Match (Z8) from SPB Service Contract (P4)</w:t>
            </w:r>
          </w:p>
          <w:p w14:paraId="266BB462" w14:textId="77777777" w:rsidR="002854E4" w:rsidRPr="00E00101"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2854E4">
              <w:rPr>
                <w:rStyle w:val="Strong"/>
                <w:rFonts w:ascii="Aptos" w:hAnsi="Aptos" w:cs="Calibri"/>
                <w:b w:val="0"/>
                <w:bCs w:val="0"/>
                <w:sz w:val="20"/>
                <w:szCs w:val="20"/>
                <w:lang w:val="en"/>
              </w:rPr>
              <w:t>Gen Commodity Purchase Order (OG) from Agency Commodity Contract (CC)</w:t>
            </w:r>
          </w:p>
          <w:p w14:paraId="0CF3CF79" w14:textId="77777777" w:rsidR="00D7566D" w:rsidRPr="002854E4"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2854E4">
              <w:rPr>
                <w:rStyle w:val="Strong"/>
                <w:rFonts w:ascii="Aptos" w:hAnsi="Aptos" w:cs="Calibri"/>
                <w:b w:val="0"/>
                <w:bCs w:val="0"/>
                <w:sz w:val="20"/>
                <w:szCs w:val="20"/>
                <w:lang w:val="en"/>
              </w:rPr>
              <w:t xml:space="preserve">Gen Commodity Purchase Order (OG) from SPB Commodity Contract (OC) </w:t>
            </w:r>
            <w:r w:rsidRPr="002854E4">
              <w:rPr>
                <w:rStyle w:val="Strong"/>
                <w:rFonts w:ascii="Aptos" w:hAnsi="Aptos" w:cs="Calibri"/>
                <w:b w:val="0"/>
                <w:bCs w:val="0"/>
                <w:sz w:val="20"/>
                <w:szCs w:val="20"/>
                <w:lang w:val="en"/>
              </w:rPr>
              <w:tab/>
            </w:r>
          </w:p>
          <w:p w14:paraId="006B0D75" w14:textId="77777777" w:rsidR="002854E4"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2854E4">
              <w:rPr>
                <w:rStyle w:val="Strong"/>
                <w:rFonts w:ascii="Aptos" w:hAnsi="Aptos" w:cs="Calibri"/>
                <w:b w:val="0"/>
                <w:bCs w:val="0"/>
                <w:sz w:val="20"/>
                <w:szCs w:val="20"/>
                <w:lang w:val="en"/>
              </w:rPr>
              <w:t>Gen IT Commodity/Service Purchase Order (O6) from Agency Service Contract (O4)</w:t>
            </w:r>
          </w:p>
          <w:p w14:paraId="25EFF355" w14:textId="77777777" w:rsidR="00D7566D" w:rsidRPr="002854E4"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2854E4">
              <w:rPr>
                <w:rStyle w:val="Strong"/>
                <w:rFonts w:ascii="Aptos" w:hAnsi="Aptos" w:cs="Calibri"/>
                <w:b w:val="0"/>
                <w:bCs w:val="0"/>
                <w:sz w:val="20"/>
                <w:szCs w:val="20"/>
                <w:lang w:val="en"/>
              </w:rPr>
              <w:t>Gen IT Commodity/Service Purchase Order (O6) from Agency Commodity Contract (CC)</w:t>
            </w:r>
          </w:p>
          <w:p w14:paraId="0156D5B5" w14:textId="77777777" w:rsidR="00D7566D" w:rsidRPr="00E00101"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E00101">
              <w:rPr>
                <w:rStyle w:val="Strong"/>
                <w:rFonts w:ascii="Aptos" w:hAnsi="Aptos" w:cs="Calibri"/>
                <w:b w:val="0"/>
                <w:bCs w:val="0"/>
                <w:sz w:val="20"/>
                <w:szCs w:val="20"/>
                <w:lang w:val="en"/>
              </w:rPr>
              <w:t>Gen IT Commodity/Service Purchase Order (O6) from SPB Service Contract (P4)</w:t>
            </w:r>
          </w:p>
          <w:p w14:paraId="7B5126DA" w14:textId="77777777" w:rsidR="00D7566D" w:rsidRPr="00E00101"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E00101">
              <w:rPr>
                <w:rStyle w:val="Strong"/>
                <w:rFonts w:ascii="Aptos" w:hAnsi="Aptos" w:cs="Calibri"/>
                <w:b w:val="0"/>
                <w:bCs w:val="0"/>
                <w:sz w:val="20"/>
                <w:szCs w:val="20"/>
                <w:lang w:val="en"/>
              </w:rPr>
              <w:t>Gen IT Commodity/Service Purchase Order (O6) from SPB Commodity Contract (OC)</w:t>
            </w:r>
          </w:p>
          <w:p w14:paraId="734C7430" w14:textId="77777777" w:rsidR="00D7566D" w:rsidRPr="00E00101" w:rsidRDefault="00D7566D" w:rsidP="00590B1A">
            <w:pPr>
              <w:pStyle w:val="NormalWeb"/>
              <w:keepNext/>
              <w:keepLines/>
              <w:numPr>
                <w:ilvl w:val="0"/>
                <w:numId w:val="20"/>
              </w:numPr>
              <w:rPr>
                <w:rStyle w:val="Strong"/>
                <w:rFonts w:ascii="Aptos" w:eastAsiaTheme="minorEastAsia" w:hAnsi="Aptos" w:cs="Calibri"/>
                <w:b w:val="0"/>
                <w:bCs w:val="0"/>
                <w:sz w:val="20"/>
                <w:szCs w:val="20"/>
                <w:lang w:val="en"/>
              </w:rPr>
            </w:pPr>
            <w:r w:rsidRPr="00E00101">
              <w:rPr>
                <w:rStyle w:val="Strong"/>
                <w:rFonts w:ascii="Aptos" w:hAnsi="Aptos" w:cs="Calibri"/>
                <w:b w:val="0"/>
                <w:bCs w:val="0"/>
                <w:sz w:val="20"/>
                <w:szCs w:val="20"/>
                <w:lang w:val="en"/>
              </w:rPr>
              <w:t>Gen Motor Vehicle Purchase Order (OU) from SPB Commodity Contract (OC)</w:t>
            </w:r>
          </w:p>
          <w:p w14:paraId="5712544A" w14:textId="77777777" w:rsidR="00D7566D" w:rsidRPr="00E00101" w:rsidRDefault="00D7566D" w:rsidP="00590B1A">
            <w:pPr>
              <w:pStyle w:val="NormalWeb"/>
              <w:keepNext/>
              <w:keepLines/>
              <w:numPr>
                <w:ilvl w:val="0"/>
                <w:numId w:val="20"/>
              </w:numPr>
              <w:rPr>
                <w:rStyle w:val="Strong"/>
                <w:rFonts w:ascii="Aptos" w:eastAsiaTheme="minorEastAsia" w:hAnsi="Aptos" w:cstheme="majorHAnsi"/>
                <w:color w:val="000000"/>
                <w:u w:val="single"/>
                <w:lang w:val="en"/>
              </w:rPr>
            </w:pPr>
            <w:r w:rsidRPr="00E00101">
              <w:rPr>
                <w:rStyle w:val="Strong"/>
                <w:rFonts w:ascii="Aptos" w:hAnsi="Aptos" w:cs="Calibri"/>
                <w:b w:val="0"/>
                <w:bCs w:val="0"/>
                <w:sz w:val="20"/>
                <w:szCs w:val="20"/>
                <w:lang w:val="en"/>
              </w:rPr>
              <w:t>Gen Motor Vehicle - Exempt Purchase Order (OK) from SPB Commodity Contract (OC)</w:t>
            </w:r>
          </w:p>
          <w:p w14:paraId="753888A6" w14:textId="77777777" w:rsidR="00D7566D" w:rsidRDefault="00D7566D" w:rsidP="00590B1A">
            <w:pPr>
              <w:keepNext/>
              <w:keepLines/>
              <w:rPr>
                <w:rFonts w:ascii="Aptos" w:hAnsi="Aptos" w:cstheme="majorHAnsi"/>
              </w:rPr>
            </w:pPr>
          </w:p>
          <w:p w14:paraId="093E6127" w14:textId="74BC4F24" w:rsidR="00222527" w:rsidRDefault="002854E4">
            <w:pPr>
              <w:keepNext/>
              <w:keepLines/>
              <w:rPr>
                <w:rStyle w:val="Strong"/>
                <w:rFonts w:ascii="Aptos" w:hAnsi="Aptos" w:cs="Calibri"/>
                <w:color w:val="0E2841" w:themeColor="text2"/>
                <w:sz w:val="20"/>
                <w:szCs w:val="20"/>
                <w:lang w:val="en"/>
              </w:rPr>
            </w:pPr>
            <w:r w:rsidRPr="00E00101">
              <w:rPr>
                <w:rFonts w:ascii="Aptos" w:hAnsi="Aptos" w:cstheme="majorHAnsi"/>
              </w:rPr>
              <w:t>Th</w:t>
            </w:r>
            <w:r>
              <w:rPr>
                <w:rFonts w:ascii="Aptos" w:hAnsi="Aptos" w:cstheme="majorHAnsi"/>
              </w:rPr>
              <w:t>e</w:t>
            </w:r>
            <w:r w:rsidRPr="00E00101">
              <w:rPr>
                <w:rFonts w:ascii="Aptos" w:hAnsi="Aptos" w:cstheme="majorHAnsi"/>
              </w:rPr>
              <w:t xml:space="preserve"> process is the same for all</w:t>
            </w:r>
            <w:r>
              <w:rPr>
                <w:rFonts w:ascii="Aptos" w:hAnsi="Aptos" w:cstheme="majorHAnsi"/>
              </w:rPr>
              <w:t xml:space="preserve"> purchase order-from-contract doc types</w:t>
            </w:r>
            <w:r w:rsidR="004E6824">
              <w:rPr>
                <w:rFonts w:ascii="Aptos" w:hAnsi="Aptos" w:cstheme="majorHAnsi"/>
              </w:rPr>
              <w:t>.</w:t>
            </w:r>
            <w:r>
              <w:rPr>
                <w:rFonts w:ascii="Aptos" w:hAnsi="Aptos" w:cstheme="majorHAnsi"/>
              </w:rPr>
              <w:t xml:space="preserve"> </w:t>
            </w:r>
            <w:r w:rsidR="00222527" w:rsidRPr="00E00101">
              <w:rPr>
                <w:rFonts w:ascii="Aptos" w:hAnsi="Aptos" w:cstheme="majorHAnsi"/>
              </w:rPr>
              <w:t>This</w:t>
            </w:r>
            <w:r w:rsidR="00836676">
              <w:rPr>
                <w:rFonts w:ascii="Aptos" w:hAnsi="Aptos" w:cstheme="majorHAnsi"/>
              </w:rPr>
              <w:t xml:space="preserve"> example</w:t>
            </w:r>
            <w:r>
              <w:rPr>
                <w:rFonts w:ascii="Aptos" w:hAnsi="Aptos" w:cstheme="majorHAnsi"/>
              </w:rPr>
              <w:t xml:space="preserve"> will demonstrate </w:t>
            </w:r>
            <w:r w:rsidR="00836676">
              <w:rPr>
                <w:rFonts w:ascii="Aptos" w:hAnsi="Aptos" w:cstheme="majorHAnsi"/>
              </w:rPr>
              <w:t>generating a service purchase order (O9) from an agency service contract (O4)</w:t>
            </w:r>
          </w:p>
          <w:p w14:paraId="3921D0E3" w14:textId="77777777" w:rsidR="00797908" w:rsidRDefault="00797908">
            <w:pPr>
              <w:keepNext/>
              <w:keepLines/>
              <w:rPr>
                <w:rStyle w:val="Strong"/>
                <w:color w:val="0E2841" w:themeColor="text2"/>
                <w:sz w:val="20"/>
                <w:szCs w:val="20"/>
                <w:lang w:val="en"/>
              </w:rPr>
            </w:pPr>
          </w:p>
          <w:p w14:paraId="61576563" w14:textId="77777777" w:rsidR="00797908" w:rsidRPr="006005DF" w:rsidRDefault="00797908" w:rsidP="00797908">
            <w:pPr>
              <w:rPr>
                <w:rFonts w:ascii="Aptos" w:hAnsi="Aptos" w:cstheme="majorHAnsi"/>
                <w:b/>
                <w:bCs/>
              </w:rPr>
            </w:pPr>
            <w:r w:rsidRPr="00816E8A">
              <w:rPr>
                <w:rFonts w:ascii="Aptos" w:hAnsi="Aptos" w:cs="Calibri"/>
                <w:b/>
                <w:bCs/>
              </w:rPr>
              <w:t>NOTE</w:t>
            </w:r>
            <w:r>
              <w:rPr>
                <w:rFonts w:ascii="Aptos" w:hAnsi="Aptos" w:cs="Calibri"/>
              </w:rPr>
              <w:t xml:space="preserve">: For instructions on how to add attachments to a purchase order see </w:t>
            </w:r>
            <w:hyperlink w:anchor="_Adding_Attachments_to" w:history="1">
              <w:r w:rsidRPr="00797908">
                <w:rPr>
                  <w:rStyle w:val="Hyperlink"/>
                  <w:rFonts w:ascii="Aptos" w:hAnsi="Aptos" w:cs="Calibri"/>
                </w:rPr>
                <w:t>Adding Attachments to Purchase Order</w:t>
              </w:r>
            </w:hyperlink>
          </w:p>
        </w:tc>
      </w:tr>
      <w:tr w:rsidR="004F5DDE" w:rsidRPr="00E00101" w14:paraId="2C561522" w14:textId="77777777" w:rsidTr="001C4ADF">
        <w:trPr>
          <w:jc w:val="center"/>
        </w:trPr>
        <w:tc>
          <w:tcPr>
            <w:tcW w:w="678" w:type="dxa"/>
          </w:tcPr>
          <w:p w14:paraId="5F608520" w14:textId="77777777" w:rsidR="004F5DDE" w:rsidRPr="00590B1A" w:rsidRDefault="004F5DDE" w:rsidP="00590B1A">
            <w:pPr>
              <w:pStyle w:val="ListParagraph"/>
              <w:numPr>
                <w:ilvl w:val="0"/>
                <w:numId w:val="28"/>
              </w:numPr>
              <w:rPr>
                <w:rFonts w:ascii="Aptos" w:hAnsi="Aptos" w:cstheme="majorHAnsi"/>
              </w:rPr>
            </w:pPr>
          </w:p>
        </w:tc>
        <w:tc>
          <w:tcPr>
            <w:tcW w:w="10446" w:type="dxa"/>
          </w:tcPr>
          <w:p w14:paraId="14E00B26" w14:textId="77777777" w:rsidR="00222527" w:rsidRPr="00E00101" w:rsidRDefault="00803A5A" w:rsidP="00222527">
            <w:pPr>
              <w:rPr>
                <w:rFonts w:ascii="Aptos" w:hAnsi="Aptos" w:cstheme="majorHAnsi"/>
              </w:rPr>
            </w:pPr>
            <w:r w:rsidRPr="00E00101">
              <w:rPr>
                <w:rFonts w:ascii="Aptos" w:hAnsi="Aptos" w:cstheme="majorHAnsi"/>
              </w:rPr>
              <w:t xml:space="preserve">Enter the contract number into the Order Number </w:t>
            </w:r>
            <w:r w:rsidR="004E6824" w:rsidRPr="00E00101">
              <w:rPr>
                <w:rFonts w:ascii="Aptos" w:hAnsi="Aptos" w:cstheme="majorHAnsi"/>
              </w:rPr>
              <w:t>field and</w:t>
            </w:r>
            <w:r w:rsidRPr="00E00101">
              <w:rPr>
                <w:rFonts w:ascii="Aptos" w:hAnsi="Aptos" w:cstheme="majorHAnsi"/>
              </w:rPr>
              <w:t xml:space="preserve"> click </w:t>
            </w:r>
            <w:r w:rsidR="004E6824" w:rsidRPr="00E00101">
              <w:rPr>
                <w:rFonts w:ascii="Aptos" w:hAnsi="Aptos" w:cstheme="majorHAnsi"/>
              </w:rPr>
              <w:t xml:space="preserve">the </w:t>
            </w:r>
            <w:r w:rsidR="004E6824">
              <w:rPr>
                <w:rFonts w:ascii="Aptos" w:hAnsi="Aptos" w:cstheme="majorHAnsi"/>
              </w:rPr>
              <w:t>“</w:t>
            </w:r>
            <w:r w:rsidR="004E6824" w:rsidRPr="003625C2">
              <w:rPr>
                <w:rFonts w:ascii="Aptos" w:hAnsi="Aptos" w:cstheme="majorHAnsi"/>
                <w:b/>
                <w:bCs/>
              </w:rPr>
              <w:t>Find</w:t>
            </w:r>
            <w:r w:rsidR="004E6824">
              <w:rPr>
                <w:rFonts w:ascii="Aptos" w:hAnsi="Aptos" w:cstheme="majorHAnsi"/>
              </w:rPr>
              <w:t>” button (</w:t>
            </w:r>
            <w:r w:rsidR="004E6824" w:rsidRPr="00E00101">
              <w:rPr>
                <w:rFonts w:ascii="Aptos" w:hAnsi="Aptos" w:cstheme="majorHAnsi"/>
              </w:rPr>
              <w:t>magnifying glass</w:t>
            </w:r>
            <w:r w:rsidR="004E6824">
              <w:rPr>
                <w:rFonts w:ascii="Aptos" w:hAnsi="Aptos" w:cstheme="majorHAnsi"/>
              </w:rPr>
              <w:t>)</w:t>
            </w:r>
            <w:r w:rsidRPr="00E00101">
              <w:rPr>
                <w:rFonts w:ascii="Aptos" w:hAnsi="Aptos" w:cstheme="majorHAnsi"/>
              </w:rPr>
              <w:t>.</w:t>
            </w:r>
          </w:p>
          <w:p w14:paraId="72186135" w14:textId="3600D015" w:rsidR="004F5DDE" w:rsidRPr="00E00101" w:rsidRDefault="003625C2" w:rsidP="00E42CB7">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1726848" behindDoc="0" locked="0" layoutInCell="1" allowOverlap="1" wp14:anchorId="3BF5F59D" wp14:editId="60CBD4D6">
                      <wp:simplePos x="0" y="0"/>
                      <wp:positionH relativeFrom="column">
                        <wp:posOffset>1699895</wp:posOffset>
                      </wp:positionH>
                      <wp:positionV relativeFrom="paragraph">
                        <wp:posOffset>469900</wp:posOffset>
                      </wp:positionV>
                      <wp:extent cx="426007" cy="223396"/>
                      <wp:effectExtent l="19050" t="57150" r="0" b="81915"/>
                      <wp:wrapNone/>
                      <wp:docPr id="2023752108" name="Arrow: Right 3"/>
                      <wp:cNvGraphicFramePr/>
                      <a:graphic xmlns:a="http://schemas.openxmlformats.org/drawingml/2006/main">
                        <a:graphicData uri="http://schemas.microsoft.com/office/word/2010/wordprocessingShape">
                          <wps:wsp>
                            <wps:cNvSpPr/>
                            <wps:spPr>
                              <a:xfrm rot="19451378">
                                <a:off x="0" y="0"/>
                                <a:ext cx="426007" cy="22339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9C28D" id="Arrow: Right 3" o:spid="_x0000_s1026" type="#_x0000_t13" style="position:absolute;margin-left:133.85pt;margin-top:37pt;width:33.55pt;height:17.6pt;rotation:-2346868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" adj="15937" fillcolor="red" strokecolor="#042433" strokeweight="1pt"/>
                  </w:pict>
                </mc:Fallback>
              </mc:AlternateContent>
            </w:r>
            <w:r w:rsidR="00307DE8" w:rsidRPr="00E00101">
              <w:rPr>
                <w:rFonts w:ascii="Aptos" w:hAnsi="Aptos" w:cstheme="minorHAnsi"/>
                <w:bCs/>
                <w:noProof/>
              </w:rPr>
              <mc:AlternateContent>
                <mc:Choice Requires="wps">
                  <w:drawing>
                    <wp:anchor distT="0" distB="0" distL="114300" distR="114300" simplePos="0" relativeHeight="251724800" behindDoc="0" locked="0" layoutInCell="1" allowOverlap="1" wp14:anchorId="3F867B55" wp14:editId="4DB058AA">
                      <wp:simplePos x="0" y="0"/>
                      <wp:positionH relativeFrom="column">
                        <wp:posOffset>2946400</wp:posOffset>
                      </wp:positionH>
                      <wp:positionV relativeFrom="paragraph">
                        <wp:posOffset>641985</wp:posOffset>
                      </wp:positionV>
                      <wp:extent cx="974751" cy="248717"/>
                      <wp:effectExtent l="0" t="0" r="15875" b="18415"/>
                      <wp:wrapNone/>
                      <wp:docPr id="987027797" name="Rectangle: Rounded Corners 5"/>
                      <wp:cNvGraphicFramePr/>
                      <a:graphic xmlns:a="http://schemas.openxmlformats.org/drawingml/2006/main">
                        <a:graphicData uri="http://schemas.microsoft.com/office/word/2010/wordprocessingShape">
                          <wps:wsp>
                            <wps:cNvSpPr/>
                            <wps:spPr>
                              <a:xfrm>
                                <a:off x="0" y="0"/>
                                <a:ext cx="974751" cy="24871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226F1" id="Rectangle: Rounded Corners 5" o:spid="_x0000_s1026" style="position:absolute;margin-left:232pt;margin-top:50.55pt;width:76.75pt;height:1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" filled="f" strokecolor="red" strokeweight="1pt">
                      <v:stroke joinstyle="miter"/>
                    </v:roundrect>
                  </w:pict>
                </mc:Fallback>
              </mc:AlternateContent>
            </w:r>
            <w:r w:rsidR="006005DF">
              <w:rPr>
                <w:rFonts w:ascii="Aptos" w:hAnsi="Aptos" w:cstheme="majorHAnsi"/>
                <w:noProof/>
              </w:rPr>
              <w:drawing>
                <wp:inline distT="0" distB="0" distL="0" distR="0" wp14:anchorId="1326AFF1" wp14:editId="6B239D6C">
                  <wp:extent cx="2722999" cy="1009650"/>
                  <wp:effectExtent l="171450" t="171450" r="229870" b="323850"/>
                  <wp:docPr id="3933324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32471" name="Picture 393332471"/>
                          <pic:cNvPicPr/>
                        </pic:nvPicPr>
                        <pic:blipFill rotWithShape="1">
                          <a:blip r:embed="rId32"/>
                          <a:srcRect b="12396"/>
                          <a:stretch>
                            <a:fillRect/>
                          </a:stretch>
                        </pic:blipFill>
                        <pic:spPr bwMode="auto">
                          <a:xfrm>
                            <a:off x="0" y="0"/>
                            <a:ext cx="2733106" cy="10133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F5DDE" w:rsidRPr="00E00101" w14:paraId="2BC6305F" w14:textId="77777777" w:rsidTr="001C4ADF">
        <w:trPr>
          <w:jc w:val="center"/>
        </w:trPr>
        <w:tc>
          <w:tcPr>
            <w:tcW w:w="678" w:type="dxa"/>
          </w:tcPr>
          <w:p w14:paraId="7D757BF6" w14:textId="77777777" w:rsidR="004F5DDE" w:rsidRPr="00590B1A" w:rsidRDefault="004F5DDE" w:rsidP="00CF2897">
            <w:pPr>
              <w:pStyle w:val="ListParagraph"/>
              <w:numPr>
                <w:ilvl w:val="0"/>
                <w:numId w:val="28"/>
              </w:numPr>
              <w:rPr>
                <w:rFonts w:ascii="Aptos" w:hAnsi="Aptos" w:cstheme="majorHAnsi"/>
              </w:rPr>
            </w:pPr>
          </w:p>
        </w:tc>
        <w:tc>
          <w:tcPr>
            <w:tcW w:w="10446" w:type="dxa"/>
          </w:tcPr>
          <w:p w14:paraId="1F217891" w14:textId="49DA8086" w:rsidR="00576AFE" w:rsidRDefault="006005DF" w:rsidP="00CF2897">
            <w:pPr>
              <w:rPr>
                <w:rFonts w:ascii="Aptos" w:hAnsi="Aptos" w:cs="Calibri"/>
              </w:rPr>
            </w:pPr>
            <w:r w:rsidRPr="004A059E">
              <w:rPr>
                <w:rFonts w:ascii="Aptos" w:hAnsi="Aptos" w:cs="Calibri"/>
              </w:rPr>
              <w:t xml:space="preserve">If the </w:t>
            </w:r>
            <w:r w:rsidR="00E472D3">
              <w:rPr>
                <w:rFonts w:ascii="Aptos" w:hAnsi="Aptos" w:cs="Calibri"/>
              </w:rPr>
              <w:t>contract</w:t>
            </w:r>
            <w:r w:rsidRPr="004A059E">
              <w:rPr>
                <w:rFonts w:ascii="Aptos" w:hAnsi="Aptos" w:cs="Calibri"/>
              </w:rPr>
              <w:t xml:space="preserve"> has multiple lines, be sure to </w:t>
            </w:r>
            <w:r w:rsidR="0096348F">
              <w:rPr>
                <w:rFonts w:ascii="Aptos" w:hAnsi="Aptos" w:cs="Calibri"/>
              </w:rPr>
              <w:t xml:space="preserve">expand </w:t>
            </w:r>
            <w:r w:rsidR="0096348F" w:rsidRPr="00590B1A">
              <w:rPr>
                <w:rFonts w:ascii="Aptos" w:hAnsi="Aptos" w:cs="Calibri"/>
                <w:b/>
                <w:bCs/>
              </w:rPr>
              <w:t>all</w:t>
            </w:r>
            <w:r w:rsidR="0096348F">
              <w:rPr>
                <w:rFonts w:ascii="Aptos" w:hAnsi="Aptos" w:cs="Calibri"/>
              </w:rPr>
              <w:t xml:space="preserve"> lines to view all available lines on the contract. </w:t>
            </w:r>
            <w:r w:rsidR="00CA60D5">
              <w:rPr>
                <w:rFonts w:ascii="Aptos" w:hAnsi="Aptos" w:cs="Calibri"/>
              </w:rPr>
              <w:t>S</w:t>
            </w:r>
            <w:r w:rsidRPr="004A059E">
              <w:rPr>
                <w:rFonts w:ascii="Aptos" w:hAnsi="Aptos" w:cs="Calibri"/>
              </w:rPr>
              <w:t xml:space="preserve">elect </w:t>
            </w:r>
            <w:r w:rsidR="00CA60D5">
              <w:rPr>
                <w:rFonts w:ascii="Aptos" w:hAnsi="Aptos" w:cs="Calibri"/>
              </w:rPr>
              <w:t xml:space="preserve">the line or lines from which the purchase order is to be generated and </w:t>
            </w:r>
            <w:r w:rsidR="00576AFE">
              <w:rPr>
                <w:rFonts w:ascii="Aptos" w:hAnsi="Aptos" w:cs="Calibri"/>
              </w:rPr>
              <w:t xml:space="preserve">click the </w:t>
            </w:r>
            <w:r w:rsidR="00576AFE" w:rsidRPr="00C2358A">
              <w:rPr>
                <w:rFonts w:ascii="Aptos" w:hAnsi="Aptos" w:cs="Calibri"/>
                <w:b/>
                <w:bCs/>
              </w:rPr>
              <w:t>green checkmark</w:t>
            </w:r>
            <w:r w:rsidRPr="004A059E">
              <w:rPr>
                <w:rFonts w:ascii="Aptos" w:hAnsi="Aptos" w:cs="Calibri"/>
              </w:rPr>
              <w:t xml:space="preserve">. </w:t>
            </w:r>
          </w:p>
          <w:p w14:paraId="6B656450" w14:textId="729657F6" w:rsidR="003165B2" w:rsidRPr="00E00101" w:rsidRDefault="001C4ADF" w:rsidP="00CF2897">
            <w:pPr>
              <w:pStyle w:val="steptext"/>
              <w:jc w:val="center"/>
              <w:rPr>
                <w:rFonts w:ascii="Aptos" w:hAnsi="Aptos" w:cstheme="majorHAnsi"/>
              </w:rPr>
            </w:pPr>
            <w:r w:rsidRPr="00E00101">
              <w:rPr>
                <w:rFonts w:ascii="Aptos" w:hAnsi="Aptos" w:cstheme="majorHAnsi"/>
                <w:noProof/>
              </w:rPr>
              <mc:AlternateContent>
                <mc:Choice Requires="wps">
                  <w:drawing>
                    <wp:anchor distT="45720" distB="45720" distL="114300" distR="114300" simplePos="0" relativeHeight="251952128" behindDoc="0" locked="0" layoutInCell="1" allowOverlap="1" wp14:anchorId="153BFE2B" wp14:editId="12D5BD04">
                      <wp:simplePos x="0" y="0"/>
                      <wp:positionH relativeFrom="column">
                        <wp:posOffset>503555</wp:posOffset>
                      </wp:positionH>
                      <wp:positionV relativeFrom="paragraph">
                        <wp:posOffset>461010</wp:posOffset>
                      </wp:positionV>
                      <wp:extent cx="692150" cy="711200"/>
                      <wp:effectExtent l="0" t="0" r="0" b="0"/>
                      <wp:wrapNone/>
                      <wp:docPr id="168240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711200"/>
                              </a:xfrm>
                              <a:prstGeom prst="rect">
                                <a:avLst/>
                              </a:prstGeom>
                              <a:noFill/>
                              <a:ln w="9525">
                                <a:noFill/>
                                <a:miter lim="800000"/>
                                <a:headEnd/>
                                <a:tailEnd/>
                              </a:ln>
                            </wps:spPr>
                            <wps:txbx>
                              <w:txbxContent>
                                <w:p w14:paraId="0EDD08EA" w14:textId="77777777" w:rsidR="00E472D3" w:rsidRPr="005D2324" w:rsidRDefault="00E472D3" w:rsidP="00E472D3">
                                  <w:pPr>
                                    <w:jc w:val="center"/>
                                    <w:rPr>
                                      <w:rFonts w:ascii="Aptos" w:hAnsi="Aptos"/>
                                      <w:b/>
                                      <w:bCs/>
                                    </w:rPr>
                                  </w:pPr>
                                  <w:r>
                                    <w:rPr>
                                      <w:rFonts w:ascii="Aptos" w:hAnsi="Aptos"/>
                                      <w:b/>
                                      <w:bCs/>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BFE2B" id="_x0000_s1035" type="#_x0000_t202" style="position:absolute;left:0;text-align:left;margin-left:39.65pt;margin-top:36.3pt;width:54.5pt;height:56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" filled="f" stroked="f">
                      <v:textbox>
                        <w:txbxContent>
                          <w:p w14:paraId="0EDD08EA" w14:textId="77777777" w:rsidR="00E472D3" w:rsidRPr="005D2324" w:rsidRDefault="00E472D3" w:rsidP="00E472D3">
                            <w:pPr>
                              <w:jc w:val="center"/>
                              <w:rPr>
                                <w:rFonts w:ascii="Aptos" w:hAnsi="Aptos"/>
                                <w:b/>
                                <w:bCs/>
                              </w:rPr>
                            </w:pPr>
                            <w:r>
                              <w:rPr>
                                <w:rFonts w:ascii="Aptos" w:hAnsi="Aptos"/>
                                <w:b/>
                                <w:bCs/>
                              </w:rPr>
                              <w:t>Expand All Lines</w:t>
                            </w:r>
                          </w:p>
                        </w:txbxContent>
                      </v:textbox>
                    </v:shape>
                  </w:pict>
                </mc:Fallback>
              </mc:AlternateContent>
            </w:r>
            <w:r w:rsidRPr="00E00101">
              <w:rPr>
                <w:rFonts w:ascii="Aptos" w:hAnsi="Aptos" w:cs="Calibri"/>
                <w:noProof/>
              </w:rPr>
              <mc:AlternateContent>
                <mc:Choice Requires="wps">
                  <w:drawing>
                    <wp:anchor distT="0" distB="0" distL="114300" distR="114300" simplePos="0" relativeHeight="251730944" behindDoc="0" locked="0" layoutInCell="1" allowOverlap="1" wp14:anchorId="6F0B9169" wp14:editId="28FE2108">
                      <wp:simplePos x="0" y="0"/>
                      <wp:positionH relativeFrom="column">
                        <wp:posOffset>1256665</wp:posOffset>
                      </wp:positionH>
                      <wp:positionV relativeFrom="paragraph">
                        <wp:posOffset>906780</wp:posOffset>
                      </wp:positionV>
                      <wp:extent cx="1195451" cy="113517"/>
                      <wp:effectExtent l="19050" t="114300" r="5080" b="134620"/>
                      <wp:wrapNone/>
                      <wp:docPr id="1772030574" name="Arrow: Right 3"/>
                      <wp:cNvGraphicFramePr/>
                      <a:graphic xmlns:a="http://schemas.openxmlformats.org/drawingml/2006/main">
                        <a:graphicData uri="http://schemas.microsoft.com/office/word/2010/wordprocessingShape">
                          <wps:wsp>
                            <wps:cNvSpPr/>
                            <wps:spPr>
                              <a:xfrm rot="705868">
                                <a:off x="0" y="0"/>
                                <a:ext cx="1195451" cy="113517"/>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FCC77" id="Arrow: Right 3" o:spid="_x0000_s1026" type="#_x0000_t13" style="position:absolute;margin-left:98.95pt;margin-top:71.4pt;width:94.15pt;height:8.95pt;rotation:770996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" adj="20574"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945984" behindDoc="0" locked="0" layoutInCell="1" allowOverlap="1" wp14:anchorId="4F06937B" wp14:editId="5F3FAF1A">
                      <wp:simplePos x="0" y="0"/>
                      <wp:positionH relativeFrom="column">
                        <wp:posOffset>2493010</wp:posOffset>
                      </wp:positionH>
                      <wp:positionV relativeFrom="paragraph">
                        <wp:posOffset>1067435</wp:posOffset>
                      </wp:positionV>
                      <wp:extent cx="120650" cy="114300"/>
                      <wp:effectExtent l="0" t="0" r="12700" b="19050"/>
                      <wp:wrapNone/>
                      <wp:docPr id="166671958" name="Rectangle: Rounded Corners 5"/>
                      <wp:cNvGraphicFramePr/>
                      <a:graphic xmlns:a="http://schemas.openxmlformats.org/drawingml/2006/main">
                        <a:graphicData uri="http://schemas.microsoft.com/office/word/2010/wordprocessingShape">
                          <wps:wsp>
                            <wps:cNvSpPr/>
                            <wps:spPr>
                              <a:xfrm>
                                <a:off x="0" y="0"/>
                                <a:ext cx="120650" cy="114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30DBF" id="Rectangle: Rounded Corners 5" o:spid="_x0000_s1026" style="position:absolute;margin-left:196.3pt;margin-top:84.05pt;width:9.5pt;height: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" filled="f" strokecolor="red" strokeweight="1pt">
                      <v:stroke joinstyle="miter"/>
                    </v:roundrect>
                  </w:pict>
                </mc:Fallback>
              </mc:AlternateContent>
            </w:r>
            <w:r w:rsidR="00E472D3">
              <w:rPr>
                <w:rFonts w:ascii="Aptos" w:hAnsi="Aptos" w:cstheme="majorHAnsi"/>
                <w:noProof/>
              </w:rPr>
              <w:drawing>
                <wp:inline distT="0" distB="0" distL="0" distR="0" wp14:anchorId="4E41E778" wp14:editId="38EAD060">
                  <wp:extent cx="2294890" cy="1276350"/>
                  <wp:effectExtent l="171450" t="171450" r="257810" b="304800"/>
                  <wp:docPr id="6718145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4548" name="Picture 671814548"/>
                          <pic:cNvPicPr/>
                        </pic:nvPicPr>
                        <pic:blipFill rotWithShape="1">
                          <a:blip r:embed="rId33"/>
                          <a:srcRect l="4414" t="2" b="40474"/>
                          <a:stretch>
                            <a:fillRect/>
                          </a:stretch>
                        </pic:blipFill>
                        <pic:spPr bwMode="auto">
                          <a:xfrm>
                            <a:off x="0" y="0"/>
                            <a:ext cx="2294890" cy="1276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B2968" w:rsidRPr="00E00101" w14:paraId="23B86911" w14:textId="77777777" w:rsidTr="001C4ADF">
        <w:trPr>
          <w:jc w:val="center"/>
        </w:trPr>
        <w:tc>
          <w:tcPr>
            <w:tcW w:w="678" w:type="dxa"/>
          </w:tcPr>
          <w:p w14:paraId="6D3A8826" w14:textId="77777777" w:rsidR="004B2968" w:rsidRPr="004B2968" w:rsidDel="00D7566D" w:rsidRDefault="004B2968" w:rsidP="00CF2897">
            <w:pPr>
              <w:pStyle w:val="ListParagraph"/>
              <w:keepNext/>
              <w:numPr>
                <w:ilvl w:val="0"/>
                <w:numId w:val="28"/>
              </w:numPr>
              <w:rPr>
                <w:rFonts w:ascii="Aptos" w:hAnsi="Aptos" w:cstheme="majorHAnsi"/>
              </w:rPr>
            </w:pPr>
            <w:bookmarkStart w:id="1" w:name="_Ref224747084"/>
          </w:p>
        </w:tc>
        <w:bookmarkEnd w:id="1"/>
        <w:tc>
          <w:tcPr>
            <w:tcW w:w="10446" w:type="dxa"/>
          </w:tcPr>
          <w:p w14:paraId="240208FE" w14:textId="77777777" w:rsidR="004B2968" w:rsidRDefault="004B2968" w:rsidP="00CF2897">
            <w:pPr>
              <w:keepNext/>
              <w:jc w:val="both"/>
              <w:rPr>
                <w:rFonts w:ascii="Aptos" w:eastAsia="MS UI Gothic" w:hAnsi="Aptos" w:cstheme="minorHAnsi"/>
              </w:rPr>
            </w:pPr>
            <w:r w:rsidRPr="005E3AE4">
              <w:rPr>
                <w:rFonts w:ascii="Aptos" w:eastAsia="MS UI Gothic" w:hAnsi="Aptos" w:cstheme="minorHAnsi"/>
              </w:rPr>
              <w:t>Review and update</w:t>
            </w:r>
            <w:r w:rsidRPr="00590B1A">
              <w:rPr>
                <w:rFonts w:ascii="Aptos" w:eastAsia="MS UI Gothic" w:hAnsi="Aptos" w:cstheme="minorHAnsi"/>
                <w:b/>
                <w:bCs/>
              </w:rPr>
              <w:t xml:space="preserve"> </w:t>
            </w:r>
            <w:r w:rsidRPr="005E3AE4">
              <w:rPr>
                <w:rFonts w:ascii="Aptos" w:eastAsia="MS UI Gothic" w:hAnsi="Aptos" w:cstheme="minorHAnsi"/>
                <w:b/>
                <w:color w:val="000080"/>
              </w:rPr>
              <w:t>Header Information</w:t>
            </w:r>
            <w:r w:rsidR="00AF414E">
              <w:rPr>
                <w:rFonts w:ascii="Aptos" w:eastAsia="MS UI Gothic" w:hAnsi="Aptos" w:cstheme="minorHAnsi"/>
                <w:b/>
                <w:bCs/>
              </w:rPr>
              <w:t xml:space="preserve"> </w:t>
            </w:r>
            <w:r w:rsidR="00AF414E" w:rsidRPr="005E3AE4">
              <w:rPr>
                <w:rFonts w:ascii="Aptos" w:eastAsia="MS UI Gothic" w:hAnsi="Aptos" w:cstheme="minorHAnsi"/>
              </w:rPr>
              <w:t>as ne</w:t>
            </w:r>
            <w:r w:rsidR="005E3AE4">
              <w:rPr>
                <w:rFonts w:ascii="Aptos" w:eastAsia="MS UI Gothic" w:hAnsi="Aptos" w:cstheme="minorHAnsi"/>
              </w:rPr>
              <w:t>cessary.</w:t>
            </w:r>
          </w:p>
          <w:p w14:paraId="7D1FACB8" w14:textId="77777777" w:rsidR="00004C52" w:rsidRDefault="00004C52" w:rsidP="00CF2897">
            <w:pPr>
              <w:pStyle w:val="steptext"/>
              <w:keepNext/>
              <w:numPr>
                <w:ilvl w:val="0"/>
                <w:numId w:val="20"/>
              </w:numPr>
              <w:jc w:val="both"/>
              <w:rPr>
                <w:rFonts w:ascii="Aptos" w:hAnsi="Aptos" w:cstheme="minorHAnsi"/>
              </w:rPr>
            </w:pPr>
            <w:r w:rsidRPr="00590B1A">
              <w:rPr>
                <w:rFonts w:ascii="Aptos" w:hAnsi="Aptos" w:cstheme="minorHAnsi"/>
                <w:b/>
                <w:color w:val="000080"/>
              </w:rPr>
              <w:t>Supplier</w:t>
            </w:r>
            <w:r>
              <w:rPr>
                <w:rFonts w:ascii="Aptos" w:hAnsi="Aptos" w:cstheme="minorHAnsi"/>
                <w:b/>
                <w:color w:val="000080"/>
              </w:rPr>
              <w:t xml:space="preserve"> </w:t>
            </w:r>
            <w:r w:rsidRPr="00816E8A">
              <w:rPr>
                <w:rFonts w:ascii="Aptos" w:hAnsi="Aptos" w:cstheme="minorHAnsi"/>
                <w:b/>
                <w:color w:val="000080"/>
              </w:rPr>
              <w:t xml:space="preserve">- </w:t>
            </w:r>
            <w:r>
              <w:rPr>
                <w:rFonts w:ascii="Aptos" w:hAnsi="Aptos" w:cstheme="minorHAnsi"/>
              </w:rPr>
              <w:t>Enter t</w:t>
            </w:r>
            <w:r w:rsidRPr="00590B1A">
              <w:rPr>
                <w:rFonts w:ascii="Aptos" w:hAnsi="Aptos" w:cstheme="minorHAnsi"/>
              </w:rPr>
              <w:t>he Address Book number</w:t>
            </w:r>
            <w:r>
              <w:rPr>
                <w:rFonts w:ascii="Aptos" w:hAnsi="Aptos" w:cstheme="minorHAnsi"/>
              </w:rPr>
              <w:t xml:space="preserve"> (AB#)</w:t>
            </w:r>
            <w:r w:rsidRPr="00590B1A">
              <w:rPr>
                <w:rFonts w:ascii="Aptos" w:hAnsi="Aptos" w:cstheme="minorHAnsi"/>
              </w:rPr>
              <w:t xml:space="preserve"> of the vendor being purchased from.</w:t>
            </w:r>
          </w:p>
          <w:p w14:paraId="433214BE" w14:textId="77777777" w:rsidR="00004C52" w:rsidRDefault="00004C52" w:rsidP="00CF2897">
            <w:pPr>
              <w:pStyle w:val="steptext"/>
              <w:keepNext/>
              <w:numPr>
                <w:ilvl w:val="1"/>
                <w:numId w:val="20"/>
              </w:numPr>
              <w:jc w:val="both"/>
              <w:rPr>
                <w:rFonts w:ascii="Aptos" w:hAnsi="Aptos" w:cstheme="minorHAnsi"/>
              </w:rPr>
            </w:pPr>
            <w:r>
              <w:rPr>
                <w:rFonts w:ascii="Aptos" w:hAnsi="Aptos" w:cstheme="minorHAnsi"/>
              </w:rPr>
              <w:t>Should typically be a “V” (Vendor), “AG” (Agency), or “VP” (Political Subdivision) Address Book type.</w:t>
            </w:r>
          </w:p>
          <w:p w14:paraId="73528746" w14:textId="77777777" w:rsidR="00004C52" w:rsidRPr="00590B1A" w:rsidRDefault="00004C52" w:rsidP="00CF2897">
            <w:pPr>
              <w:pStyle w:val="steptext"/>
              <w:keepNext/>
              <w:numPr>
                <w:ilvl w:val="1"/>
                <w:numId w:val="20"/>
              </w:numPr>
              <w:jc w:val="both"/>
              <w:rPr>
                <w:rFonts w:ascii="Aptos" w:hAnsi="Aptos" w:cstheme="minorHAnsi"/>
              </w:rPr>
            </w:pPr>
            <w:r w:rsidRPr="000E0DA4">
              <w:rPr>
                <w:rFonts w:ascii="Aptos" w:hAnsi="Aptos" w:cstheme="minorHAnsi"/>
                <w:b/>
                <w:bCs/>
              </w:rPr>
              <w:t>NOTE:</w:t>
            </w:r>
            <w:r>
              <w:rPr>
                <w:rFonts w:ascii="Aptos" w:hAnsi="Aptos" w:cstheme="minorHAnsi"/>
              </w:rPr>
              <w:t xml:space="preserve"> This should NEVER be an “E” or “FD” Address Book type.</w:t>
            </w:r>
          </w:p>
          <w:p w14:paraId="401C88DB" w14:textId="77777777" w:rsidR="00004C52" w:rsidRPr="00590B1A" w:rsidRDefault="00004C52" w:rsidP="00CF2897">
            <w:pPr>
              <w:pStyle w:val="steptext"/>
              <w:keepNext/>
              <w:numPr>
                <w:ilvl w:val="0"/>
                <w:numId w:val="17"/>
              </w:numPr>
              <w:jc w:val="both"/>
              <w:rPr>
                <w:rFonts w:ascii="Aptos" w:hAnsi="Aptos" w:cstheme="minorHAnsi"/>
                <w:b/>
                <w:color w:val="000080"/>
              </w:rPr>
            </w:pPr>
            <w:r>
              <w:rPr>
                <w:rFonts w:ascii="Aptos" w:hAnsi="Aptos" w:cstheme="minorHAnsi"/>
                <w:b/>
                <w:color w:val="000080"/>
              </w:rPr>
              <w:t>Ship To –</w:t>
            </w:r>
            <w:r w:rsidRPr="00590B1A">
              <w:rPr>
                <w:rFonts w:ascii="Aptos" w:hAnsi="Aptos" w:cstheme="minorHAnsi"/>
                <w:b/>
                <w:color w:val="000080"/>
              </w:rPr>
              <w:t xml:space="preserve"> </w:t>
            </w:r>
            <w:r w:rsidRPr="00590B1A">
              <w:rPr>
                <w:rFonts w:ascii="Aptos" w:hAnsi="Aptos" w:cstheme="minorHAnsi"/>
              </w:rPr>
              <w:t xml:space="preserve">Enter the </w:t>
            </w:r>
            <w:r>
              <w:rPr>
                <w:rFonts w:ascii="Aptos" w:hAnsi="Aptos" w:cstheme="minorHAnsi"/>
              </w:rPr>
              <w:t>Address Book number of the address where items are to be delivered or services are to be performed.</w:t>
            </w:r>
            <w:r w:rsidRPr="00590B1A">
              <w:rPr>
                <w:rFonts w:ascii="Aptos" w:hAnsi="Aptos" w:cstheme="minorHAnsi"/>
              </w:rPr>
              <w:t xml:space="preserve"> </w:t>
            </w:r>
          </w:p>
          <w:p w14:paraId="21BB204A" w14:textId="77777777" w:rsidR="00004C52" w:rsidRPr="001541D1" w:rsidRDefault="00004C52" w:rsidP="00CF2897">
            <w:pPr>
              <w:pStyle w:val="steptext"/>
              <w:keepNext/>
              <w:numPr>
                <w:ilvl w:val="1"/>
                <w:numId w:val="17"/>
              </w:numPr>
              <w:jc w:val="both"/>
              <w:rPr>
                <w:rFonts w:ascii="Aptos" w:hAnsi="Aptos" w:cstheme="minorHAnsi"/>
                <w:b/>
                <w:color w:val="000080"/>
              </w:rPr>
            </w:pPr>
            <w:r>
              <w:rPr>
                <w:rFonts w:ascii="Aptos" w:hAnsi="Aptos" w:cstheme="minorHAnsi"/>
              </w:rPr>
              <w:t xml:space="preserve">The Ship To Address Book number will automatically populate the Send Invoice To field. </w:t>
            </w:r>
          </w:p>
          <w:p w14:paraId="22D26B7C" w14:textId="77777777" w:rsidR="00004C52" w:rsidRPr="00590B1A" w:rsidRDefault="00004C52" w:rsidP="00CF2897">
            <w:pPr>
              <w:pStyle w:val="steptext"/>
              <w:keepNext/>
              <w:numPr>
                <w:ilvl w:val="1"/>
                <w:numId w:val="17"/>
              </w:numPr>
              <w:jc w:val="both"/>
              <w:rPr>
                <w:rFonts w:ascii="Aptos" w:hAnsi="Aptos" w:cstheme="minorHAnsi"/>
                <w:b/>
                <w:color w:val="000080"/>
              </w:rPr>
            </w:pPr>
            <w:r>
              <w:rPr>
                <w:rFonts w:ascii="Aptos" w:hAnsi="Aptos" w:cstheme="minorHAnsi"/>
                <w:bCs/>
              </w:rPr>
              <w:t>Should typically be an “F” Address Book type.</w:t>
            </w:r>
          </w:p>
          <w:p w14:paraId="7D723B27" w14:textId="77777777" w:rsidR="00004C52" w:rsidRPr="001541D1" w:rsidRDefault="00004C52" w:rsidP="00CF2897">
            <w:pPr>
              <w:pStyle w:val="steptext"/>
              <w:keepNext/>
              <w:numPr>
                <w:ilvl w:val="0"/>
                <w:numId w:val="17"/>
              </w:numPr>
              <w:jc w:val="both"/>
              <w:rPr>
                <w:rFonts w:ascii="Aptos" w:hAnsi="Aptos" w:cstheme="minorHAnsi"/>
                <w:b/>
                <w:color w:val="000080"/>
              </w:rPr>
            </w:pPr>
            <w:r>
              <w:rPr>
                <w:rFonts w:ascii="Aptos" w:hAnsi="Aptos" w:cstheme="minorHAnsi"/>
                <w:b/>
                <w:color w:val="000080"/>
              </w:rPr>
              <w:t>Buyer</w:t>
            </w:r>
            <w:r w:rsidRPr="00590B1A">
              <w:rPr>
                <w:rFonts w:ascii="Aptos" w:hAnsi="Aptos" w:cstheme="minorHAnsi"/>
                <w:b/>
                <w:color w:val="000080"/>
              </w:rPr>
              <w:t xml:space="preserve"> - </w:t>
            </w:r>
            <w:r w:rsidRPr="00590B1A">
              <w:rPr>
                <w:rFonts w:ascii="Aptos" w:hAnsi="Aptos" w:cstheme="minorHAnsi"/>
              </w:rPr>
              <w:t xml:space="preserve">Enter the </w:t>
            </w:r>
            <w:r>
              <w:rPr>
                <w:rFonts w:ascii="Aptos" w:hAnsi="Aptos" w:cstheme="minorHAnsi"/>
              </w:rPr>
              <w:t xml:space="preserve">Address Book number for the individual primarily responsible for the document at the Agency. </w:t>
            </w:r>
          </w:p>
          <w:p w14:paraId="378F9629" w14:textId="77777777" w:rsidR="00004C52" w:rsidRDefault="00004C52" w:rsidP="00CF2897">
            <w:pPr>
              <w:pStyle w:val="steptext"/>
              <w:keepNext/>
              <w:numPr>
                <w:ilvl w:val="0"/>
                <w:numId w:val="17"/>
              </w:numPr>
              <w:jc w:val="both"/>
              <w:rPr>
                <w:rFonts w:ascii="Aptos" w:hAnsi="Aptos" w:cstheme="minorHAnsi"/>
              </w:rPr>
            </w:pPr>
            <w:r>
              <w:rPr>
                <w:rFonts w:ascii="Aptos" w:hAnsi="Aptos" w:cstheme="minorHAnsi"/>
                <w:b/>
                <w:color w:val="000080"/>
              </w:rPr>
              <w:t>Business Unit</w:t>
            </w:r>
            <w:r w:rsidRPr="00590B1A">
              <w:rPr>
                <w:rFonts w:ascii="Aptos" w:hAnsi="Aptos" w:cstheme="minorHAnsi"/>
                <w:b/>
                <w:color w:val="000080"/>
              </w:rPr>
              <w:t xml:space="preserve">- </w:t>
            </w:r>
            <w:r>
              <w:rPr>
                <w:rFonts w:ascii="Aptos" w:hAnsi="Aptos" w:cstheme="minorHAnsi"/>
              </w:rPr>
              <w:t xml:space="preserve">Enter the Business Unit responsible for the purchase order. </w:t>
            </w:r>
          </w:p>
          <w:p w14:paraId="19052E28" w14:textId="77777777" w:rsidR="00004C52" w:rsidRDefault="00004C52" w:rsidP="00CF2897">
            <w:pPr>
              <w:keepNext/>
              <w:jc w:val="both"/>
              <w:rPr>
                <w:rFonts w:ascii="Aptos" w:hAnsi="Aptos" w:cstheme="majorHAnsi"/>
              </w:rPr>
            </w:pPr>
          </w:p>
          <w:p w14:paraId="76C87D5C" w14:textId="75024EFE" w:rsidR="00004C52" w:rsidRPr="00E00101" w:rsidRDefault="00004C52" w:rsidP="00CF2897">
            <w:pPr>
              <w:keepNext/>
              <w:jc w:val="both"/>
              <w:rPr>
                <w:rFonts w:ascii="Aptos" w:hAnsi="Aptos" w:cstheme="majorHAnsi"/>
              </w:rPr>
            </w:pPr>
            <w:r w:rsidRPr="00E00101">
              <w:rPr>
                <w:rFonts w:ascii="Aptos" w:hAnsi="Aptos" w:cstheme="majorHAnsi"/>
              </w:rPr>
              <w:t xml:space="preserve">Once the quantity </w:t>
            </w:r>
            <w:r w:rsidR="008A71A0">
              <w:rPr>
                <w:rFonts w:ascii="Aptos" w:hAnsi="Aptos" w:cstheme="majorHAnsi"/>
              </w:rPr>
              <w:t xml:space="preserve">is adjusted </w:t>
            </w:r>
            <w:r w:rsidRPr="00E00101">
              <w:rPr>
                <w:rFonts w:ascii="Aptos" w:hAnsi="Aptos" w:cstheme="majorHAnsi"/>
              </w:rPr>
              <w:t xml:space="preserve">(if needed), click </w:t>
            </w:r>
            <w:r w:rsidRPr="00C2358A">
              <w:rPr>
                <w:rFonts w:ascii="Aptos" w:hAnsi="Aptos" w:cstheme="majorHAnsi"/>
              </w:rPr>
              <w:t>the</w:t>
            </w:r>
            <w:r w:rsidRPr="00E162AD">
              <w:rPr>
                <w:rFonts w:ascii="Aptos" w:hAnsi="Aptos" w:cstheme="majorHAnsi"/>
                <w:b/>
                <w:bCs/>
              </w:rPr>
              <w:t xml:space="preserve"> green check</w:t>
            </w:r>
            <w:r>
              <w:rPr>
                <w:rFonts w:ascii="Aptos" w:hAnsi="Aptos" w:cstheme="majorHAnsi"/>
                <w:b/>
                <w:bCs/>
              </w:rPr>
              <w:t>mark</w:t>
            </w:r>
            <w:r w:rsidRPr="00E00101">
              <w:rPr>
                <w:rFonts w:ascii="Aptos" w:hAnsi="Aptos" w:cstheme="majorHAnsi"/>
              </w:rPr>
              <w:t>.</w:t>
            </w:r>
          </w:p>
          <w:p w14:paraId="047E218B" w14:textId="77777777" w:rsidR="00004C52" w:rsidRPr="00E00101" w:rsidRDefault="00004C52" w:rsidP="00CF2897">
            <w:pPr>
              <w:keepNext/>
              <w:jc w:val="both"/>
              <w:rPr>
                <w:rFonts w:ascii="Aptos" w:hAnsi="Aptos" w:cstheme="majorHAnsi"/>
              </w:rPr>
            </w:pPr>
          </w:p>
          <w:p w14:paraId="13FAD1C8" w14:textId="75D9935B" w:rsidR="00004C52" w:rsidRPr="000F2EC3" w:rsidRDefault="00004C52" w:rsidP="00CF2897">
            <w:pPr>
              <w:pStyle w:val="steptext"/>
              <w:keepNext/>
              <w:numPr>
                <w:ilvl w:val="0"/>
                <w:numId w:val="17"/>
              </w:numPr>
              <w:jc w:val="both"/>
              <w:rPr>
                <w:rFonts w:ascii="Aptos" w:hAnsi="Aptos" w:cstheme="minorHAnsi"/>
              </w:rPr>
            </w:pPr>
            <w:r>
              <w:rPr>
                <w:rFonts w:ascii="Aptos" w:hAnsi="Aptos" w:cstheme="majorHAnsi"/>
              </w:rPr>
              <w:t xml:space="preserve">If releasing from </w:t>
            </w:r>
            <w:r w:rsidRPr="00AD0332">
              <w:rPr>
                <w:rFonts w:ascii="Aptos" w:hAnsi="Aptos" w:cstheme="majorHAnsi"/>
                <w:b/>
                <w:bCs/>
              </w:rPr>
              <w:t>multiple lines</w:t>
            </w:r>
            <w:r>
              <w:rPr>
                <w:rFonts w:ascii="Aptos" w:hAnsi="Aptos" w:cstheme="majorHAnsi"/>
              </w:rPr>
              <w:t xml:space="preserve">, adjust the quantity amounts as necessary and click the green checkmark </w:t>
            </w:r>
            <w:r w:rsidRPr="00AD0332">
              <w:rPr>
                <w:rFonts w:ascii="Aptos" w:hAnsi="Aptos" w:cstheme="majorHAnsi"/>
                <w:b/>
                <w:bCs/>
              </w:rPr>
              <w:t xml:space="preserve">for each </w:t>
            </w:r>
            <w:r>
              <w:rPr>
                <w:rFonts w:ascii="Aptos" w:hAnsi="Aptos" w:cstheme="majorHAnsi"/>
                <w:b/>
                <w:bCs/>
              </w:rPr>
              <w:t xml:space="preserve">individual </w:t>
            </w:r>
            <w:r w:rsidRPr="00AD0332">
              <w:rPr>
                <w:rFonts w:ascii="Aptos" w:hAnsi="Aptos" w:cstheme="majorHAnsi"/>
                <w:b/>
                <w:bCs/>
              </w:rPr>
              <w:t>line</w:t>
            </w:r>
            <w:r>
              <w:rPr>
                <w:rFonts w:ascii="Aptos" w:hAnsi="Aptos" w:cstheme="majorHAnsi"/>
              </w:rPr>
              <w:t xml:space="preserve">. The next line’s “release” screen will </w:t>
            </w:r>
            <w:r w:rsidRPr="00AD0332">
              <w:rPr>
                <w:rFonts w:ascii="Aptos" w:hAnsi="Aptos" w:cstheme="majorHAnsi"/>
                <w:b/>
                <w:bCs/>
              </w:rPr>
              <w:t>automatically</w:t>
            </w:r>
            <w:r>
              <w:rPr>
                <w:rFonts w:ascii="Aptos" w:hAnsi="Aptos" w:cstheme="majorHAnsi"/>
              </w:rPr>
              <w:t xml:space="preserve"> cycle from line to line when the </w:t>
            </w:r>
            <w:r w:rsidRPr="00D34E71">
              <w:rPr>
                <w:rFonts w:ascii="Aptos" w:hAnsi="Aptos" w:cstheme="majorHAnsi"/>
                <w:b/>
                <w:bCs/>
              </w:rPr>
              <w:t>green check</w:t>
            </w:r>
            <w:r>
              <w:rPr>
                <w:rFonts w:ascii="Aptos" w:hAnsi="Aptos" w:cstheme="majorHAnsi"/>
                <w:b/>
                <w:bCs/>
              </w:rPr>
              <w:t>mark</w:t>
            </w:r>
            <w:r>
              <w:rPr>
                <w:rFonts w:ascii="Aptos" w:hAnsi="Aptos" w:cstheme="majorHAnsi"/>
              </w:rPr>
              <w:t xml:space="preserve"> has been clicked until all selected lines have been viewed.</w:t>
            </w:r>
          </w:p>
          <w:p w14:paraId="6C8A86D5" w14:textId="77777777" w:rsidR="000F2EC3" w:rsidRPr="001C273E" w:rsidRDefault="000F2EC3" w:rsidP="006639DC">
            <w:pPr>
              <w:pStyle w:val="steptext"/>
              <w:keepNext/>
              <w:ind w:left="720"/>
              <w:jc w:val="both"/>
              <w:rPr>
                <w:rFonts w:ascii="Aptos" w:hAnsi="Aptos" w:cstheme="minorHAnsi"/>
              </w:rPr>
            </w:pPr>
          </w:p>
          <w:p w14:paraId="7985F943" w14:textId="098A89C5" w:rsidR="00004C52" w:rsidRPr="00E00101" w:rsidRDefault="00307DE8" w:rsidP="00CF2897">
            <w:pPr>
              <w:keepNext/>
              <w:jc w:val="cente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2138496" behindDoc="0" locked="0" layoutInCell="1" allowOverlap="1" wp14:anchorId="6F7DEA75" wp14:editId="22D40503">
                      <wp:simplePos x="0" y="0"/>
                      <wp:positionH relativeFrom="column">
                        <wp:posOffset>1176020</wp:posOffset>
                      </wp:positionH>
                      <wp:positionV relativeFrom="paragraph">
                        <wp:posOffset>585470</wp:posOffset>
                      </wp:positionV>
                      <wp:extent cx="4029548" cy="695325"/>
                      <wp:effectExtent l="0" t="0" r="28575" b="28575"/>
                      <wp:wrapNone/>
                      <wp:docPr id="1386809090" name="Rectangle: Rounded Corners 5"/>
                      <wp:cNvGraphicFramePr/>
                      <a:graphic xmlns:a="http://schemas.openxmlformats.org/drawingml/2006/main">
                        <a:graphicData uri="http://schemas.microsoft.com/office/word/2010/wordprocessingShape">
                          <wps:wsp>
                            <wps:cNvSpPr/>
                            <wps:spPr>
                              <a:xfrm>
                                <a:off x="0" y="0"/>
                                <a:ext cx="4029548" cy="6953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AE11D" id="Rectangle: Rounded Corners 5" o:spid="_x0000_s1026" style="position:absolute;margin-left:92.6pt;margin-top:46.1pt;width:317.3pt;height:54.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" filled="f" strokecolor="red" strokeweight="1pt">
                      <v:stroke joinstyle="miter"/>
                    </v:roundrect>
                  </w:pict>
                </mc:Fallback>
              </mc:AlternateContent>
            </w:r>
            <w:r w:rsidR="000F2EC3" w:rsidRPr="003B0290">
              <w:rPr>
                <w:rFonts w:ascii="Aptos" w:hAnsi="Aptos" w:cstheme="minorHAnsi"/>
                <w:b/>
                <w:bCs/>
              </w:rPr>
              <w:t xml:space="preserve">Example </w:t>
            </w:r>
            <w:r w:rsidR="00422522">
              <w:rPr>
                <w:rFonts w:ascii="Aptos" w:hAnsi="Aptos" w:cstheme="minorHAnsi"/>
                <w:b/>
                <w:bCs/>
              </w:rPr>
              <w:t xml:space="preserve">of Header &amp; </w:t>
            </w:r>
            <w:r w:rsidR="000F2EC3">
              <w:rPr>
                <w:rFonts w:ascii="Aptos" w:hAnsi="Aptos" w:cstheme="minorHAnsi"/>
                <w:b/>
                <w:bCs/>
              </w:rPr>
              <w:t>Order Release Information</w:t>
            </w:r>
            <w:r w:rsidR="000F2EC3">
              <w:rPr>
                <w:rFonts w:ascii="Aptos" w:hAnsi="Aptos" w:cstheme="minorHAnsi"/>
                <w:b/>
                <w:noProof/>
                <w:color w:val="000080"/>
              </w:rPr>
              <w:drawing>
                <wp:inline distT="0" distB="0" distL="0" distR="0" wp14:anchorId="68CBDE44" wp14:editId="2A7E60B9">
                  <wp:extent cx="4029095" cy="1754373"/>
                  <wp:effectExtent l="171450" t="171450" r="161925" b="303530"/>
                  <wp:docPr id="76974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79176" name="Picture 1274679176"/>
                          <pic:cNvPicPr/>
                        </pic:nvPicPr>
                        <pic:blipFill rotWithShape="1">
                          <a:blip r:embed="rId34"/>
                          <a:srcRect b="25026"/>
                          <a:stretch>
                            <a:fillRect/>
                          </a:stretch>
                        </pic:blipFill>
                        <pic:spPr bwMode="auto">
                          <a:xfrm>
                            <a:off x="0" y="0"/>
                            <a:ext cx="4034676" cy="1756803"/>
                          </a:xfrm>
                          <a:prstGeom prst="rect">
                            <a:avLst/>
                          </a:prstGeom>
                          <a:noFill/>
                          <a:ln w="9525" cap="rnd">
                            <a:solidFill>
                              <a:schemeClr val="tx1"/>
                            </a:solidFill>
                          </a:ln>
                          <a:effectLst>
                            <a:outerShdw blurRad="292100" dist="139700" dir="2700000" sx="95000" sy="95000" algn="tl" rotWithShape="0">
                              <a:srgbClr val="000000">
                                <a:alpha val="65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tc>
      </w:tr>
      <w:tr w:rsidR="00F70876" w:rsidRPr="00E00101" w14:paraId="063B6428" w14:textId="77777777" w:rsidTr="001C4ADF">
        <w:trPr>
          <w:jc w:val="center"/>
        </w:trPr>
        <w:tc>
          <w:tcPr>
            <w:tcW w:w="678" w:type="dxa"/>
          </w:tcPr>
          <w:p w14:paraId="370E5D2B" w14:textId="77777777" w:rsidR="00F70876" w:rsidRPr="00D534FF" w:rsidDel="00D7566D" w:rsidRDefault="00F70876" w:rsidP="00CF2897">
            <w:pPr>
              <w:pStyle w:val="ListParagraph"/>
              <w:keepNext/>
              <w:numPr>
                <w:ilvl w:val="0"/>
                <w:numId w:val="28"/>
              </w:numPr>
              <w:rPr>
                <w:rFonts w:ascii="Aptos" w:hAnsi="Aptos" w:cstheme="majorHAnsi"/>
              </w:rPr>
            </w:pPr>
          </w:p>
        </w:tc>
        <w:tc>
          <w:tcPr>
            <w:tcW w:w="10446" w:type="dxa"/>
          </w:tcPr>
          <w:p w14:paraId="66FABCBF" w14:textId="3AD111A4" w:rsidR="00D755EF" w:rsidRDefault="00711A08" w:rsidP="00711A08">
            <w:pPr>
              <w:pStyle w:val="steptext"/>
              <w:keepNext/>
              <w:jc w:val="both"/>
              <w:rPr>
                <w:rFonts w:ascii="Aptos" w:hAnsi="Aptos" w:cstheme="majorHAnsi"/>
              </w:rPr>
            </w:pPr>
            <w:r>
              <w:rPr>
                <w:rFonts w:ascii="Aptos" w:hAnsi="Aptos" w:cstheme="minorHAnsi"/>
                <w:bCs/>
              </w:rPr>
              <w:t xml:space="preserve">Check the </w:t>
            </w:r>
            <w:r w:rsidRPr="00004C52">
              <w:rPr>
                <w:rFonts w:ascii="Aptos" w:hAnsi="Aptos" w:cstheme="minorHAnsi"/>
                <w:b/>
                <w:color w:val="000080"/>
              </w:rPr>
              <w:t>Release Quantity</w:t>
            </w:r>
            <w:r>
              <w:rPr>
                <w:rFonts w:ascii="Aptos" w:hAnsi="Aptos" w:cstheme="minorHAnsi"/>
                <w:b/>
                <w:color w:val="000080"/>
              </w:rPr>
              <w:t xml:space="preserve"> </w:t>
            </w:r>
            <w:r w:rsidRPr="00711A08">
              <w:rPr>
                <w:rFonts w:ascii="Aptos" w:hAnsi="Aptos" w:cstheme="minorHAnsi"/>
                <w:bCs/>
              </w:rPr>
              <w:t>field</w:t>
            </w:r>
            <w:r>
              <w:rPr>
                <w:rFonts w:ascii="Aptos" w:hAnsi="Aptos" w:cstheme="minorHAnsi"/>
                <w:bCs/>
              </w:rPr>
              <w:t xml:space="preserve"> and adjust it to the quantity to be released for the Purchase Order. </w:t>
            </w:r>
            <w:r w:rsidR="00D755EF" w:rsidRPr="00E00101">
              <w:rPr>
                <w:rFonts w:ascii="Aptos" w:hAnsi="Aptos" w:cstheme="majorHAnsi"/>
                <w:b/>
                <w:bCs/>
              </w:rPr>
              <w:t xml:space="preserve">By default, the entire amount on the line will be released unless adjusted. </w:t>
            </w:r>
          </w:p>
          <w:p w14:paraId="3C27D93B" w14:textId="77777777" w:rsidR="00D755EF" w:rsidRDefault="00D755EF" w:rsidP="00D755EF">
            <w:pPr>
              <w:rPr>
                <w:rFonts w:ascii="Aptos" w:hAnsi="Aptos" w:cstheme="majorHAnsi"/>
              </w:rPr>
            </w:pPr>
            <w:r w:rsidRPr="00E00101">
              <w:rPr>
                <w:rFonts w:ascii="Aptos" w:hAnsi="Aptos" w:cstheme="majorHAnsi"/>
                <w:noProof/>
              </w:rPr>
              <mc:AlternateContent>
                <mc:Choice Requires="wps">
                  <w:drawing>
                    <wp:anchor distT="45720" distB="45720" distL="114300" distR="114300" simplePos="0" relativeHeight="252219392" behindDoc="0" locked="0" layoutInCell="1" allowOverlap="1" wp14:anchorId="69BAD426" wp14:editId="3F699BA2">
                      <wp:simplePos x="0" y="0"/>
                      <wp:positionH relativeFrom="column">
                        <wp:posOffset>2829560</wp:posOffset>
                      </wp:positionH>
                      <wp:positionV relativeFrom="paragraph">
                        <wp:posOffset>1212850</wp:posOffset>
                      </wp:positionV>
                      <wp:extent cx="1365250" cy="330200"/>
                      <wp:effectExtent l="0" t="0" r="0" b="0"/>
                      <wp:wrapNone/>
                      <wp:docPr id="77320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30200"/>
                              </a:xfrm>
                              <a:prstGeom prst="rect">
                                <a:avLst/>
                              </a:prstGeom>
                              <a:noFill/>
                              <a:ln w="9525">
                                <a:noFill/>
                                <a:miter lim="800000"/>
                                <a:headEnd/>
                                <a:tailEnd/>
                              </a:ln>
                            </wps:spPr>
                            <wps:txbx>
                              <w:txbxContent>
                                <w:p w14:paraId="17B5C9FA" w14:textId="77777777" w:rsidR="00D755EF" w:rsidRPr="005D2324" w:rsidRDefault="00D755EF" w:rsidP="00D755EF">
                                  <w:pPr>
                                    <w:jc w:val="center"/>
                                    <w:rPr>
                                      <w:rFonts w:ascii="Aptos" w:hAnsi="Aptos"/>
                                      <w:b/>
                                      <w:bCs/>
                                    </w:rPr>
                                  </w:pPr>
                                  <w:r w:rsidRPr="005D2324">
                                    <w:rPr>
                                      <w:rFonts w:ascii="Aptos" w:hAnsi="Aptos"/>
                                      <w:b/>
                                      <w:bCs/>
                                    </w:rPr>
                                    <w:t>Adjusted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AD426" id="_x0000_s1036" type="#_x0000_t202" style="position:absolute;margin-left:222.8pt;margin-top:95.5pt;width:107.5pt;height:26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" filled="f" stroked="f">
                      <v:textbox>
                        <w:txbxContent>
                          <w:p w14:paraId="17B5C9FA" w14:textId="77777777" w:rsidR="00D755EF" w:rsidRPr="005D2324" w:rsidRDefault="00D755EF" w:rsidP="00D755EF">
                            <w:pPr>
                              <w:jc w:val="center"/>
                              <w:rPr>
                                <w:rFonts w:ascii="Aptos" w:hAnsi="Aptos"/>
                                <w:b/>
                                <w:bCs/>
                              </w:rPr>
                            </w:pPr>
                            <w:r w:rsidRPr="005D2324">
                              <w:rPr>
                                <w:rFonts w:ascii="Aptos" w:hAnsi="Aptos"/>
                                <w:b/>
                                <w:bCs/>
                              </w:rPr>
                              <w:t>Adjusted Amount</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218368" behindDoc="0" locked="0" layoutInCell="1" allowOverlap="1" wp14:anchorId="518469EC" wp14:editId="5FE054EE">
                      <wp:simplePos x="0" y="0"/>
                      <wp:positionH relativeFrom="column">
                        <wp:posOffset>521335</wp:posOffset>
                      </wp:positionH>
                      <wp:positionV relativeFrom="paragraph">
                        <wp:posOffset>1209675</wp:posOffset>
                      </wp:positionV>
                      <wp:extent cx="1060450" cy="265430"/>
                      <wp:effectExtent l="0" t="0" r="0" b="1270"/>
                      <wp:wrapNone/>
                      <wp:docPr id="934728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5430"/>
                              </a:xfrm>
                              <a:prstGeom prst="rect">
                                <a:avLst/>
                              </a:prstGeom>
                              <a:noFill/>
                              <a:ln w="9525">
                                <a:noFill/>
                                <a:miter lim="800000"/>
                                <a:headEnd/>
                                <a:tailEnd/>
                              </a:ln>
                            </wps:spPr>
                            <wps:txbx>
                              <w:txbxContent>
                                <w:p w14:paraId="38EF654F" w14:textId="77777777" w:rsidR="00D755EF" w:rsidRPr="005D2324" w:rsidRDefault="00D755EF" w:rsidP="00D755EF">
                                  <w:pPr>
                                    <w:rPr>
                                      <w:rFonts w:ascii="Aptos" w:hAnsi="Aptos"/>
                                      <w:b/>
                                      <w:bCs/>
                                    </w:rPr>
                                  </w:pPr>
                                  <w:r w:rsidRPr="005D2324">
                                    <w:rPr>
                                      <w:rFonts w:ascii="Aptos" w:hAnsi="Aptos"/>
                                      <w:b/>
                                      <w:bCs/>
                                    </w:rPr>
                                    <w:t>Full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469EC" id="_x0000_s1037" type="#_x0000_t202" style="position:absolute;margin-left:41.05pt;margin-top:95.25pt;width:83.5pt;height:20.9pt;z-index:25221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" filled="f" stroked="f">
                      <v:textbox>
                        <w:txbxContent>
                          <w:p w14:paraId="38EF654F" w14:textId="77777777" w:rsidR="00D755EF" w:rsidRPr="005D2324" w:rsidRDefault="00D755EF" w:rsidP="00D755EF">
                            <w:pPr>
                              <w:rPr>
                                <w:rFonts w:ascii="Aptos" w:hAnsi="Aptos"/>
                                <w:b/>
                                <w:bCs/>
                              </w:rPr>
                            </w:pPr>
                            <w:r w:rsidRPr="005D2324">
                              <w:rPr>
                                <w:rFonts w:ascii="Aptos" w:hAnsi="Aptos"/>
                                <w:b/>
                                <w:bCs/>
                              </w:rPr>
                              <w:t>Full Amount</w:t>
                            </w:r>
                          </w:p>
                        </w:txbxContent>
                      </v:textbox>
                    </v:shape>
                  </w:pict>
                </mc:Fallback>
              </mc:AlternateContent>
            </w:r>
            <w:r w:rsidRPr="00E00101">
              <w:rPr>
                <w:rFonts w:ascii="Aptos" w:hAnsi="Aptos" w:cstheme="minorHAnsi"/>
                <w:bCs/>
                <w:noProof/>
              </w:rPr>
              <mc:AlternateContent>
                <mc:Choice Requires="wps">
                  <w:drawing>
                    <wp:anchor distT="0" distB="0" distL="114300" distR="114300" simplePos="0" relativeHeight="252216320" behindDoc="0" locked="0" layoutInCell="1" allowOverlap="1" wp14:anchorId="3C271244" wp14:editId="41F49272">
                      <wp:simplePos x="0" y="0"/>
                      <wp:positionH relativeFrom="column">
                        <wp:posOffset>3323590</wp:posOffset>
                      </wp:positionH>
                      <wp:positionV relativeFrom="paragraph">
                        <wp:posOffset>358140</wp:posOffset>
                      </wp:positionV>
                      <wp:extent cx="1060450" cy="184150"/>
                      <wp:effectExtent l="0" t="0" r="25400" b="25400"/>
                      <wp:wrapNone/>
                      <wp:docPr id="859408740"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7E152" id="Rectangle: Rounded Corners 5" o:spid="_x0000_s1026" style="position:absolute;margin-left:261.7pt;margin-top:28.2pt;width:83.5pt;height:14.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" filled="f" strokecolor="red" strokeweight="1pt">
                      <v:stroke joinstyle="miter"/>
                    </v:roundrect>
                  </w:pict>
                </mc:Fallback>
              </mc:AlternateContent>
            </w:r>
            <w:r w:rsidRPr="00E00101">
              <w:rPr>
                <w:rFonts w:ascii="Aptos" w:hAnsi="Aptos" w:cstheme="minorHAnsi"/>
                <w:bCs/>
                <w:noProof/>
              </w:rPr>
              <mc:AlternateContent>
                <mc:Choice Requires="wps">
                  <w:drawing>
                    <wp:anchor distT="0" distB="0" distL="114300" distR="114300" simplePos="0" relativeHeight="252215296" behindDoc="0" locked="0" layoutInCell="1" allowOverlap="1" wp14:anchorId="5EA2EDCA" wp14:editId="2B893813">
                      <wp:simplePos x="0" y="0"/>
                      <wp:positionH relativeFrom="column">
                        <wp:posOffset>897890</wp:posOffset>
                      </wp:positionH>
                      <wp:positionV relativeFrom="paragraph">
                        <wp:posOffset>341630</wp:posOffset>
                      </wp:positionV>
                      <wp:extent cx="1060450" cy="184150"/>
                      <wp:effectExtent l="0" t="0" r="25400" b="25400"/>
                      <wp:wrapNone/>
                      <wp:docPr id="2053751091"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15FBD" id="Rectangle: Rounded Corners 5" o:spid="_x0000_s1026" style="position:absolute;margin-left:70.7pt;margin-top:26.9pt;width:83.5pt;height:1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" filled="f" strokecolor="red" strokeweight="1pt">
                      <v:stroke joinstyle="miter"/>
                    </v:roundrect>
                  </w:pict>
                </mc:Fallback>
              </mc:AlternateContent>
            </w:r>
            <w:r w:rsidRPr="00E00101">
              <w:rPr>
                <w:rFonts w:ascii="Aptos" w:hAnsi="Aptos" w:cs="Calibri"/>
                <w:noProof/>
              </w:rPr>
              <mc:AlternateContent>
                <mc:Choice Requires="wps">
                  <w:drawing>
                    <wp:anchor distT="0" distB="0" distL="114300" distR="114300" simplePos="0" relativeHeight="252217344" behindDoc="0" locked="0" layoutInCell="1" allowOverlap="1" wp14:anchorId="4A38F4A3" wp14:editId="060DF2DA">
                      <wp:simplePos x="0" y="0"/>
                      <wp:positionH relativeFrom="column">
                        <wp:posOffset>1994535</wp:posOffset>
                      </wp:positionH>
                      <wp:positionV relativeFrom="paragraph">
                        <wp:posOffset>361950</wp:posOffset>
                      </wp:positionV>
                      <wp:extent cx="1257300" cy="127000"/>
                      <wp:effectExtent l="0" t="19050" r="38100" b="44450"/>
                      <wp:wrapNone/>
                      <wp:docPr id="74550281" name="Arrow: Right 3"/>
                      <wp:cNvGraphicFramePr/>
                      <a:graphic xmlns:a="http://schemas.openxmlformats.org/drawingml/2006/main">
                        <a:graphicData uri="http://schemas.microsoft.com/office/word/2010/wordprocessingShape">
                          <wps:wsp>
                            <wps:cNvSpPr/>
                            <wps:spPr>
                              <a:xfrm>
                                <a:off x="0" y="0"/>
                                <a:ext cx="1257300" cy="1270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B7F9" id="Arrow: Right 3" o:spid="_x0000_s1026" type="#_x0000_t13" style="position:absolute;margin-left:157.05pt;margin-top:28.5pt;width:99pt;height:10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" adj="20509" fillcolor="red" strokecolor="#042433" strokeweight="1pt"/>
                  </w:pict>
                </mc:Fallback>
              </mc:AlternateContent>
            </w:r>
            <w:r w:rsidRPr="00E00101">
              <w:rPr>
                <w:rFonts w:ascii="Aptos" w:hAnsi="Aptos" w:cstheme="majorHAnsi"/>
                <w:noProof/>
              </w:rPr>
              <w:drawing>
                <wp:inline distT="0" distB="0" distL="0" distR="0" wp14:anchorId="602A3C4E" wp14:editId="4F58757F">
                  <wp:extent cx="1776730" cy="876300"/>
                  <wp:effectExtent l="171450" t="171450" r="261620" b="323850"/>
                  <wp:docPr id="1170479119" name="Picture 12"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02676" name="Picture 12" descr="Graphical user interface, application&#10;&#10;AI-generated content may be incorrect."/>
                          <pic:cNvPicPr/>
                        </pic:nvPicPr>
                        <pic:blipFill rotWithShape="1">
                          <a:blip r:embed="rId24"/>
                          <a:srcRect b="17110"/>
                          <a:stretch>
                            <a:fillRect/>
                          </a:stretch>
                        </pic:blipFill>
                        <pic:spPr bwMode="auto">
                          <a:xfrm>
                            <a:off x="0" y="0"/>
                            <a:ext cx="1794146" cy="8848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E00101">
              <w:rPr>
                <w:rFonts w:ascii="Aptos" w:hAnsi="Aptos" w:cstheme="majorHAnsi"/>
              </w:rPr>
              <w:t xml:space="preserve">        </w:t>
            </w:r>
            <w:r w:rsidRPr="00E00101">
              <w:rPr>
                <w:rFonts w:ascii="Aptos" w:hAnsi="Aptos" w:cstheme="majorHAnsi"/>
                <w:noProof/>
              </w:rPr>
              <w:drawing>
                <wp:inline distT="0" distB="0" distL="0" distR="0" wp14:anchorId="0FA057F7" wp14:editId="155B5582">
                  <wp:extent cx="1852295" cy="828675"/>
                  <wp:effectExtent l="171450" t="171450" r="281305" b="333375"/>
                  <wp:docPr id="332938985" name="Picture 1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48594" name="Picture 13" descr="Graphical user interface, application&#10;&#10;AI-generated content may be incorrect."/>
                          <pic:cNvPicPr/>
                        </pic:nvPicPr>
                        <pic:blipFill rotWithShape="1">
                          <a:blip r:embed="rId25"/>
                          <a:srcRect b="20564"/>
                          <a:stretch>
                            <a:fillRect/>
                          </a:stretch>
                        </pic:blipFill>
                        <pic:spPr bwMode="auto">
                          <a:xfrm>
                            <a:off x="0" y="0"/>
                            <a:ext cx="1852502" cy="8287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FC59136" w14:textId="77777777" w:rsidR="00D755EF" w:rsidRDefault="00D755EF" w:rsidP="00D755EF">
            <w:pPr>
              <w:pageBreakBefore/>
              <w:rPr>
                <w:rFonts w:ascii="Aptos" w:hAnsi="Aptos" w:cstheme="majorHAnsi"/>
              </w:rPr>
            </w:pPr>
          </w:p>
          <w:p w14:paraId="3D1914AF" w14:textId="4C5F4EC0" w:rsidR="00F70876" w:rsidRPr="00E00101" w:rsidRDefault="00F70876" w:rsidP="00D755EF">
            <w:pPr>
              <w:pStyle w:val="steptext"/>
              <w:keepNext/>
              <w:rPr>
                <w:rFonts w:ascii="Aptos" w:hAnsi="Aptos" w:cstheme="minorHAnsi"/>
              </w:rPr>
            </w:pPr>
          </w:p>
        </w:tc>
      </w:tr>
      <w:tr w:rsidR="00D534FF" w:rsidRPr="00E00101" w14:paraId="7C301743" w14:textId="77777777" w:rsidTr="001C4ADF">
        <w:trPr>
          <w:jc w:val="center"/>
        </w:trPr>
        <w:tc>
          <w:tcPr>
            <w:tcW w:w="678" w:type="dxa"/>
          </w:tcPr>
          <w:p w14:paraId="2B80329E" w14:textId="77777777" w:rsidR="00D534FF" w:rsidRPr="00D534FF" w:rsidDel="00D7566D" w:rsidRDefault="00D534FF" w:rsidP="00CF2897">
            <w:pPr>
              <w:pStyle w:val="ListParagraph"/>
              <w:keepNext/>
              <w:numPr>
                <w:ilvl w:val="0"/>
                <w:numId w:val="28"/>
              </w:numPr>
              <w:rPr>
                <w:rFonts w:ascii="Aptos" w:hAnsi="Aptos" w:cstheme="majorHAnsi"/>
              </w:rPr>
            </w:pPr>
            <w:bookmarkStart w:id="2" w:name="_Ref225688649"/>
          </w:p>
        </w:tc>
        <w:bookmarkEnd w:id="2"/>
        <w:tc>
          <w:tcPr>
            <w:tcW w:w="10446" w:type="dxa"/>
          </w:tcPr>
          <w:p w14:paraId="59A4640D" w14:textId="77777777" w:rsidR="00D534FF" w:rsidRDefault="00D534FF" w:rsidP="00CF2897">
            <w:pPr>
              <w:pStyle w:val="steptext"/>
              <w:keepNext/>
              <w:rPr>
                <w:rFonts w:ascii="Aptos" w:hAnsi="Aptos" w:cstheme="minorHAnsi"/>
              </w:rPr>
            </w:pPr>
            <w:r w:rsidRPr="00E00101">
              <w:rPr>
                <w:rFonts w:ascii="Aptos" w:hAnsi="Aptos" w:cstheme="minorHAnsi"/>
              </w:rPr>
              <w:t xml:space="preserve">Click the </w:t>
            </w:r>
            <w:r>
              <w:rPr>
                <w:rFonts w:ascii="Aptos" w:hAnsi="Aptos" w:cstheme="minorHAnsi"/>
                <w:b/>
                <w:color w:val="000080"/>
              </w:rPr>
              <w:t xml:space="preserve">Detail Information </w:t>
            </w:r>
            <w:r>
              <w:rPr>
                <w:rFonts w:ascii="Aptos" w:hAnsi="Aptos" w:cstheme="minorHAnsi"/>
              </w:rPr>
              <w:t>t</w:t>
            </w:r>
            <w:r w:rsidRPr="00E00101">
              <w:rPr>
                <w:rFonts w:ascii="Aptos" w:hAnsi="Aptos" w:cstheme="minorHAnsi"/>
              </w:rPr>
              <w:t>ab</w:t>
            </w:r>
            <w:r w:rsidR="00422522">
              <w:rPr>
                <w:rFonts w:ascii="Aptos" w:hAnsi="Aptos" w:cstheme="minorHAnsi"/>
              </w:rPr>
              <w:t xml:space="preserve"> and update the Account Number.</w:t>
            </w:r>
          </w:p>
          <w:p w14:paraId="0C701606" w14:textId="77777777" w:rsidR="00422522" w:rsidRDefault="00422522" w:rsidP="00422522">
            <w:pPr>
              <w:pStyle w:val="steptext"/>
              <w:keepNext/>
              <w:numPr>
                <w:ilvl w:val="0"/>
                <w:numId w:val="20"/>
              </w:numPr>
              <w:rPr>
                <w:rFonts w:ascii="Aptos" w:hAnsi="Aptos" w:cstheme="minorHAnsi"/>
              </w:rPr>
            </w:pPr>
            <w:r>
              <w:rPr>
                <w:rFonts w:ascii="Aptos" w:hAnsi="Aptos" w:cstheme="minorHAnsi"/>
                <w:b/>
                <w:color w:val="000080"/>
              </w:rPr>
              <w:t xml:space="preserve">Account Number </w:t>
            </w:r>
            <w:r>
              <w:rPr>
                <w:rFonts w:ascii="Aptos" w:hAnsi="Aptos" w:cstheme="minorHAnsi"/>
              </w:rPr>
              <w:t xml:space="preserve"> - </w:t>
            </w:r>
            <w:r w:rsidRPr="00E00101">
              <w:rPr>
                <w:rFonts w:ascii="Aptos" w:hAnsi="Aptos" w:cstheme="minorHAnsi"/>
              </w:rPr>
              <w:t xml:space="preserve">Enter </w:t>
            </w:r>
            <w:r>
              <w:rPr>
                <w:rFonts w:ascii="Aptos" w:hAnsi="Aptos" w:cstheme="minorHAnsi"/>
              </w:rPr>
              <w:t xml:space="preserve">valid Business Unit and Object Code from </w:t>
            </w:r>
            <w:hyperlink r:id="rId35" w:history="1">
              <w:r w:rsidRPr="00446825">
                <w:rPr>
                  <w:rStyle w:val="Hyperlink"/>
                  <w:rFonts w:ascii="Aptos" w:hAnsi="Aptos" w:cstheme="minorHAnsi"/>
                </w:rPr>
                <w:t>Chart of Accounts</w:t>
              </w:r>
            </w:hyperlink>
            <w:r>
              <w:rPr>
                <w:rFonts w:ascii="Aptos" w:hAnsi="Aptos" w:cstheme="minorHAnsi"/>
              </w:rPr>
              <w:t xml:space="preserve"> (e.g., 65060012.534700)</w:t>
            </w:r>
          </w:p>
          <w:p w14:paraId="7022A565" w14:textId="2801A736" w:rsidR="00422522" w:rsidRPr="004B2DFA" w:rsidRDefault="00422522" w:rsidP="00422522">
            <w:pPr>
              <w:pStyle w:val="steptext"/>
              <w:keepNext/>
              <w:jc w:val="center"/>
              <w:rPr>
                <w:rFonts w:ascii="Aptos" w:hAnsi="Aptos" w:cstheme="minorHAnsi"/>
              </w:rPr>
            </w:pPr>
            <w:r w:rsidRPr="00942646">
              <w:rPr>
                <w:rFonts w:ascii="Aptos" w:hAnsi="Aptos" w:cstheme="majorHAnsi"/>
                <w:noProof/>
              </w:rPr>
              <w:drawing>
                <wp:inline distT="0" distB="0" distL="0" distR="0" wp14:anchorId="0003BCFE" wp14:editId="2A76179E">
                  <wp:extent cx="2411118" cy="955348"/>
                  <wp:effectExtent l="171450" t="171450" r="255905" b="321310"/>
                  <wp:docPr id="8398243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65852" name="Picture 26"/>
                          <pic:cNvPicPr/>
                        </pic:nvPicPr>
                        <pic:blipFill>
                          <a:blip r:embed="rId36"/>
                          <a:stretch>
                            <a:fillRect/>
                          </a:stretch>
                        </pic:blipFill>
                        <pic:spPr>
                          <a:xfrm>
                            <a:off x="0" y="0"/>
                            <a:ext cx="2411118" cy="955348"/>
                          </a:xfrm>
                          <a:prstGeom prst="rect">
                            <a:avLst/>
                          </a:prstGeom>
                          <a:ln w="3175">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F33552" w:rsidRPr="00E00101" w14:paraId="39B1A1E2" w14:textId="77777777" w:rsidTr="001C4ADF">
        <w:trPr>
          <w:jc w:val="center"/>
        </w:trPr>
        <w:tc>
          <w:tcPr>
            <w:tcW w:w="678" w:type="dxa"/>
          </w:tcPr>
          <w:p w14:paraId="0C669F01" w14:textId="77777777" w:rsidR="00F33552" w:rsidRPr="00F33552" w:rsidDel="00D7566D" w:rsidRDefault="00F33552" w:rsidP="004F1683">
            <w:pPr>
              <w:pStyle w:val="ListParagraph"/>
              <w:keepNext/>
              <w:numPr>
                <w:ilvl w:val="0"/>
                <w:numId w:val="28"/>
              </w:numPr>
              <w:rPr>
                <w:rFonts w:ascii="Aptos" w:hAnsi="Aptos" w:cstheme="majorHAnsi"/>
              </w:rPr>
            </w:pPr>
            <w:bookmarkStart w:id="3" w:name="_Ref225839223"/>
          </w:p>
        </w:tc>
        <w:bookmarkEnd w:id="3"/>
        <w:tc>
          <w:tcPr>
            <w:tcW w:w="10446" w:type="dxa"/>
          </w:tcPr>
          <w:p w14:paraId="57EEA7ED" w14:textId="77777777" w:rsidR="00F33552" w:rsidRDefault="00192CDE" w:rsidP="004F1683">
            <w:pPr>
              <w:pStyle w:val="steptext"/>
              <w:keepNext/>
              <w:rPr>
                <w:rFonts w:ascii="Aptos" w:hAnsi="Aptos" w:cstheme="minorHAnsi"/>
              </w:rPr>
            </w:pPr>
            <w:r>
              <w:rPr>
                <w:rFonts w:ascii="Aptos" w:hAnsi="Aptos" w:cstheme="minorHAnsi"/>
              </w:rPr>
              <w:t xml:space="preserve">Click the </w:t>
            </w:r>
            <w:r w:rsidRPr="003625C2">
              <w:rPr>
                <w:rFonts w:ascii="Aptos" w:hAnsi="Aptos" w:cstheme="minorHAnsi"/>
                <w:b/>
                <w:bCs/>
              </w:rPr>
              <w:t>green checkmark</w:t>
            </w:r>
            <w:r>
              <w:rPr>
                <w:rFonts w:ascii="Aptos" w:hAnsi="Aptos" w:cstheme="minorHAnsi"/>
              </w:rPr>
              <w:t xml:space="preserve"> at the top of the screen  </w:t>
            </w:r>
          </w:p>
          <w:p w14:paraId="0216A481" w14:textId="62787FC2" w:rsidR="0048603F" w:rsidRPr="004B2DFA" w:rsidRDefault="0048603F" w:rsidP="00422522">
            <w:pPr>
              <w:pStyle w:val="steptext"/>
              <w:keepNext/>
              <w:jc w:val="center"/>
              <w:rPr>
                <w:rFonts w:ascii="Aptos" w:hAnsi="Aptos" w:cstheme="minorHAnsi"/>
              </w:rPr>
            </w:pPr>
            <w:r w:rsidRPr="00E00101">
              <w:rPr>
                <w:rFonts w:ascii="Aptos" w:hAnsi="Aptos" w:cs="Calibri"/>
                <w:noProof/>
              </w:rPr>
              <mc:AlternateContent>
                <mc:Choice Requires="wps">
                  <w:drawing>
                    <wp:anchor distT="0" distB="0" distL="114300" distR="114300" simplePos="0" relativeHeight="252028928" behindDoc="0" locked="0" layoutInCell="1" allowOverlap="1" wp14:anchorId="13C1EB5B" wp14:editId="7CE25414">
                      <wp:simplePos x="0" y="0"/>
                      <wp:positionH relativeFrom="column">
                        <wp:posOffset>2001215</wp:posOffset>
                      </wp:positionH>
                      <wp:positionV relativeFrom="paragraph">
                        <wp:posOffset>372744</wp:posOffset>
                      </wp:positionV>
                      <wp:extent cx="375303" cy="192608"/>
                      <wp:effectExtent l="19050" t="57150" r="0" b="74295"/>
                      <wp:wrapNone/>
                      <wp:docPr id="278549751" name="Arrow: Right 3"/>
                      <wp:cNvGraphicFramePr/>
                      <a:graphic xmlns:a="http://schemas.openxmlformats.org/drawingml/2006/main">
                        <a:graphicData uri="http://schemas.microsoft.com/office/word/2010/wordprocessingShape">
                          <wps:wsp>
                            <wps:cNvSpPr/>
                            <wps:spPr>
                              <a:xfrm rot="19372203">
                                <a:off x="0" y="0"/>
                                <a:ext cx="375303" cy="19260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582D" id="Arrow: Right 3" o:spid="_x0000_s1026" type="#_x0000_t13" style="position:absolute;margin-left:157.6pt;margin-top:29.35pt;width:29.55pt;height:15.15pt;rotation:-2433348fd;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" adj="16057" fillcolor="red" strokecolor="#042433" strokeweight="1pt"/>
                  </w:pict>
                </mc:Fallback>
              </mc:AlternateContent>
            </w:r>
            <w:r w:rsidRPr="0048603F">
              <w:rPr>
                <w:rFonts w:ascii="Aptos" w:hAnsi="Aptos" w:cstheme="minorHAnsi"/>
                <w:noProof/>
              </w:rPr>
              <w:drawing>
                <wp:inline distT="0" distB="0" distL="0" distR="0" wp14:anchorId="7EAD2B7B" wp14:editId="68FBCC46">
                  <wp:extent cx="1667108" cy="257211"/>
                  <wp:effectExtent l="171450" t="171450" r="371475" b="390525"/>
                  <wp:docPr id="53823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31393" name=""/>
                          <pic:cNvPicPr/>
                        </pic:nvPicPr>
                        <pic:blipFill>
                          <a:blip r:embed="rId37"/>
                          <a:stretch>
                            <a:fillRect/>
                          </a:stretch>
                        </pic:blipFill>
                        <pic:spPr>
                          <a:xfrm>
                            <a:off x="0" y="0"/>
                            <a:ext cx="1667108" cy="25721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tc>
      </w:tr>
      <w:tr w:rsidR="00F33552" w:rsidRPr="00E00101" w14:paraId="1FFFE8C1" w14:textId="77777777" w:rsidTr="001C4ADF">
        <w:trPr>
          <w:jc w:val="center"/>
        </w:trPr>
        <w:tc>
          <w:tcPr>
            <w:tcW w:w="678" w:type="dxa"/>
          </w:tcPr>
          <w:p w14:paraId="6E9C3DB5" w14:textId="77777777" w:rsidR="00F33552" w:rsidRPr="00F33552" w:rsidDel="00D7566D" w:rsidRDefault="00F33552" w:rsidP="004F1683">
            <w:pPr>
              <w:pStyle w:val="ListParagraph"/>
              <w:keepNext/>
              <w:numPr>
                <w:ilvl w:val="0"/>
                <w:numId w:val="28"/>
              </w:numPr>
              <w:rPr>
                <w:rFonts w:ascii="Aptos" w:hAnsi="Aptos" w:cstheme="majorHAnsi"/>
              </w:rPr>
            </w:pPr>
          </w:p>
        </w:tc>
        <w:tc>
          <w:tcPr>
            <w:tcW w:w="10446" w:type="dxa"/>
          </w:tcPr>
          <w:p w14:paraId="7AF83B17" w14:textId="388A9575" w:rsidR="00F33552" w:rsidRPr="004B2DFA" w:rsidRDefault="0048603F" w:rsidP="004F1683">
            <w:pPr>
              <w:pStyle w:val="steptext"/>
              <w:keepNext/>
              <w:rPr>
                <w:rFonts w:ascii="Aptos" w:hAnsi="Aptos" w:cstheme="minorHAnsi"/>
              </w:rPr>
            </w:pPr>
            <w:r>
              <w:rPr>
                <w:rFonts w:ascii="Aptos" w:hAnsi="Aptos" w:cstheme="minorHAnsi"/>
              </w:rPr>
              <w:t xml:space="preserve">Repeat </w:t>
            </w:r>
            <w:r w:rsidRPr="00816E8A">
              <w:rPr>
                <w:rFonts w:ascii="Aptos" w:hAnsi="Aptos" w:cstheme="minorHAnsi"/>
                <w:b/>
                <w:bCs/>
              </w:rPr>
              <w:t xml:space="preserve">Steps </w:t>
            </w:r>
            <w:r w:rsidR="005E587C" w:rsidRPr="00422522">
              <w:rPr>
                <w:rFonts w:ascii="Aptos" w:hAnsi="Aptos" w:cstheme="minorHAnsi"/>
                <w:b/>
                <w:bCs/>
              </w:rPr>
              <w:fldChar w:fldCharType="begin"/>
            </w:r>
            <w:r w:rsidR="005E587C" w:rsidRPr="00422522">
              <w:rPr>
                <w:rFonts w:ascii="Aptos" w:hAnsi="Aptos" w:cstheme="minorHAnsi"/>
                <w:b/>
                <w:bCs/>
              </w:rPr>
              <w:instrText xml:space="preserve"> REF _Ref224747084 \r \h </w:instrText>
            </w:r>
            <w:r w:rsidR="00960574" w:rsidRPr="00422522">
              <w:rPr>
                <w:rFonts w:ascii="Aptos" w:hAnsi="Aptos" w:cstheme="minorHAnsi"/>
                <w:b/>
                <w:bCs/>
              </w:rPr>
              <w:instrText xml:space="preserve"> \* MERGEFORMAT </w:instrText>
            </w:r>
            <w:r w:rsidR="005E587C" w:rsidRPr="00422522">
              <w:rPr>
                <w:rFonts w:ascii="Aptos" w:hAnsi="Aptos" w:cstheme="minorHAnsi"/>
                <w:b/>
                <w:bCs/>
              </w:rPr>
            </w:r>
            <w:r w:rsidR="005E587C" w:rsidRPr="00422522">
              <w:rPr>
                <w:rFonts w:ascii="Aptos" w:hAnsi="Aptos" w:cstheme="minorHAnsi"/>
                <w:b/>
                <w:bCs/>
              </w:rPr>
              <w:fldChar w:fldCharType="separate"/>
            </w:r>
            <w:r w:rsidR="00422522" w:rsidRPr="00422522">
              <w:rPr>
                <w:rFonts w:ascii="Aptos" w:hAnsi="Aptos" w:cstheme="minorHAnsi"/>
                <w:b/>
                <w:bCs/>
              </w:rPr>
              <w:t>4</w:t>
            </w:r>
            <w:r w:rsidR="005E587C" w:rsidRPr="00422522">
              <w:rPr>
                <w:rFonts w:ascii="Aptos" w:hAnsi="Aptos" w:cstheme="minorHAnsi"/>
                <w:b/>
                <w:bCs/>
              </w:rPr>
              <w:fldChar w:fldCharType="end"/>
            </w:r>
            <w:r w:rsidR="005E587C" w:rsidRPr="00422522">
              <w:rPr>
                <w:rFonts w:ascii="Aptos" w:hAnsi="Aptos" w:cstheme="minorHAnsi"/>
                <w:b/>
                <w:bCs/>
              </w:rPr>
              <w:t xml:space="preserve"> </w:t>
            </w:r>
            <w:r w:rsidR="00422522" w:rsidRPr="008A71A0">
              <w:rPr>
                <w:rFonts w:ascii="Aptos" w:hAnsi="Aptos" w:cstheme="minorHAnsi"/>
              </w:rPr>
              <w:t>through</w:t>
            </w:r>
            <w:r w:rsidR="005E587C">
              <w:rPr>
                <w:rFonts w:ascii="Aptos" w:hAnsi="Aptos" w:cstheme="minorHAnsi"/>
              </w:rPr>
              <w:t xml:space="preserve"> </w:t>
            </w:r>
            <w:r w:rsidR="001D2E59" w:rsidRPr="001D2E59">
              <w:rPr>
                <w:rFonts w:ascii="Aptos" w:hAnsi="Aptos" w:cstheme="minorHAnsi"/>
                <w:b/>
                <w:bCs/>
              </w:rPr>
              <w:fldChar w:fldCharType="begin"/>
            </w:r>
            <w:r w:rsidR="001D2E59" w:rsidRPr="001D2E59">
              <w:rPr>
                <w:rFonts w:ascii="Aptos" w:hAnsi="Aptos" w:cstheme="minorHAnsi"/>
                <w:b/>
                <w:bCs/>
              </w:rPr>
              <w:instrText xml:space="preserve"> REF _Ref225839223 \r \h  \* MERGEFORMAT </w:instrText>
            </w:r>
            <w:r w:rsidR="001D2E59" w:rsidRPr="001D2E59">
              <w:rPr>
                <w:rFonts w:ascii="Aptos" w:hAnsi="Aptos" w:cstheme="minorHAnsi"/>
                <w:b/>
                <w:bCs/>
              </w:rPr>
            </w:r>
            <w:r w:rsidR="001D2E59" w:rsidRPr="001D2E59">
              <w:rPr>
                <w:rFonts w:ascii="Aptos" w:hAnsi="Aptos" w:cstheme="minorHAnsi"/>
                <w:b/>
                <w:bCs/>
              </w:rPr>
              <w:fldChar w:fldCharType="separate"/>
            </w:r>
            <w:r w:rsidR="001D2E59" w:rsidRPr="001D2E59">
              <w:rPr>
                <w:rFonts w:ascii="Aptos" w:hAnsi="Aptos" w:cstheme="minorHAnsi"/>
                <w:b/>
                <w:bCs/>
              </w:rPr>
              <w:t>7</w:t>
            </w:r>
            <w:r w:rsidR="001D2E59" w:rsidRPr="001D2E59">
              <w:rPr>
                <w:rFonts w:ascii="Aptos" w:hAnsi="Aptos" w:cstheme="minorHAnsi"/>
                <w:b/>
                <w:bCs/>
              </w:rPr>
              <w:fldChar w:fldCharType="end"/>
            </w:r>
            <w:r w:rsidR="00CC08DF">
              <w:rPr>
                <w:rFonts w:ascii="Aptos" w:hAnsi="Aptos" w:cstheme="minorHAnsi"/>
              </w:rPr>
              <w:t xml:space="preserve"> </w:t>
            </w:r>
            <w:r>
              <w:rPr>
                <w:rFonts w:ascii="Aptos" w:hAnsi="Aptos" w:cstheme="minorHAnsi"/>
              </w:rPr>
              <w:t>as necessary.</w:t>
            </w:r>
          </w:p>
        </w:tc>
      </w:tr>
      <w:tr w:rsidR="004F5DDE" w:rsidRPr="00E00101" w14:paraId="14F91113" w14:textId="77777777" w:rsidTr="001C4ADF">
        <w:trPr>
          <w:jc w:val="center"/>
        </w:trPr>
        <w:tc>
          <w:tcPr>
            <w:tcW w:w="678" w:type="dxa"/>
          </w:tcPr>
          <w:p w14:paraId="3790F048" w14:textId="77777777" w:rsidR="004F5DDE" w:rsidRPr="00590B1A" w:rsidRDefault="004F5DDE" w:rsidP="00590B1A">
            <w:pPr>
              <w:pStyle w:val="ListParagraph"/>
              <w:keepNext/>
              <w:numPr>
                <w:ilvl w:val="0"/>
                <w:numId w:val="28"/>
              </w:numPr>
              <w:rPr>
                <w:rFonts w:ascii="Aptos" w:hAnsi="Aptos" w:cstheme="majorHAnsi"/>
              </w:rPr>
            </w:pPr>
          </w:p>
        </w:tc>
        <w:tc>
          <w:tcPr>
            <w:tcW w:w="10446" w:type="dxa"/>
          </w:tcPr>
          <w:p w14:paraId="4E5ECE86" w14:textId="524E7FE5" w:rsidR="004B2DFA" w:rsidRPr="004B2DFA" w:rsidRDefault="004B2DFA" w:rsidP="00590B1A">
            <w:pPr>
              <w:pStyle w:val="steptext"/>
              <w:keepNext/>
              <w:rPr>
                <w:rFonts w:ascii="Aptos" w:hAnsi="Aptos" w:cstheme="minorHAnsi"/>
              </w:rPr>
            </w:pPr>
            <w:r w:rsidRPr="004B2DFA">
              <w:rPr>
                <w:rFonts w:ascii="Aptos" w:hAnsi="Aptos" w:cstheme="minorHAnsi"/>
              </w:rPr>
              <w:t xml:space="preserve">To review </w:t>
            </w:r>
            <w:r w:rsidR="004F1683">
              <w:rPr>
                <w:rFonts w:ascii="Aptos" w:hAnsi="Aptos" w:cstheme="minorHAnsi"/>
              </w:rPr>
              <w:t xml:space="preserve">the </w:t>
            </w:r>
            <w:r w:rsidRPr="004B2DFA">
              <w:rPr>
                <w:rFonts w:ascii="Aptos" w:hAnsi="Aptos" w:cstheme="minorHAnsi"/>
              </w:rPr>
              <w:t xml:space="preserve">order, </w:t>
            </w:r>
            <w:r w:rsidR="004F1683">
              <w:rPr>
                <w:rFonts w:ascii="Aptos" w:hAnsi="Aptos" w:cstheme="minorHAnsi"/>
              </w:rPr>
              <w:t>c</w:t>
            </w:r>
            <w:r w:rsidRPr="004B2DFA">
              <w:rPr>
                <w:rFonts w:ascii="Aptos" w:hAnsi="Aptos" w:cstheme="minorHAnsi"/>
              </w:rPr>
              <w:t>lick the “</w:t>
            </w:r>
            <w:r w:rsidRPr="003625C2">
              <w:rPr>
                <w:rFonts w:ascii="Aptos" w:hAnsi="Aptos" w:cstheme="minorHAnsi"/>
                <w:b/>
                <w:bCs/>
              </w:rPr>
              <w:t>Form</w:t>
            </w:r>
            <w:r w:rsidRPr="004B2DFA">
              <w:rPr>
                <w:rFonts w:ascii="Aptos" w:hAnsi="Aptos" w:cstheme="minorHAnsi"/>
              </w:rPr>
              <w:t>” tab, and click the “</w:t>
            </w:r>
            <w:r w:rsidRPr="003625C2">
              <w:rPr>
                <w:rFonts w:ascii="Aptos" w:hAnsi="Aptos" w:cstheme="minorHAnsi"/>
                <w:b/>
                <w:bCs/>
              </w:rPr>
              <w:t>Review Order(s</w:t>
            </w:r>
            <w:r w:rsidR="003625C2" w:rsidRPr="003625C2">
              <w:rPr>
                <w:rFonts w:ascii="Aptos" w:hAnsi="Aptos" w:cstheme="minorHAnsi"/>
                <w:b/>
                <w:bCs/>
              </w:rPr>
              <w:t>)</w:t>
            </w:r>
            <w:r w:rsidRPr="004B2DFA">
              <w:rPr>
                <w:rFonts w:ascii="Aptos" w:hAnsi="Aptos" w:cstheme="minorHAnsi"/>
              </w:rPr>
              <w:t>” option.</w:t>
            </w:r>
          </w:p>
          <w:p w14:paraId="2625D8C0" w14:textId="0251FA58" w:rsidR="004F5DDE" w:rsidRPr="00E00101" w:rsidRDefault="00307DE8" w:rsidP="00590B1A">
            <w:pPr>
              <w:keepNext/>
              <w:jc w:val="cente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1747328" behindDoc="0" locked="0" layoutInCell="1" allowOverlap="1" wp14:anchorId="1F32B029" wp14:editId="7A6CE319">
                      <wp:simplePos x="0" y="0"/>
                      <wp:positionH relativeFrom="column">
                        <wp:posOffset>2807970</wp:posOffset>
                      </wp:positionH>
                      <wp:positionV relativeFrom="paragraph">
                        <wp:posOffset>918210</wp:posOffset>
                      </wp:positionV>
                      <wp:extent cx="1079500" cy="230588"/>
                      <wp:effectExtent l="0" t="0" r="25400" b="17145"/>
                      <wp:wrapNone/>
                      <wp:docPr id="993712124" name="Rectangle: Rounded Corners 5"/>
                      <wp:cNvGraphicFramePr/>
                      <a:graphic xmlns:a="http://schemas.openxmlformats.org/drawingml/2006/main">
                        <a:graphicData uri="http://schemas.microsoft.com/office/word/2010/wordprocessingShape">
                          <wps:wsp>
                            <wps:cNvSpPr/>
                            <wps:spPr>
                              <a:xfrm>
                                <a:off x="0" y="0"/>
                                <a:ext cx="1079500"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3F97F" id="Rectangle: Rounded Corners 5" o:spid="_x0000_s1026" style="position:absolute;margin-left:221.1pt;margin-top:72.3pt;width:85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" filled="f" strokecolor="red" strokeweight="1pt">
                      <v:stroke joinstyle="miter"/>
                    </v:roundrect>
                  </w:pict>
                </mc:Fallback>
              </mc:AlternateContent>
            </w:r>
            <w:r w:rsidR="008012FE" w:rsidRPr="00E00101">
              <w:rPr>
                <w:rFonts w:ascii="Aptos" w:hAnsi="Aptos" w:cs="Calibri"/>
                <w:noProof/>
              </w:rPr>
              <mc:AlternateContent>
                <mc:Choice Requires="wps">
                  <w:drawing>
                    <wp:anchor distT="0" distB="0" distL="114300" distR="114300" simplePos="0" relativeHeight="251749376" behindDoc="0" locked="0" layoutInCell="1" allowOverlap="1" wp14:anchorId="7D26002A" wp14:editId="5A9CEA03">
                      <wp:simplePos x="0" y="0"/>
                      <wp:positionH relativeFrom="column">
                        <wp:posOffset>2324100</wp:posOffset>
                      </wp:positionH>
                      <wp:positionV relativeFrom="paragraph">
                        <wp:posOffset>348614</wp:posOffset>
                      </wp:positionV>
                      <wp:extent cx="426007" cy="223396"/>
                      <wp:effectExtent l="19050" t="57150" r="0" b="81915"/>
                      <wp:wrapNone/>
                      <wp:docPr id="88007008" name="Arrow: Right 3"/>
                      <wp:cNvGraphicFramePr/>
                      <a:graphic xmlns:a="http://schemas.openxmlformats.org/drawingml/2006/main">
                        <a:graphicData uri="http://schemas.microsoft.com/office/word/2010/wordprocessingShape">
                          <wps:wsp>
                            <wps:cNvSpPr/>
                            <wps:spPr>
                              <a:xfrm rot="19372203">
                                <a:off x="0" y="0"/>
                                <a:ext cx="426007" cy="22339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4F05" id="Arrow: Right 3" o:spid="_x0000_s1026" type="#_x0000_t13" style="position:absolute;margin-left:183pt;margin-top:27.45pt;width:33.55pt;height:17.6pt;rotation:-2433348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" adj="15937" fillcolor="red" strokecolor="#042433" strokeweight="1pt"/>
                  </w:pict>
                </mc:Fallback>
              </mc:AlternateContent>
            </w:r>
            <w:r w:rsidR="00E42CB7" w:rsidRPr="00E00101">
              <w:rPr>
                <w:rFonts w:ascii="Aptos" w:hAnsi="Aptos" w:cstheme="majorHAnsi"/>
                <w:noProof/>
              </w:rPr>
              <w:drawing>
                <wp:inline distT="0" distB="0" distL="0" distR="0" wp14:anchorId="19EA7215" wp14:editId="787C6D0A">
                  <wp:extent cx="2262585" cy="1303667"/>
                  <wp:effectExtent l="152400" t="171450" r="366395" b="372745"/>
                  <wp:docPr id="859217689" name="Picture 2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17689" name="Picture 24" descr="Graphical user interface, application&#10;&#10;AI-generated content may be incorrect."/>
                          <pic:cNvPicPr/>
                        </pic:nvPicPr>
                        <pic:blipFill rotWithShape="1">
                          <a:blip r:embed="rId38"/>
                          <a:srcRect t="8644" b="6834"/>
                          <a:stretch>
                            <a:fillRect/>
                          </a:stretch>
                        </pic:blipFill>
                        <pic:spPr bwMode="auto">
                          <a:xfrm>
                            <a:off x="0" y="0"/>
                            <a:ext cx="2268916" cy="130731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B2DFA" w:rsidRPr="00E00101" w14:paraId="1DE520E0" w14:textId="77777777" w:rsidTr="001C4ADF">
        <w:trPr>
          <w:jc w:val="center"/>
        </w:trPr>
        <w:tc>
          <w:tcPr>
            <w:tcW w:w="678" w:type="dxa"/>
          </w:tcPr>
          <w:p w14:paraId="3210B8C8" w14:textId="77777777" w:rsidR="004B2DFA" w:rsidRPr="00590B1A" w:rsidRDefault="004B2DFA" w:rsidP="00590B1A">
            <w:pPr>
              <w:pStyle w:val="ListParagraph"/>
              <w:keepNext/>
              <w:numPr>
                <w:ilvl w:val="0"/>
                <w:numId w:val="28"/>
              </w:numPr>
              <w:rPr>
                <w:rFonts w:ascii="Aptos" w:hAnsi="Aptos" w:cstheme="majorHAnsi"/>
              </w:rPr>
            </w:pPr>
          </w:p>
        </w:tc>
        <w:tc>
          <w:tcPr>
            <w:tcW w:w="10446" w:type="dxa"/>
          </w:tcPr>
          <w:p w14:paraId="468D90F2" w14:textId="77777777" w:rsidR="004B2DFA" w:rsidRPr="004B2DFA" w:rsidRDefault="004B2DFA" w:rsidP="00590B1A">
            <w:pPr>
              <w:pStyle w:val="steptext"/>
              <w:keepNext/>
              <w:rPr>
                <w:rFonts w:ascii="Aptos" w:hAnsi="Aptos" w:cstheme="minorHAnsi"/>
              </w:rPr>
            </w:pPr>
            <w:r w:rsidRPr="004B2DFA">
              <w:rPr>
                <w:rFonts w:ascii="Aptos" w:hAnsi="Aptos" w:cstheme="minorHAnsi"/>
              </w:rPr>
              <w:t>Next, click the “</w:t>
            </w:r>
            <w:r w:rsidRPr="003625C2">
              <w:rPr>
                <w:rFonts w:ascii="Aptos" w:hAnsi="Aptos" w:cstheme="minorHAnsi"/>
                <w:b/>
                <w:bCs/>
              </w:rPr>
              <w:t>Row</w:t>
            </w:r>
            <w:r w:rsidRPr="004B2DFA">
              <w:rPr>
                <w:rFonts w:ascii="Aptos" w:hAnsi="Aptos" w:cstheme="minorHAnsi"/>
              </w:rPr>
              <w:t>” tab, and click the “</w:t>
            </w:r>
            <w:r w:rsidRPr="003625C2">
              <w:rPr>
                <w:rFonts w:ascii="Aptos" w:hAnsi="Aptos" w:cstheme="minorHAnsi"/>
                <w:b/>
                <w:bCs/>
              </w:rPr>
              <w:t>Details</w:t>
            </w:r>
            <w:r w:rsidRPr="004B2DFA">
              <w:rPr>
                <w:rFonts w:ascii="Aptos" w:hAnsi="Aptos" w:cstheme="minorHAnsi"/>
              </w:rPr>
              <w:t>” option.</w:t>
            </w:r>
          </w:p>
          <w:p w14:paraId="3FFE67E9" w14:textId="30AFCDD8" w:rsidR="004B2DFA" w:rsidRDefault="00307DE8" w:rsidP="00590B1A">
            <w:pPr>
              <w:pStyle w:val="steptext"/>
              <w:keepNext/>
              <w:jc w:val="center"/>
              <w:rPr>
                <w:rFonts w:asciiTheme="minorHAnsi" w:hAnsiTheme="minorHAnsi" w:cstheme="minorHAnsi"/>
              </w:rPr>
            </w:pPr>
            <w:r w:rsidRPr="00E00101">
              <w:rPr>
                <w:rFonts w:ascii="Aptos" w:hAnsi="Aptos" w:cstheme="minorHAnsi"/>
                <w:bCs/>
                <w:noProof/>
              </w:rPr>
              <mc:AlternateContent>
                <mc:Choice Requires="wps">
                  <w:drawing>
                    <wp:anchor distT="0" distB="0" distL="114300" distR="114300" simplePos="0" relativeHeight="251958272" behindDoc="0" locked="0" layoutInCell="1" allowOverlap="1" wp14:anchorId="3671AFD9" wp14:editId="77F391BD">
                      <wp:simplePos x="0" y="0"/>
                      <wp:positionH relativeFrom="column">
                        <wp:posOffset>2737485</wp:posOffset>
                      </wp:positionH>
                      <wp:positionV relativeFrom="paragraph">
                        <wp:posOffset>845185</wp:posOffset>
                      </wp:positionV>
                      <wp:extent cx="1079500" cy="230588"/>
                      <wp:effectExtent l="0" t="0" r="25400" b="17145"/>
                      <wp:wrapNone/>
                      <wp:docPr id="752563248" name="Rectangle: Rounded Corners 5"/>
                      <wp:cNvGraphicFramePr/>
                      <a:graphic xmlns:a="http://schemas.openxmlformats.org/drawingml/2006/main">
                        <a:graphicData uri="http://schemas.microsoft.com/office/word/2010/wordprocessingShape">
                          <wps:wsp>
                            <wps:cNvSpPr/>
                            <wps:spPr>
                              <a:xfrm>
                                <a:off x="0" y="0"/>
                                <a:ext cx="1079500"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5AAF4" id="Rectangle: Rounded Corners 5" o:spid="_x0000_s1026" style="position:absolute;margin-left:215.55pt;margin-top:66.55pt;width:85pt;height:18.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" filled="f" strokecolor="red" strokeweight="1pt">
                      <v:stroke joinstyle="miter"/>
                    </v:roundrect>
                  </w:pict>
                </mc:Fallback>
              </mc:AlternateContent>
            </w:r>
            <w:r w:rsidR="00CC08DF" w:rsidRPr="00E00101">
              <w:rPr>
                <w:rFonts w:ascii="Aptos" w:hAnsi="Aptos" w:cs="Calibri"/>
                <w:noProof/>
              </w:rPr>
              <mc:AlternateContent>
                <mc:Choice Requires="wps">
                  <w:drawing>
                    <wp:anchor distT="0" distB="0" distL="114300" distR="114300" simplePos="0" relativeHeight="251960320" behindDoc="0" locked="0" layoutInCell="1" allowOverlap="1" wp14:anchorId="212179E5" wp14:editId="57D10580">
                      <wp:simplePos x="0" y="0"/>
                      <wp:positionH relativeFrom="column">
                        <wp:posOffset>2366658</wp:posOffset>
                      </wp:positionH>
                      <wp:positionV relativeFrom="paragraph">
                        <wp:posOffset>352424</wp:posOffset>
                      </wp:positionV>
                      <wp:extent cx="426007" cy="223396"/>
                      <wp:effectExtent l="19050" t="57150" r="0" b="81915"/>
                      <wp:wrapNone/>
                      <wp:docPr id="119523674" name="Arrow: Right 3"/>
                      <wp:cNvGraphicFramePr/>
                      <a:graphic xmlns:a="http://schemas.openxmlformats.org/drawingml/2006/main">
                        <a:graphicData uri="http://schemas.microsoft.com/office/word/2010/wordprocessingShape">
                          <wps:wsp>
                            <wps:cNvSpPr/>
                            <wps:spPr>
                              <a:xfrm rot="19372203">
                                <a:off x="0" y="0"/>
                                <a:ext cx="426007" cy="22339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AB82" id="Arrow: Right 3" o:spid="_x0000_s1026" type="#_x0000_t13" style="position:absolute;margin-left:186.35pt;margin-top:27.75pt;width:33.55pt;height:17.6pt;rotation:-2433348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" adj="15937" fillcolor="red" strokecolor="#042433" strokeweight="1pt"/>
                  </w:pict>
                </mc:Fallback>
              </mc:AlternateContent>
            </w:r>
            <w:r w:rsidR="004B2DFA">
              <w:rPr>
                <w:rFonts w:asciiTheme="minorHAnsi" w:hAnsiTheme="minorHAnsi" w:cstheme="minorHAnsi"/>
                <w:noProof/>
                <w14:ligatures w14:val="standardContextual"/>
              </w:rPr>
              <w:drawing>
                <wp:inline distT="0" distB="0" distL="0" distR="0" wp14:anchorId="467476E7" wp14:editId="6E8BA609">
                  <wp:extent cx="2752484" cy="1223645"/>
                  <wp:effectExtent l="171450" t="171450" r="372110" b="376555"/>
                  <wp:docPr id="7726518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51893" name="Picture 772651893"/>
                          <pic:cNvPicPr/>
                        </pic:nvPicPr>
                        <pic:blipFill rotWithShape="1">
                          <a:blip r:embed="rId39">
                            <a:extLst>
                              <a:ext uri="{28A0092B-C50C-407E-A947-70E740481C1C}">
                                <a14:useLocalDpi xmlns:a14="http://schemas.microsoft.com/office/drawing/2010/main" val="0"/>
                              </a:ext>
                            </a:extLst>
                          </a:blip>
                          <a:srcRect t="12290"/>
                          <a:stretch>
                            <a:fillRect/>
                          </a:stretch>
                        </pic:blipFill>
                        <pic:spPr bwMode="auto">
                          <a:xfrm>
                            <a:off x="0" y="0"/>
                            <a:ext cx="2757109" cy="12257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B2DFA" w:rsidRPr="00E00101" w14:paraId="7F8CA9B7" w14:textId="77777777" w:rsidTr="001C4ADF">
        <w:trPr>
          <w:jc w:val="center"/>
        </w:trPr>
        <w:tc>
          <w:tcPr>
            <w:tcW w:w="678" w:type="dxa"/>
          </w:tcPr>
          <w:p w14:paraId="7A2AF2EF" w14:textId="77777777" w:rsidR="004B2DFA" w:rsidRPr="00590B1A" w:rsidRDefault="004B2DFA" w:rsidP="008A71A0">
            <w:pPr>
              <w:pStyle w:val="ListParagraph"/>
              <w:keepNext/>
              <w:numPr>
                <w:ilvl w:val="0"/>
                <w:numId w:val="28"/>
              </w:numPr>
              <w:rPr>
                <w:rFonts w:ascii="Aptos" w:hAnsi="Aptos" w:cstheme="majorHAnsi"/>
              </w:rPr>
            </w:pPr>
          </w:p>
        </w:tc>
        <w:tc>
          <w:tcPr>
            <w:tcW w:w="10446" w:type="dxa"/>
          </w:tcPr>
          <w:p w14:paraId="5CB6B88D" w14:textId="77777777" w:rsidR="00422560" w:rsidRPr="00422560" w:rsidRDefault="004F1683" w:rsidP="008A71A0">
            <w:pPr>
              <w:pStyle w:val="steptext"/>
              <w:keepNext/>
              <w:rPr>
                <w:rFonts w:ascii="Aptos" w:hAnsi="Aptos" w:cstheme="minorHAnsi"/>
              </w:rPr>
            </w:pPr>
            <w:r>
              <w:rPr>
                <w:rFonts w:ascii="Aptos" w:hAnsi="Aptos" w:cstheme="minorHAnsi"/>
              </w:rPr>
              <w:t>R</w:t>
            </w:r>
            <w:r w:rsidR="00422560" w:rsidRPr="00422560">
              <w:rPr>
                <w:rFonts w:ascii="Aptos" w:hAnsi="Aptos" w:cstheme="minorHAnsi"/>
              </w:rPr>
              <w:t xml:space="preserve">eview </w:t>
            </w:r>
            <w:r>
              <w:rPr>
                <w:rFonts w:ascii="Aptos" w:hAnsi="Aptos" w:cstheme="minorHAnsi"/>
              </w:rPr>
              <w:t xml:space="preserve">the </w:t>
            </w:r>
            <w:r w:rsidR="00422560" w:rsidRPr="00422560">
              <w:rPr>
                <w:rFonts w:ascii="Aptos" w:hAnsi="Aptos" w:cstheme="minorHAnsi"/>
              </w:rPr>
              <w:t xml:space="preserve">quantities and </w:t>
            </w:r>
            <w:r w:rsidR="00FE6D1A" w:rsidRPr="00422560">
              <w:rPr>
                <w:rFonts w:ascii="Aptos" w:hAnsi="Aptos" w:cstheme="minorHAnsi"/>
              </w:rPr>
              <w:t>adjust</w:t>
            </w:r>
            <w:r w:rsidR="00422560" w:rsidRPr="00422560">
              <w:rPr>
                <w:rFonts w:ascii="Aptos" w:hAnsi="Aptos" w:cstheme="minorHAnsi"/>
              </w:rPr>
              <w:t xml:space="preserve"> if necessary. Once </w:t>
            </w:r>
            <w:r>
              <w:rPr>
                <w:rFonts w:ascii="Aptos" w:hAnsi="Aptos" w:cstheme="minorHAnsi"/>
              </w:rPr>
              <w:t xml:space="preserve">the </w:t>
            </w:r>
            <w:r w:rsidR="00422560" w:rsidRPr="00422560">
              <w:rPr>
                <w:rFonts w:ascii="Aptos" w:hAnsi="Aptos" w:cstheme="minorHAnsi"/>
              </w:rPr>
              <w:t xml:space="preserve">review is </w:t>
            </w:r>
            <w:r>
              <w:rPr>
                <w:rFonts w:ascii="Aptos" w:hAnsi="Aptos" w:cstheme="minorHAnsi"/>
              </w:rPr>
              <w:t xml:space="preserve">complete </w:t>
            </w:r>
            <w:r w:rsidR="00422560" w:rsidRPr="00422560">
              <w:rPr>
                <w:rFonts w:ascii="Aptos" w:hAnsi="Aptos" w:cstheme="minorHAnsi"/>
              </w:rPr>
              <w:t>and</w:t>
            </w:r>
            <w:r>
              <w:rPr>
                <w:rFonts w:ascii="Aptos" w:hAnsi="Aptos" w:cstheme="minorHAnsi"/>
              </w:rPr>
              <w:t xml:space="preserve"> any</w:t>
            </w:r>
            <w:r w:rsidR="00422560" w:rsidRPr="00422560">
              <w:rPr>
                <w:rFonts w:ascii="Aptos" w:hAnsi="Aptos" w:cstheme="minorHAnsi"/>
              </w:rPr>
              <w:t xml:space="preserve"> adjustments are made, click the </w:t>
            </w:r>
            <w:r w:rsidR="00422560" w:rsidRPr="003625C2">
              <w:rPr>
                <w:rFonts w:ascii="Aptos" w:hAnsi="Aptos" w:cstheme="minorHAnsi"/>
                <w:b/>
                <w:bCs/>
              </w:rPr>
              <w:t>green checkmark</w:t>
            </w:r>
            <w:r w:rsidR="00422560" w:rsidRPr="00422560">
              <w:rPr>
                <w:rFonts w:ascii="Aptos" w:hAnsi="Aptos" w:cstheme="minorHAnsi"/>
              </w:rPr>
              <w:t>.</w:t>
            </w:r>
          </w:p>
          <w:p w14:paraId="68D2F1A1" w14:textId="2488C51A" w:rsidR="004B2DFA" w:rsidRDefault="001C4ADF" w:rsidP="008A71A0">
            <w:pPr>
              <w:pStyle w:val="steptext"/>
              <w:keepNext/>
              <w:jc w:val="center"/>
              <w:rPr>
                <w:rFonts w:asciiTheme="minorHAnsi" w:hAnsiTheme="minorHAnsi" w:cstheme="minorHAnsi"/>
              </w:rPr>
            </w:pPr>
            <w:r w:rsidRPr="00E00101">
              <w:rPr>
                <w:rFonts w:ascii="Aptos" w:hAnsi="Aptos" w:cs="Calibri"/>
                <w:noProof/>
              </w:rPr>
              <mc:AlternateContent>
                <mc:Choice Requires="wps">
                  <w:drawing>
                    <wp:anchor distT="0" distB="0" distL="114300" distR="114300" simplePos="0" relativeHeight="251962368" behindDoc="0" locked="0" layoutInCell="1" allowOverlap="1" wp14:anchorId="39D11FDB" wp14:editId="1B98F7EF">
                      <wp:simplePos x="0" y="0"/>
                      <wp:positionH relativeFrom="column">
                        <wp:posOffset>1483995</wp:posOffset>
                      </wp:positionH>
                      <wp:positionV relativeFrom="paragraph">
                        <wp:posOffset>456566</wp:posOffset>
                      </wp:positionV>
                      <wp:extent cx="426007" cy="223396"/>
                      <wp:effectExtent l="19050" t="57150" r="0" b="81915"/>
                      <wp:wrapNone/>
                      <wp:docPr id="358448046" name="Arrow: Right 3"/>
                      <wp:cNvGraphicFramePr/>
                      <a:graphic xmlns:a="http://schemas.openxmlformats.org/drawingml/2006/main">
                        <a:graphicData uri="http://schemas.microsoft.com/office/word/2010/wordprocessingShape">
                          <wps:wsp>
                            <wps:cNvSpPr/>
                            <wps:spPr>
                              <a:xfrm rot="19372203">
                                <a:off x="0" y="0"/>
                                <a:ext cx="426007" cy="22339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BF54" id="Arrow: Right 3" o:spid="_x0000_s1026" type="#_x0000_t13" style="position:absolute;margin-left:116.85pt;margin-top:35.95pt;width:33.55pt;height:17.6pt;rotation:-2433348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" adj="15937" fillcolor="red" strokecolor="#042433" strokeweight="1pt"/>
                  </w:pict>
                </mc:Fallback>
              </mc:AlternateContent>
            </w:r>
            <w:r w:rsidR="00F646FE" w:rsidRPr="00E00101">
              <w:rPr>
                <w:rFonts w:ascii="Aptos" w:hAnsi="Aptos" w:cstheme="minorHAnsi"/>
                <w:bCs/>
                <w:noProof/>
              </w:rPr>
              <mc:AlternateContent>
                <mc:Choice Requires="wps">
                  <w:drawing>
                    <wp:anchor distT="0" distB="0" distL="114300" distR="114300" simplePos="0" relativeHeight="251964416" behindDoc="0" locked="0" layoutInCell="1" allowOverlap="1" wp14:anchorId="422FB518" wp14:editId="4D2D40AB">
                      <wp:simplePos x="0" y="0"/>
                      <wp:positionH relativeFrom="column">
                        <wp:posOffset>1880870</wp:posOffset>
                      </wp:positionH>
                      <wp:positionV relativeFrom="paragraph">
                        <wp:posOffset>969010</wp:posOffset>
                      </wp:positionV>
                      <wp:extent cx="2596551" cy="690113"/>
                      <wp:effectExtent l="0" t="0" r="13335" b="15240"/>
                      <wp:wrapNone/>
                      <wp:docPr id="1101461805" name="Rectangle: Rounded Corners 5"/>
                      <wp:cNvGraphicFramePr/>
                      <a:graphic xmlns:a="http://schemas.openxmlformats.org/drawingml/2006/main">
                        <a:graphicData uri="http://schemas.microsoft.com/office/word/2010/wordprocessingShape">
                          <wps:wsp>
                            <wps:cNvSpPr/>
                            <wps:spPr>
                              <a:xfrm>
                                <a:off x="0" y="0"/>
                                <a:ext cx="2596551" cy="69011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BB157" id="Rectangle: Rounded Corners 5" o:spid="_x0000_s1026" style="position:absolute;margin-left:148.1pt;margin-top:76.3pt;width:204.45pt;height:54.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" filled="f" strokecolor="red" strokeweight="1pt">
                      <v:stroke joinstyle="miter"/>
                    </v:roundrect>
                  </w:pict>
                </mc:Fallback>
              </mc:AlternateContent>
            </w:r>
            <w:r w:rsidR="00422560">
              <w:rPr>
                <w:rFonts w:asciiTheme="minorHAnsi" w:hAnsiTheme="minorHAnsi" w:cstheme="minorHAnsi"/>
                <w:noProof/>
              </w:rPr>
              <w:drawing>
                <wp:inline distT="0" distB="0" distL="0" distR="0" wp14:anchorId="14054747" wp14:editId="464CE06A">
                  <wp:extent cx="2759076" cy="1496009"/>
                  <wp:effectExtent l="171450" t="171450" r="231775" b="314325"/>
                  <wp:docPr id="17793536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53680" name="Picture 1779353680"/>
                          <pic:cNvPicPr/>
                        </pic:nvPicPr>
                        <pic:blipFill>
                          <a:blip r:embed="rId40"/>
                          <a:stretch>
                            <a:fillRect/>
                          </a:stretch>
                        </pic:blipFill>
                        <pic:spPr>
                          <a:xfrm>
                            <a:off x="0" y="0"/>
                            <a:ext cx="2772960" cy="1503537"/>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4B2DFA" w:rsidRPr="00E00101" w14:paraId="11AA268A" w14:textId="77777777" w:rsidTr="001C4ADF">
        <w:trPr>
          <w:jc w:val="center"/>
        </w:trPr>
        <w:tc>
          <w:tcPr>
            <w:tcW w:w="678" w:type="dxa"/>
          </w:tcPr>
          <w:p w14:paraId="5257D7D3" w14:textId="77777777" w:rsidR="004B2DFA" w:rsidRPr="00590B1A" w:rsidRDefault="004B2DFA" w:rsidP="00590B1A">
            <w:pPr>
              <w:pStyle w:val="ListParagraph"/>
              <w:keepNext/>
              <w:numPr>
                <w:ilvl w:val="0"/>
                <w:numId w:val="28"/>
              </w:numPr>
              <w:rPr>
                <w:rFonts w:ascii="Aptos" w:hAnsi="Aptos" w:cstheme="majorHAnsi"/>
              </w:rPr>
            </w:pPr>
          </w:p>
        </w:tc>
        <w:tc>
          <w:tcPr>
            <w:tcW w:w="10446" w:type="dxa"/>
          </w:tcPr>
          <w:p w14:paraId="0EFFADB8" w14:textId="6AD5B66D" w:rsidR="00422560" w:rsidRPr="00422560" w:rsidRDefault="00422560" w:rsidP="00590B1A">
            <w:pPr>
              <w:pStyle w:val="steptext"/>
              <w:keepNext/>
              <w:rPr>
                <w:rFonts w:ascii="Aptos" w:hAnsi="Aptos" w:cstheme="minorHAnsi"/>
              </w:rPr>
            </w:pPr>
            <w:r w:rsidRPr="00422560">
              <w:rPr>
                <w:rFonts w:ascii="Aptos" w:hAnsi="Aptos" w:cstheme="minorHAnsi"/>
              </w:rPr>
              <w:t>Click the “</w:t>
            </w:r>
            <w:r w:rsidRPr="00C2358A">
              <w:rPr>
                <w:rFonts w:ascii="Aptos" w:hAnsi="Aptos" w:cstheme="minorHAnsi"/>
                <w:b/>
                <w:bCs/>
              </w:rPr>
              <w:t>Form</w:t>
            </w:r>
            <w:r w:rsidRPr="00422560">
              <w:rPr>
                <w:rFonts w:ascii="Aptos" w:hAnsi="Aptos" w:cstheme="minorHAnsi"/>
              </w:rPr>
              <w:t xml:space="preserve">” </w:t>
            </w:r>
            <w:r w:rsidR="00FE6D1A" w:rsidRPr="00422560">
              <w:rPr>
                <w:rFonts w:ascii="Aptos" w:hAnsi="Aptos" w:cstheme="minorHAnsi"/>
              </w:rPr>
              <w:t>tab</w:t>
            </w:r>
            <w:r w:rsidR="00B952C9">
              <w:rPr>
                <w:rFonts w:ascii="Aptos" w:hAnsi="Aptos" w:cstheme="minorHAnsi"/>
              </w:rPr>
              <w:t>,</w:t>
            </w:r>
            <w:r w:rsidR="00FE6D1A" w:rsidRPr="00422560">
              <w:rPr>
                <w:rFonts w:ascii="Aptos" w:hAnsi="Aptos" w:cstheme="minorHAnsi"/>
              </w:rPr>
              <w:t xml:space="preserve"> and</w:t>
            </w:r>
            <w:r w:rsidRPr="00422560">
              <w:rPr>
                <w:rFonts w:ascii="Aptos" w:hAnsi="Aptos" w:cstheme="minorHAnsi"/>
              </w:rPr>
              <w:t xml:space="preserve"> click “</w:t>
            </w:r>
            <w:r w:rsidRPr="00C2358A">
              <w:rPr>
                <w:rFonts w:ascii="Aptos" w:hAnsi="Aptos" w:cstheme="minorHAnsi"/>
                <w:b/>
                <w:bCs/>
              </w:rPr>
              <w:t>Generate Order(s)</w:t>
            </w:r>
            <w:r w:rsidRPr="00422560">
              <w:rPr>
                <w:rFonts w:ascii="Aptos" w:hAnsi="Aptos" w:cstheme="minorHAnsi"/>
              </w:rPr>
              <w:t>.”</w:t>
            </w:r>
          </w:p>
          <w:p w14:paraId="01B82D2F" w14:textId="77777777" w:rsidR="004B2DFA" w:rsidRDefault="00960574" w:rsidP="00590B1A">
            <w:pPr>
              <w:pStyle w:val="steptext"/>
              <w:keepNext/>
              <w:jc w:val="center"/>
              <w:rPr>
                <w:rFonts w:asciiTheme="minorHAnsi" w:hAnsiTheme="minorHAnsi" w:cstheme="minorHAnsi"/>
              </w:rPr>
            </w:pPr>
            <w:r w:rsidRPr="00E00101">
              <w:rPr>
                <w:rFonts w:ascii="Aptos" w:hAnsi="Aptos" w:cstheme="minorHAnsi"/>
                <w:bCs/>
                <w:noProof/>
              </w:rPr>
              <mc:AlternateContent>
                <mc:Choice Requires="wps">
                  <w:drawing>
                    <wp:anchor distT="0" distB="0" distL="114300" distR="114300" simplePos="0" relativeHeight="251966464" behindDoc="0" locked="0" layoutInCell="1" allowOverlap="1" wp14:anchorId="3479A570" wp14:editId="1FD7AE42">
                      <wp:simplePos x="0" y="0"/>
                      <wp:positionH relativeFrom="column">
                        <wp:posOffset>2532380</wp:posOffset>
                      </wp:positionH>
                      <wp:positionV relativeFrom="paragraph">
                        <wp:posOffset>966470</wp:posOffset>
                      </wp:positionV>
                      <wp:extent cx="813040" cy="189781"/>
                      <wp:effectExtent l="0" t="0" r="25400" b="20320"/>
                      <wp:wrapNone/>
                      <wp:docPr id="244838061" name="Rectangle: Rounded Corners 5"/>
                      <wp:cNvGraphicFramePr/>
                      <a:graphic xmlns:a="http://schemas.openxmlformats.org/drawingml/2006/main">
                        <a:graphicData uri="http://schemas.microsoft.com/office/word/2010/wordprocessingShape">
                          <wps:wsp>
                            <wps:cNvSpPr/>
                            <wps:spPr>
                              <a:xfrm>
                                <a:off x="0" y="0"/>
                                <a:ext cx="813040" cy="18978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CA88D" id="Rectangle: Rounded Corners 5" o:spid="_x0000_s1026" style="position:absolute;margin-left:199.4pt;margin-top:76.1pt;width:64pt;height:14.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" filled="f" strokecolor="red" strokeweight="1pt">
                      <v:stroke joinstyle="miter"/>
                    </v:roundrect>
                  </w:pict>
                </mc:Fallback>
              </mc:AlternateContent>
            </w:r>
            <w:r w:rsidR="00CC08DF" w:rsidRPr="00E00101">
              <w:rPr>
                <w:rFonts w:ascii="Aptos" w:hAnsi="Aptos" w:cs="Calibri"/>
                <w:noProof/>
              </w:rPr>
              <mc:AlternateContent>
                <mc:Choice Requires="wps">
                  <w:drawing>
                    <wp:anchor distT="0" distB="0" distL="114300" distR="114300" simplePos="0" relativeHeight="251968512" behindDoc="0" locked="0" layoutInCell="1" allowOverlap="1" wp14:anchorId="0DC129E2" wp14:editId="35E0B37E">
                      <wp:simplePos x="0" y="0"/>
                      <wp:positionH relativeFrom="column">
                        <wp:posOffset>1654962</wp:posOffset>
                      </wp:positionH>
                      <wp:positionV relativeFrom="paragraph">
                        <wp:posOffset>480416</wp:posOffset>
                      </wp:positionV>
                      <wp:extent cx="426007" cy="223396"/>
                      <wp:effectExtent l="19050" t="57150" r="0" b="81915"/>
                      <wp:wrapNone/>
                      <wp:docPr id="1596675913" name="Arrow: Right 3"/>
                      <wp:cNvGraphicFramePr/>
                      <a:graphic xmlns:a="http://schemas.openxmlformats.org/drawingml/2006/main">
                        <a:graphicData uri="http://schemas.microsoft.com/office/word/2010/wordprocessingShape">
                          <wps:wsp>
                            <wps:cNvSpPr/>
                            <wps:spPr>
                              <a:xfrm rot="19372203">
                                <a:off x="0" y="0"/>
                                <a:ext cx="426007" cy="22339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BB27" id="Arrow: Right 3" o:spid="_x0000_s1026" type="#_x0000_t13" style="position:absolute;margin-left:130.3pt;margin-top:37.85pt;width:33.55pt;height:17.6pt;rotation:-2433348fd;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" adj="15937" fillcolor="red" strokecolor="#042433" strokeweight="1pt"/>
                  </w:pict>
                </mc:Fallback>
              </mc:AlternateContent>
            </w:r>
            <w:r w:rsidR="00422560">
              <w:rPr>
                <w:rFonts w:asciiTheme="minorHAnsi" w:hAnsiTheme="minorHAnsi" w:cstheme="minorHAnsi"/>
                <w:noProof/>
              </w:rPr>
              <w:drawing>
                <wp:inline distT="0" distB="0" distL="0" distR="0" wp14:anchorId="0EBA8C1C" wp14:editId="00C5C58A">
                  <wp:extent cx="2606040" cy="1044874"/>
                  <wp:effectExtent l="171450" t="171450" r="365760" b="384175"/>
                  <wp:docPr id="17676540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54008" name="Picture 1767654008"/>
                          <pic:cNvPicPr/>
                        </pic:nvPicPr>
                        <pic:blipFill rotWithShape="1">
                          <a:blip r:embed="rId41"/>
                          <a:srcRect b="12829"/>
                          <a:stretch>
                            <a:fillRect/>
                          </a:stretch>
                        </pic:blipFill>
                        <pic:spPr bwMode="auto">
                          <a:xfrm>
                            <a:off x="0" y="0"/>
                            <a:ext cx="2617674" cy="10495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F5DDE" w:rsidRPr="00E00101" w14:paraId="57E4820B" w14:textId="77777777" w:rsidTr="001C4ADF">
        <w:trPr>
          <w:jc w:val="center"/>
        </w:trPr>
        <w:tc>
          <w:tcPr>
            <w:tcW w:w="678" w:type="dxa"/>
          </w:tcPr>
          <w:p w14:paraId="47953408" w14:textId="77777777" w:rsidR="004F5DDE" w:rsidRPr="00590B1A" w:rsidRDefault="004F5DDE" w:rsidP="00590B1A">
            <w:pPr>
              <w:pStyle w:val="ListParagraph"/>
              <w:numPr>
                <w:ilvl w:val="0"/>
                <w:numId w:val="28"/>
              </w:numPr>
              <w:rPr>
                <w:rFonts w:ascii="Aptos" w:hAnsi="Aptos" w:cstheme="majorHAnsi"/>
              </w:rPr>
            </w:pPr>
          </w:p>
        </w:tc>
        <w:tc>
          <w:tcPr>
            <w:tcW w:w="10446" w:type="dxa"/>
          </w:tcPr>
          <w:p w14:paraId="41F9F4B7" w14:textId="293CC436" w:rsidR="00DD1F7E" w:rsidRPr="00E00101" w:rsidRDefault="00B952C9" w:rsidP="00DD1F7E">
            <w:pPr>
              <w:rPr>
                <w:rFonts w:ascii="Aptos" w:hAnsi="Aptos" w:cstheme="majorHAnsi"/>
              </w:rPr>
            </w:pPr>
            <w:r>
              <w:rPr>
                <w:rFonts w:ascii="Aptos" w:hAnsi="Aptos" w:cstheme="majorHAnsi"/>
              </w:rPr>
              <w:t>Make note of</w:t>
            </w:r>
            <w:r w:rsidR="00DD1F7E" w:rsidRPr="00E00101">
              <w:rPr>
                <w:rFonts w:ascii="Aptos" w:hAnsi="Aptos" w:cstheme="majorHAnsi"/>
              </w:rPr>
              <w:t xml:space="preserve"> </w:t>
            </w:r>
            <w:r w:rsidR="004F1683">
              <w:rPr>
                <w:rFonts w:ascii="Aptos" w:hAnsi="Aptos" w:cstheme="majorHAnsi"/>
              </w:rPr>
              <w:t xml:space="preserve">the </w:t>
            </w:r>
            <w:r w:rsidR="00DD1F7E" w:rsidRPr="00E00101">
              <w:rPr>
                <w:rFonts w:ascii="Aptos" w:hAnsi="Aptos" w:cstheme="majorHAnsi"/>
              </w:rPr>
              <w:t>newly created purchase order number.</w:t>
            </w:r>
          </w:p>
          <w:p w14:paraId="2D2DFA35" w14:textId="77777777" w:rsidR="004F5DDE" w:rsidRPr="00E00101" w:rsidRDefault="00DD1F7E" w:rsidP="00DD1F7E">
            <w:pPr>
              <w:jc w:val="cente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1751424" behindDoc="0" locked="0" layoutInCell="1" allowOverlap="1" wp14:anchorId="7BAC6A26" wp14:editId="5345AC26">
                      <wp:simplePos x="0" y="0"/>
                      <wp:positionH relativeFrom="column">
                        <wp:posOffset>1584960</wp:posOffset>
                      </wp:positionH>
                      <wp:positionV relativeFrom="paragraph">
                        <wp:posOffset>677545</wp:posOffset>
                      </wp:positionV>
                      <wp:extent cx="1089965" cy="241402"/>
                      <wp:effectExtent l="0" t="0" r="15240" b="25400"/>
                      <wp:wrapNone/>
                      <wp:docPr id="1182791600" name="Rectangle: Rounded Corners 5"/>
                      <wp:cNvGraphicFramePr/>
                      <a:graphic xmlns:a="http://schemas.openxmlformats.org/drawingml/2006/main">
                        <a:graphicData uri="http://schemas.microsoft.com/office/word/2010/wordprocessingShape">
                          <wps:wsp>
                            <wps:cNvSpPr/>
                            <wps:spPr>
                              <a:xfrm>
                                <a:off x="0" y="0"/>
                                <a:ext cx="1089965" cy="24140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819B3" id="Rectangle: Rounded Corners 5" o:spid="_x0000_s1026" style="position:absolute;margin-left:124.8pt;margin-top:53.35pt;width:85.8pt;height: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" filled="f" strokecolor="red" strokeweight="1pt">
                      <v:stroke joinstyle="miter"/>
                    </v:roundrect>
                  </w:pict>
                </mc:Fallback>
              </mc:AlternateContent>
            </w:r>
            <w:r w:rsidR="00422560">
              <w:rPr>
                <w:rFonts w:ascii="Aptos" w:hAnsi="Aptos" w:cstheme="majorHAnsi"/>
                <w:noProof/>
              </w:rPr>
              <w:drawing>
                <wp:inline distT="0" distB="0" distL="0" distR="0" wp14:anchorId="0DDA1A25" wp14:editId="57686E7D">
                  <wp:extent cx="3235323" cy="738262"/>
                  <wp:effectExtent l="171450" t="171450" r="365760" b="386080"/>
                  <wp:docPr id="1247878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7820" name="Picture 124787820"/>
                          <pic:cNvPicPr/>
                        </pic:nvPicPr>
                        <pic:blipFill>
                          <a:blip r:embed="rId42"/>
                          <a:stretch>
                            <a:fillRect/>
                          </a:stretch>
                        </pic:blipFill>
                        <pic:spPr>
                          <a:xfrm>
                            <a:off x="0" y="0"/>
                            <a:ext cx="3285291" cy="74966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48603F" w:rsidRPr="00E00101" w14:paraId="735D8315" w14:textId="77777777" w:rsidTr="001C4ADF">
        <w:trPr>
          <w:jc w:val="center"/>
        </w:trPr>
        <w:tc>
          <w:tcPr>
            <w:tcW w:w="678" w:type="dxa"/>
          </w:tcPr>
          <w:p w14:paraId="745DC213" w14:textId="77777777" w:rsidR="0048603F" w:rsidRPr="0048603F" w:rsidDel="00D7566D" w:rsidRDefault="0048603F" w:rsidP="00590B1A">
            <w:pPr>
              <w:pStyle w:val="ListParagraph"/>
              <w:keepNext/>
              <w:numPr>
                <w:ilvl w:val="0"/>
                <w:numId w:val="28"/>
              </w:numPr>
              <w:rPr>
                <w:rFonts w:ascii="Aptos" w:hAnsi="Aptos" w:cstheme="majorHAnsi"/>
              </w:rPr>
            </w:pPr>
          </w:p>
        </w:tc>
        <w:tc>
          <w:tcPr>
            <w:tcW w:w="10446" w:type="dxa"/>
          </w:tcPr>
          <w:p w14:paraId="4BEB4A30" w14:textId="77777777" w:rsidR="0048603F" w:rsidRDefault="0048603F" w:rsidP="00590B1A">
            <w:pPr>
              <w:keepNext/>
              <w:rPr>
                <w:rFonts w:ascii="Aptos" w:hAnsi="Aptos" w:cstheme="majorHAnsi"/>
              </w:rPr>
            </w:pPr>
            <w:r>
              <w:rPr>
                <w:rFonts w:ascii="Aptos" w:hAnsi="Aptos" w:cstheme="majorHAnsi"/>
              </w:rPr>
              <w:t xml:space="preserve">Click the </w:t>
            </w:r>
            <w:r w:rsidR="005E587C">
              <w:rPr>
                <w:rFonts w:ascii="Aptos" w:hAnsi="Aptos" w:cstheme="majorHAnsi"/>
              </w:rPr>
              <w:t>“</w:t>
            </w:r>
            <w:r w:rsidR="005E587C" w:rsidRPr="00C2358A">
              <w:rPr>
                <w:rFonts w:ascii="Aptos" w:hAnsi="Aptos" w:cstheme="majorHAnsi"/>
                <w:b/>
                <w:bCs/>
              </w:rPr>
              <w:t>Row</w:t>
            </w:r>
            <w:r w:rsidR="005E587C">
              <w:rPr>
                <w:rFonts w:ascii="Aptos" w:hAnsi="Aptos" w:cstheme="majorHAnsi"/>
              </w:rPr>
              <w:t xml:space="preserve">” </w:t>
            </w:r>
            <w:r w:rsidR="00FE6D1A">
              <w:rPr>
                <w:rFonts w:ascii="Aptos" w:hAnsi="Aptos" w:cstheme="majorHAnsi"/>
              </w:rPr>
              <w:t>tab and</w:t>
            </w:r>
            <w:r w:rsidR="005E587C">
              <w:rPr>
                <w:rFonts w:ascii="Aptos" w:hAnsi="Aptos" w:cstheme="majorHAnsi"/>
              </w:rPr>
              <w:t xml:space="preserve"> click the “</w:t>
            </w:r>
            <w:r w:rsidR="005E587C" w:rsidRPr="00C2358A">
              <w:rPr>
                <w:rFonts w:ascii="Aptos" w:hAnsi="Aptos" w:cstheme="majorHAnsi"/>
                <w:b/>
                <w:bCs/>
              </w:rPr>
              <w:t>Open Order Inquiry</w:t>
            </w:r>
            <w:r w:rsidR="005E587C">
              <w:rPr>
                <w:rFonts w:ascii="Aptos" w:hAnsi="Aptos" w:cstheme="majorHAnsi"/>
              </w:rPr>
              <w:t>” option.</w:t>
            </w:r>
          </w:p>
          <w:p w14:paraId="1C89F3DF" w14:textId="32EA18E1" w:rsidR="005E587C" w:rsidRPr="00E00101" w:rsidRDefault="00CC08DF" w:rsidP="00590B1A">
            <w:pPr>
              <w:keepNext/>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2110848" behindDoc="0" locked="0" layoutInCell="1" allowOverlap="1" wp14:anchorId="78D24658" wp14:editId="59C938DE">
                      <wp:simplePos x="0" y="0"/>
                      <wp:positionH relativeFrom="column">
                        <wp:posOffset>1588618</wp:posOffset>
                      </wp:positionH>
                      <wp:positionV relativeFrom="paragraph">
                        <wp:posOffset>432105</wp:posOffset>
                      </wp:positionV>
                      <wp:extent cx="426007" cy="223396"/>
                      <wp:effectExtent l="19050" t="57150" r="0" b="81915"/>
                      <wp:wrapNone/>
                      <wp:docPr id="1148675668" name="Arrow: Right 3"/>
                      <wp:cNvGraphicFramePr/>
                      <a:graphic xmlns:a="http://schemas.openxmlformats.org/drawingml/2006/main">
                        <a:graphicData uri="http://schemas.microsoft.com/office/word/2010/wordprocessingShape">
                          <wps:wsp>
                            <wps:cNvSpPr/>
                            <wps:spPr>
                              <a:xfrm rot="19372203">
                                <a:off x="0" y="0"/>
                                <a:ext cx="426007" cy="22339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A114" id="Arrow: Right 3" o:spid="_x0000_s1026" type="#_x0000_t13" style="position:absolute;margin-left:125.1pt;margin-top:34pt;width:33.55pt;height:17.6pt;rotation:-2433348fd;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" adj="15937" fillcolor="red" strokecolor="#042433" strokeweight="1pt"/>
                  </w:pict>
                </mc:Fallback>
              </mc:AlternateContent>
            </w:r>
            <w:r w:rsidR="005E587C">
              <w:rPr>
                <w:rFonts w:cstheme="minorHAnsi"/>
                <w:noProof/>
                <w14:ligatures w14:val="standardContextual"/>
              </w:rPr>
              <w:drawing>
                <wp:inline distT="0" distB="0" distL="0" distR="0" wp14:anchorId="11DAFA61" wp14:editId="049A2441">
                  <wp:extent cx="2628071" cy="1389932"/>
                  <wp:effectExtent l="171450" t="171450" r="363220" b="344170"/>
                  <wp:docPr id="5247515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51501" name="Picture 15"/>
                          <pic:cNvPicPr/>
                        </pic:nvPicPr>
                        <pic:blipFill rotWithShape="1">
                          <a:blip r:embed="rId43"/>
                          <a:srcRect t="1563" b="-4008"/>
                          <a:stretch>
                            <a:fillRect/>
                          </a:stretch>
                        </pic:blipFill>
                        <pic:spPr bwMode="auto">
                          <a:xfrm>
                            <a:off x="0" y="0"/>
                            <a:ext cx="2632891" cy="13924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8603F" w:rsidRPr="00E00101" w14:paraId="27137F02" w14:textId="77777777" w:rsidTr="001C4ADF">
        <w:trPr>
          <w:jc w:val="center"/>
        </w:trPr>
        <w:tc>
          <w:tcPr>
            <w:tcW w:w="678" w:type="dxa"/>
          </w:tcPr>
          <w:p w14:paraId="657AAAFF" w14:textId="77777777" w:rsidR="0048603F" w:rsidRPr="0048603F" w:rsidDel="00D7566D" w:rsidRDefault="0048603F" w:rsidP="00D7566D">
            <w:pPr>
              <w:pStyle w:val="ListParagraph"/>
              <w:numPr>
                <w:ilvl w:val="0"/>
                <w:numId w:val="28"/>
              </w:numPr>
              <w:rPr>
                <w:rFonts w:ascii="Aptos" w:hAnsi="Aptos" w:cstheme="majorHAnsi"/>
              </w:rPr>
            </w:pPr>
          </w:p>
        </w:tc>
        <w:tc>
          <w:tcPr>
            <w:tcW w:w="10446" w:type="dxa"/>
          </w:tcPr>
          <w:p w14:paraId="2DFEE7E8" w14:textId="77777777" w:rsidR="0048603F" w:rsidRPr="00E00101" w:rsidRDefault="00625BEF" w:rsidP="00DD1F7E">
            <w:pPr>
              <w:rPr>
                <w:rFonts w:ascii="Aptos" w:hAnsi="Aptos" w:cstheme="majorHAnsi"/>
              </w:rPr>
            </w:pPr>
            <w:r>
              <w:rPr>
                <w:rFonts w:ascii="Aptos" w:hAnsi="Aptos" w:cstheme="majorHAnsi"/>
              </w:rPr>
              <w:t xml:space="preserve">Select a row in the grid for the Purchase Order and click the </w:t>
            </w:r>
            <w:r w:rsidRPr="003625C2">
              <w:rPr>
                <w:rFonts w:ascii="Aptos" w:hAnsi="Aptos" w:cstheme="majorHAnsi"/>
                <w:b/>
                <w:bCs/>
              </w:rPr>
              <w:t>green checkmark</w:t>
            </w:r>
            <w:r>
              <w:rPr>
                <w:rFonts w:ascii="Aptos" w:hAnsi="Aptos" w:cstheme="majorHAnsi"/>
              </w:rPr>
              <w:t xml:space="preserve"> to open the </w:t>
            </w:r>
            <w:r w:rsidRPr="00C2358A">
              <w:rPr>
                <w:rFonts w:ascii="Aptos" w:hAnsi="Aptos" w:cstheme="majorHAnsi"/>
                <w:b/>
                <w:bCs/>
              </w:rPr>
              <w:t>Document Header</w:t>
            </w:r>
            <w:r>
              <w:rPr>
                <w:rFonts w:ascii="Aptos" w:hAnsi="Aptos" w:cstheme="majorHAnsi"/>
              </w:rPr>
              <w:t>.</w:t>
            </w:r>
          </w:p>
        </w:tc>
      </w:tr>
      <w:tr w:rsidR="0048603F" w:rsidRPr="00E00101" w14:paraId="17FDD5D6" w14:textId="77777777" w:rsidTr="001C4ADF">
        <w:trPr>
          <w:jc w:val="center"/>
        </w:trPr>
        <w:tc>
          <w:tcPr>
            <w:tcW w:w="678" w:type="dxa"/>
          </w:tcPr>
          <w:p w14:paraId="31FC2D65" w14:textId="77777777" w:rsidR="0048603F" w:rsidRPr="0048603F" w:rsidDel="00D7566D" w:rsidRDefault="0048603F" w:rsidP="00F646FE">
            <w:pPr>
              <w:pStyle w:val="ListParagraph"/>
              <w:keepNext/>
              <w:numPr>
                <w:ilvl w:val="0"/>
                <w:numId w:val="28"/>
              </w:numPr>
              <w:rPr>
                <w:rFonts w:ascii="Aptos" w:hAnsi="Aptos" w:cstheme="majorHAnsi"/>
              </w:rPr>
            </w:pPr>
          </w:p>
        </w:tc>
        <w:tc>
          <w:tcPr>
            <w:tcW w:w="10446" w:type="dxa"/>
          </w:tcPr>
          <w:p w14:paraId="144A8001" w14:textId="77777777" w:rsidR="00F646FE" w:rsidRDefault="00625BEF" w:rsidP="00F646FE">
            <w:pPr>
              <w:keepNext/>
              <w:rPr>
                <w:rFonts w:ascii="Aptos" w:hAnsi="Aptos" w:cstheme="majorHAnsi"/>
                <w:b/>
              </w:rPr>
            </w:pPr>
            <w:r w:rsidRPr="00590B1A">
              <w:rPr>
                <w:rFonts w:ascii="Aptos" w:hAnsi="Aptos" w:cstheme="majorHAnsi"/>
                <w:bCs/>
              </w:rPr>
              <w:t>Review</w:t>
            </w:r>
            <w:r>
              <w:rPr>
                <w:rFonts w:ascii="Aptos" w:hAnsi="Aptos" w:cstheme="majorHAnsi"/>
                <w:b/>
              </w:rPr>
              <w:t xml:space="preserve"> </w:t>
            </w:r>
            <w:r w:rsidRPr="00C2358A">
              <w:rPr>
                <w:rFonts w:ascii="Aptos" w:eastAsia="MS UI Gothic" w:hAnsi="Aptos" w:cstheme="minorHAnsi"/>
                <w:b/>
                <w:color w:val="000080"/>
              </w:rPr>
              <w:t>Header Information</w:t>
            </w:r>
            <w:r w:rsidR="00F646FE" w:rsidRPr="00C2358A">
              <w:rPr>
                <w:rFonts w:ascii="Aptos" w:hAnsi="Aptos" w:cstheme="majorHAnsi"/>
                <w:bCs/>
              </w:rPr>
              <w:t>.</w:t>
            </w:r>
          </w:p>
          <w:p w14:paraId="28778AED" w14:textId="77777777" w:rsidR="00F646FE" w:rsidRDefault="00F646FE" w:rsidP="00F646FE">
            <w:pPr>
              <w:pStyle w:val="steptext"/>
              <w:numPr>
                <w:ilvl w:val="0"/>
                <w:numId w:val="17"/>
              </w:numPr>
              <w:rPr>
                <w:rFonts w:ascii="Aptos" w:hAnsi="Aptos" w:cstheme="minorHAnsi"/>
              </w:rPr>
            </w:pPr>
            <w:r>
              <w:rPr>
                <w:rFonts w:ascii="Aptos" w:hAnsi="Aptos" w:cstheme="minorHAnsi"/>
                <w:b/>
                <w:color w:val="000080"/>
              </w:rPr>
              <w:t>Cancel Date –</w:t>
            </w:r>
            <w:r w:rsidRPr="00590B1A">
              <w:rPr>
                <w:rFonts w:ascii="Aptos" w:hAnsi="Aptos" w:cstheme="minorHAnsi"/>
              </w:rPr>
              <w:t xml:space="preserve"> </w:t>
            </w:r>
            <w:r w:rsidRPr="00590B1A">
              <w:rPr>
                <w:rFonts w:ascii="Aptos" w:hAnsi="Aptos" w:cstheme="minorHAnsi"/>
                <w:b/>
                <w:color w:val="FF0000"/>
              </w:rPr>
              <w:t>DO</w:t>
            </w:r>
            <w:r>
              <w:rPr>
                <w:rFonts w:ascii="Aptos" w:hAnsi="Aptos" w:cstheme="minorHAnsi"/>
                <w:b/>
                <w:color w:val="FF0000"/>
              </w:rPr>
              <w:t xml:space="preserve"> NOT ENTER A CANCEL DATE</w:t>
            </w:r>
            <w:r w:rsidRPr="00590B1A">
              <w:rPr>
                <w:rFonts w:ascii="Aptos" w:hAnsi="Aptos" w:cstheme="minorHAnsi"/>
              </w:rPr>
              <w:t xml:space="preserve"> </w:t>
            </w:r>
          </w:p>
          <w:p w14:paraId="0BBF9193" w14:textId="77777777" w:rsidR="00B517CC" w:rsidRDefault="00F646FE" w:rsidP="00F646FE">
            <w:pPr>
              <w:keepNext/>
              <w:rPr>
                <w:rFonts w:ascii="Aptos" w:hAnsi="Aptos" w:cstheme="minorHAnsi"/>
                <w:bCs/>
              </w:rPr>
            </w:pPr>
            <w:r w:rsidRPr="00EF350E">
              <w:rPr>
                <w:rFonts w:ascii="Aptos" w:hAnsi="Aptos" w:cstheme="minorHAnsi"/>
                <w:b/>
              </w:rPr>
              <w:t xml:space="preserve">NOTE: </w:t>
            </w:r>
            <w:r>
              <w:rPr>
                <w:rFonts w:ascii="Aptos" w:hAnsi="Aptos" w:cstheme="minorHAnsi"/>
                <w:bCs/>
              </w:rPr>
              <w:t xml:space="preserve">Purchase orders should </w:t>
            </w:r>
            <w:r>
              <w:rPr>
                <w:rFonts w:ascii="Aptos" w:hAnsi="Aptos" w:cstheme="minorHAnsi"/>
                <w:bCs/>
                <w:u w:val="single"/>
              </w:rPr>
              <w:t>never</w:t>
            </w:r>
            <w:r>
              <w:rPr>
                <w:rFonts w:ascii="Aptos" w:hAnsi="Aptos" w:cstheme="minorHAnsi"/>
                <w:bCs/>
              </w:rPr>
              <w:t xml:space="preserve"> have a cancel date. If not removed, the funds will remain encumbered even if the purchase order is canceled.</w:t>
            </w:r>
          </w:p>
          <w:p w14:paraId="777036CB" w14:textId="77777777" w:rsidR="00F646FE" w:rsidRDefault="00F646FE" w:rsidP="00F646FE">
            <w:pPr>
              <w:keepNext/>
              <w:rPr>
                <w:rFonts w:ascii="Aptos" w:hAnsi="Aptos" w:cstheme="minorHAnsi"/>
                <w:bCs/>
              </w:rPr>
            </w:pPr>
          </w:p>
          <w:p w14:paraId="55510671" w14:textId="11FB544C" w:rsidR="00F646FE" w:rsidRDefault="00F646FE" w:rsidP="00F646FE">
            <w:pPr>
              <w:pStyle w:val="steptext"/>
              <w:keepNext/>
              <w:jc w:val="center"/>
              <w:rPr>
                <w:rFonts w:ascii="Aptos" w:hAnsi="Aptos" w:cstheme="minorHAnsi"/>
                <w:b/>
                <w:bCs/>
              </w:rPr>
            </w:pPr>
            <w:r w:rsidRPr="00D3633A">
              <w:rPr>
                <w:rFonts w:ascii="Aptos" w:hAnsi="Aptos" w:cstheme="minorHAnsi"/>
                <w:b/>
                <w:bCs/>
              </w:rPr>
              <w:t>Example Order Header</w:t>
            </w:r>
          </w:p>
          <w:p w14:paraId="326641FA" w14:textId="5CE6F46C" w:rsidR="00F646FE" w:rsidRPr="00B517CC" w:rsidRDefault="00F646FE" w:rsidP="00F646FE">
            <w:pPr>
              <w:pStyle w:val="steptext"/>
              <w:keepNext/>
              <w:jc w:val="center"/>
              <w:rPr>
                <w:rFonts w:ascii="Aptos" w:hAnsi="Aptos" w:cstheme="majorHAnsi"/>
                <w:bCs/>
              </w:rPr>
            </w:pPr>
            <w:r w:rsidRPr="00E00101">
              <w:rPr>
                <w:rFonts w:ascii="Aptos" w:hAnsi="Aptos" w:cstheme="minorHAnsi"/>
                <w:noProof/>
              </w:rPr>
              <mc:AlternateContent>
                <mc:Choice Requires="wps">
                  <w:drawing>
                    <wp:anchor distT="0" distB="0" distL="114300" distR="114300" simplePos="0" relativeHeight="252143616" behindDoc="0" locked="0" layoutInCell="1" allowOverlap="1" wp14:anchorId="20710EB8" wp14:editId="5D14616A">
                      <wp:simplePos x="0" y="0"/>
                      <wp:positionH relativeFrom="column">
                        <wp:posOffset>862965</wp:posOffset>
                      </wp:positionH>
                      <wp:positionV relativeFrom="paragraph">
                        <wp:posOffset>1332865</wp:posOffset>
                      </wp:positionV>
                      <wp:extent cx="4314825" cy="957124"/>
                      <wp:effectExtent l="0" t="0" r="28575" b="14605"/>
                      <wp:wrapNone/>
                      <wp:docPr id="652459741"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957124"/>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32808" id="Rectangle: Rounded Corners 13" o:spid="_x0000_s1026" style="position:absolute;margin-left:67.95pt;margin-top:104.95pt;width:339.75pt;height:75.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" filled="f" strokecolor="red" strokeweight="1pt"/>
                  </w:pict>
                </mc:Fallback>
              </mc:AlternateContent>
            </w:r>
            <w:r w:rsidRPr="00E00101">
              <w:rPr>
                <w:noProof/>
              </w:rPr>
              <w:drawing>
                <wp:inline distT="0" distB="0" distL="0" distR="0" wp14:anchorId="25C5DED3" wp14:editId="1EA639DD">
                  <wp:extent cx="4363085" cy="2045335"/>
                  <wp:effectExtent l="171450" t="171450" r="380365" b="374015"/>
                  <wp:docPr id="322014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1454" name="Picture 8"/>
                          <pic:cNvPicPr/>
                        </pic:nvPicPr>
                        <pic:blipFill rotWithShape="1">
                          <a:blip r:embed="rId44"/>
                          <a:srcRect l="-375" r="65" b="950"/>
                          <a:stretch>
                            <a:fillRect/>
                          </a:stretch>
                        </pic:blipFill>
                        <pic:spPr bwMode="auto">
                          <a:xfrm>
                            <a:off x="0" y="0"/>
                            <a:ext cx="4363085" cy="20453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9B77DB" w:rsidRPr="00E00101" w14:paraId="2622EA13" w14:textId="77777777" w:rsidTr="001C4ADF">
        <w:tblPrEx>
          <w:jc w:val="left"/>
        </w:tblPrEx>
        <w:trPr>
          <w:cantSplit/>
        </w:trPr>
        <w:tc>
          <w:tcPr>
            <w:tcW w:w="678" w:type="dxa"/>
          </w:tcPr>
          <w:p w14:paraId="41D8DFA0" w14:textId="77777777" w:rsidR="009B77DB" w:rsidRPr="00590B1A" w:rsidRDefault="009B77DB" w:rsidP="009B77DB">
            <w:pPr>
              <w:pStyle w:val="ListParagraph"/>
              <w:numPr>
                <w:ilvl w:val="0"/>
                <w:numId w:val="35"/>
              </w:numPr>
              <w:rPr>
                <w:rFonts w:ascii="Aptos" w:hAnsi="Aptos" w:cstheme="majorHAnsi"/>
              </w:rPr>
            </w:pPr>
          </w:p>
        </w:tc>
        <w:tc>
          <w:tcPr>
            <w:tcW w:w="10446" w:type="dxa"/>
          </w:tcPr>
          <w:p w14:paraId="3807C761" w14:textId="0D6313AC" w:rsidR="009B77DB" w:rsidRDefault="009B77DB" w:rsidP="00F15BAC">
            <w:pPr>
              <w:pStyle w:val="steptext"/>
              <w:rPr>
                <w:rFonts w:ascii="Aptos" w:hAnsi="Aptos" w:cstheme="minorHAnsi"/>
              </w:rPr>
            </w:pPr>
            <w:r w:rsidRPr="00590B1A">
              <w:rPr>
                <w:rFonts w:ascii="Aptos" w:hAnsi="Aptos" w:cstheme="minorHAnsi"/>
              </w:rPr>
              <w:t xml:space="preserve">Click the </w:t>
            </w:r>
            <w:r w:rsidRPr="00590B1A">
              <w:rPr>
                <w:rFonts w:ascii="Aptos" w:hAnsi="Aptos" w:cstheme="minorHAnsi"/>
                <w:b/>
                <w:color w:val="000080"/>
              </w:rPr>
              <w:t>Additional Properties</w:t>
            </w:r>
            <w:r w:rsidRPr="00590B1A">
              <w:rPr>
                <w:rFonts w:ascii="Aptos" w:hAnsi="Aptos" w:cstheme="minorHAnsi"/>
              </w:rPr>
              <w:t xml:space="preserve"> tab</w:t>
            </w:r>
            <w:r>
              <w:rPr>
                <w:rFonts w:ascii="Aptos" w:hAnsi="Aptos" w:cstheme="minorHAnsi"/>
              </w:rPr>
              <w:t xml:space="preserve"> and complete/revise as needed or desired</w:t>
            </w:r>
            <w:r w:rsidRPr="00590B1A">
              <w:rPr>
                <w:rFonts w:ascii="Aptos" w:hAnsi="Aptos" w:cstheme="minorHAnsi"/>
              </w:rPr>
              <w:t>.</w:t>
            </w:r>
            <w:r>
              <w:rPr>
                <w:rFonts w:ascii="Aptos" w:hAnsi="Aptos" w:cstheme="minorHAnsi"/>
              </w:rPr>
              <w:t xml:space="preserve"> </w:t>
            </w:r>
          </w:p>
          <w:p w14:paraId="1D78AE4E" w14:textId="77777777" w:rsidR="009B77DB" w:rsidRDefault="009B77DB" w:rsidP="00F15BAC">
            <w:pPr>
              <w:pStyle w:val="steptext"/>
              <w:keepNext/>
              <w:numPr>
                <w:ilvl w:val="0"/>
                <w:numId w:val="20"/>
              </w:numPr>
              <w:rPr>
                <w:rFonts w:ascii="Aptos" w:hAnsi="Aptos" w:cstheme="minorHAnsi"/>
              </w:rPr>
            </w:pPr>
            <w:r w:rsidRPr="00590B1A">
              <w:rPr>
                <w:rFonts w:ascii="Aptos" w:hAnsi="Aptos" w:cstheme="minorHAnsi"/>
                <w:b/>
                <w:color w:val="000080"/>
              </w:rPr>
              <w:t xml:space="preserve">Document Description </w:t>
            </w:r>
            <w:r w:rsidRPr="00816E8A">
              <w:rPr>
                <w:rFonts w:ascii="Aptos" w:hAnsi="Aptos" w:cstheme="minorHAnsi"/>
                <w:b/>
                <w:color w:val="000080"/>
              </w:rPr>
              <w:t xml:space="preserve">- </w:t>
            </w:r>
            <w:r w:rsidRPr="00590B1A">
              <w:rPr>
                <w:rFonts w:ascii="Aptos" w:hAnsi="Aptos" w:cstheme="minorHAnsi"/>
              </w:rPr>
              <w:t xml:space="preserve">Enter </w:t>
            </w:r>
            <w:r>
              <w:rPr>
                <w:rFonts w:ascii="Aptos" w:hAnsi="Aptos" w:cstheme="minorHAnsi"/>
              </w:rPr>
              <w:t xml:space="preserve">the </w:t>
            </w:r>
            <w:r w:rsidRPr="00590B1A">
              <w:rPr>
                <w:rFonts w:ascii="Aptos" w:hAnsi="Aptos" w:cstheme="minorHAnsi"/>
              </w:rPr>
              <w:t>description of goods/services being procured</w:t>
            </w:r>
            <w:r>
              <w:rPr>
                <w:rFonts w:ascii="Aptos" w:hAnsi="Aptos" w:cstheme="minorHAnsi"/>
              </w:rPr>
              <w:t xml:space="preserve"> (this information will print on reports)</w:t>
            </w:r>
            <w:r w:rsidRPr="00590B1A">
              <w:rPr>
                <w:rFonts w:ascii="Aptos" w:hAnsi="Aptos" w:cstheme="minorHAnsi"/>
              </w:rPr>
              <w:t xml:space="preserve">. </w:t>
            </w:r>
          </w:p>
          <w:p w14:paraId="39C3A68D" w14:textId="77777777" w:rsidR="009B77DB" w:rsidRPr="00590B1A" w:rsidRDefault="009B77DB" w:rsidP="00F15BAC">
            <w:pPr>
              <w:pStyle w:val="steptext"/>
              <w:keepNext/>
              <w:numPr>
                <w:ilvl w:val="1"/>
                <w:numId w:val="20"/>
              </w:numPr>
              <w:rPr>
                <w:rFonts w:ascii="Aptos" w:hAnsi="Aptos" w:cstheme="minorHAnsi"/>
              </w:rPr>
            </w:pPr>
            <w:r w:rsidRPr="00EF350E">
              <w:rPr>
                <w:rFonts w:ascii="Aptos" w:hAnsi="Aptos" w:cstheme="minorHAnsi"/>
                <w:b/>
              </w:rPr>
              <w:t xml:space="preserve">NOTE: </w:t>
            </w:r>
            <w:r>
              <w:rPr>
                <w:rFonts w:ascii="Aptos" w:hAnsi="Aptos" w:cstheme="minorHAnsi"/>
                <w:bCs/>
              </w:rPr>
              <w:t>This field is limited to 30 alpha/numeric characters.</w:t>
            </w:r>
          </w:p>
          <w:p w14:paraId="21D93C40" w14:textId="77777777" w:rsidR="009B77DB" w:rsidRDefault="009B77DB" w:rsidP="00F15BAC">
            <w:pPr>
              <w:pStyle w:val="steptext"/>
              <w:numPr>
                <w:ilvl w:val="0"/>
                <w:numId w:val="20"/>
              </w:numPr>
              <w:rPr>
                <w:rFonts w:ascii="Aptos" w:hAnsi="Aptos" w:cstheme="minorHAnsi"/>
              </w:rPr>
            </w:pPr>
            <w:r w:rsidRPr="00590B1A">
              <w:rPr>
                <w:rFonts w:ascii="Aptos" w:hAnsi="Aptos" w:cstheme="minorHAnsi"/>
                <w:b/>
                <w:color w:val="000080"/>
              </w:rPr>
              <w:t>Document Location</w:t>
            </w:r>
            <w:r w:rsidRPr="00590B1A">
              <w:rPr>
                <w:rFonts w:ascii="Aptos" w:hAnsi="Aptos" w:cstheme="minorHAnsi"/>
              </w:rPr>
              <w:t xml:space="preserve"> </w:t>
            </w:r>
            <w:r w:rsidRPr="00816E8A">
              <w:rPr>
                <w:rFonts w:ascii="Aptos" w:hAnsi="Aptos" w:cstheme="minorHAnsi"/>
                <w:b/>
                <w:color w:val="000080"/>
              </w:rPr>
              <w:t xml:space="preserve">- </w:t>
            </w:r>
            <w:r w:rsidRPr="00590B1A">
              <w:rPr>
                <w:rFonts w:ascii="Aptos" w:hAnsi="Aptos" w:cstheme="minorHAnsi"/>
              </w:rPr>
              <w:t xml:space="preserve">Enter </w:t>
            </w:r>
            <w:r>
              <w:rPr>
                <w:rFonts w:ascii="Aptos" w:hAnsi="Aptos" w:cstheme="minorHAnsi"/>
              </w:rPr>
              <w:t xml:space="preserve">the </w:t>
            </w:r>
            <w:r w:rsidRPr="00590B1A">
              <w:rPr>
                <w:rFonts w:ascii="Aptos" w:hAnsi="Aptos" w:cstheme="minorHAnsi"/>
              </w:rPr>
              <w:t>Address Book number for the facility where the purchase order was established</w:t>
            </w:r>
            <w:r>
              <w:rPr>
                <w:rFonts w:ascii="Aptos" w:hAnsi="Aptos" w:cstheme="minorHAnsi"/>
              </w:rPr>
              <w:t>.</w:t>
            </w:r>
          </w:p>
          <w:p w14:paraId="25E9329A" w14:textId="77777777" w:rsidR="009B77DB" w:rsidRDefault="009B77DB" w:rsidP="00F15BAC">
            <w:pPr>
              <w:pStyle w:val="steptext"/>
              <w:numPr>
                <w:ilvl w:val="1"/>
                <w:numId w:val="20"/>
              </w:numPr>
              <w:rPr>
                <w:rFonts w:ascii="Aptos" w:hAnsi="Aptos" w:cstheme="minorHAnsi"/>
              </w:rPr>
            </w:pPr>
            <w:r>
              <w:rPr>
                <w:rFonts w:ascii="Aptos" w:hAnsi="Aptos" w:cstheme="minorHAnsi"/>
              </w:rPr>
              <w:t>Should typically be an “F” Address Book type.</w:t>
            </w:r>
          </w:p>
          <w:p w14:paraId="7E46FF21" w14:textId="77777777" w:rsidR="009B77DB" w:rsidRDefault="009B77DB" w:rsidP="00F15BAC">
            <w:pPr>
              <w:pStyle w:val="steptext"/>
              <w:numPr>
                <w:ilvl w:val="0"/>
                <w:numId w:val="34"/>
              </w:numPr>
              <w:rPr>
                <w:rFonts w:ascii="Aptos" w:hAnsi="Aptos" w:cstheme="minorHAnsi"/>
              </w:rPr>
            </w:pPr>
            <w:r w:rsidRPr="00590B1A">
              <w:rPr>
                <w:rFonts w:ascii="Aptos" w:hAnsi="Aptos" w:cstheme="minorHAnsi"/>
                <w:b/>
                <w:color w:val="000080"/>
              </w:rPr>
              <w:t>Document Contact</w:t>
            </w:r>
            <w:r w:rsidRPr="00590B1A">
              <w:rPr>
                <w:rFonts w:ascii="Aptos" w:hAnsi="Aptos" w:cstheme="minorHAnsi"/>
              </w:rPr>
              <w:t xml:space="preserve"> </w:t>
            </w:r>
            <w:r w:rsidRPr="00816E8A">
              <w:rPr>
                <w:rFonts w:ascii="Aptos" w:hAnsi="Aptos" w:cstheme="minorHAnsi"/>
                <w:b/>
                <w:color w:val="000080"/>
              </w:rPr>
              <w:t xml:space="preserve">- </w:t>
            </w:r>
            <w:r>
              <w:rPr>
                <w:rFonts w:ascii="Aptos" w:hAnsi="Aptos" w:cstheme="minorHAnsi"/>
              </w:rPr>
              <w:t>Enter the Address Book number for</w:t>
            </w:r>
            <w:r w:rsidRPr="00590B1A">
              <w:rPr>
                <w:rFonts w:ascii="Aptos" w:hAnsi="Aptos" w:cstheme="minorHAnsi"/>
              </w:rPr>
              <w:t xml:space="preserve"> the primary person responsible for the commodity or service purchase order.  </w:t>
            </w:r>
          </w:p>
          <w:p w14:paraId="04B6963E" w14:textId="77777777" w:rsidR="009B77DB" w:rsidRDefault="009B77DB" w:rsidP="00F15BAC">
            <w:pPr>
              <w:pStyle w:val="steptext"/>
              <w:numPr>
                <w:ilvl w:val="1"/>
                <w:numId w:val="34"/>
              </w:numPr>
              <w:rPr>
                <w:rFonts w:ascii="Aptos" w:hAnsi="Aptos" w:cstheme="minorHAnsi"/>
              </w:rPr>
            </w:pPr>
            <w:r>
              <w:rPr>
                <w:rFonts w:ascii="Aptos" w:hAnsi="Aptos" w:cstheme="minorHAnsi"/>
              </w:rPr>
              <w:t>Must be either a “B”, “E”, or “N” Address Book type.</w:t>
            </w:r>
          </w:p>
          <w:p w14:paraId="6BAE88BC" w14:textId="77777777" w:rsidR="009B77DB" w:rsidRDefault="009B77DB" w:rsidP="00F15BAC">
            <w:pPr>
              <w:pStyle w:val="steptext"/>
              <w:rPr>
                <w:rFonts w:ascii="Aptos" w:hAnsi="Aptos" w:cstheme="minorHAnsi"/>
              </w:rPr>
            </w:pPr>
          </w:p>
          <w:p w14:paraId="21C087B0" w14:textId="77777777" w:rsidR="009B77DB" w:rsidRPr="00590B1A" w:rsidRDefault="009B77DB" w:rsidP="00F15BAC">
            <w:pPr>
              <w:pStyle w:val="steptext"/>
              <w:keepNext/>
              <w:ind w:left="360"/>
              <w:jc w:val="center"/>
              <w:rPr>
                <w:rFonts w:ascii="Aptos" w:hAnsi="Aptos" w:cstheme="minorHAnsi"/>
                <w:b/>
                <w:bCs/>
              </w:rPr>
            </w:pPr>
            <w:r>
              <w:rPr>
                <w:rFonts w:ascii="Aptos" w:hAnsi="Aptos" w:cstheme="minorHAnsi"/>
              </w:rPr>
              <w:t xml:space="preserve"> </w:t>
            </w:r>
            <w:r w:rsidRPr="00590B1A">
              <w:rPr>
                <w:rFonts w:ascii="Aptos" w:hAnsi="Aptos" w:cstheme="minorHAnsi"/>
                <w:b/>
                <w:bCs/>
              </w:rPr>
              <w:t xml:space="preserve">Example </w:t>
            </w:r>
            <w:r>
              <w:rPr>
                <w:rFonts w:ascii="Aptos" w:hAnsi="Aptos" w:cstheme="minorHAnsi"/>
                <w:b/>
                <w:bCs/>
              </w:rPr>
              <w:t xml:space="preserve">of </w:t>
            </w:r>
            <w:r w:rsidRPr="00590B1A">
              <w:rPr>
                <w:rFonts w:ascii="Aptos" w:hAnsi="Aptos" w:cstheme="minorHAnsi"/>
                <w:b/>
                <w:bCs/>
              </w:rPr>
              <w:t>Filled Additional Properties</w:t>
            </w:r>
          </w:p>
          <w:p w14:paraId="72223A49" w14:textId="77777777" w:rsidR="009B77DB" w:rsidRPr="00B72FBF" w:rsidRDefault="009B77DB" w:rsidP="00F15BAC">
            <w:pPr>
              <w:pStyle w:val="steptext"/>
              <w:jc w:val="center"/>
              <w:rPr>
                <w:rFonts w:ascii="Aptos" w:hAnsi="Aptos" w:cstheme="minorHAnsi"/>
              </w:rPr>
            </w:pPr>
            <w:r w:rsidRPr="00590B1A">
              <w:rPr>
                <w:rFonts w:ascii="Aptos" w:hAnsi="Aptos" w:cstheme="minorHAnsi"/>
                <w:noProof/>
              </w:rPr>
              <mc:AlternateContent>
                <mc:Choice Requires="wps">
                  <w:drawing>
                    <wp:anchor distT="0" distB="0" distL="114300" distR="114300" simplePos="0" relativeHeight="252145664" behindDoc="0" locked="0" layoutInCell="1" allowOverlap="1" wp14:anchorId="247A8F94" wp14:editId="56761C26">
                      <wp:simplePos x="0" y="0"/>
                      <wp:positionH relativeFrom="column">
                        <wp:posOffset>1795145</wp:posOffset>
                      </wp:positionH>
                      <wp:positionV relativeFrom="paragraph">
                        <wp:posOffset>1023620</wp:posOffset>
                      </wp:positionV>
                      <wp:extent cx="2927350" cy="946150"/>
                      <wp:effectExtent l="0" t="0" r="25400" b="25400"/>
                      <wp:wrapNone/>
                      <wp:docPr id="71252519"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94615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C5ACF" id="Rectangle: Rounded Corners 13" o:spid="_x0000_s1026" style="position:absolute;margin-left:141.35pt;margin-top:80.6pt;width:230.5pt;height:7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" filled="f" strokecolor="red" strokeweight="1pt"/>
                  </w:pict>
                </mc:Fallback>
              </mc:AlternateContent>
            </w:r>
            <w:r w:rsidRPr="00590B1A">
              <w:rPr>
                <w:rFonts w:ascii="Aptos" w:hAnsi="Aptos" w:cstheme="minorHAnsi"/>
                <w:noProof/>
              </w:rPr>
              <w:drawing>
                <wp:inline distT="0" distB="0" distL="0" distR="0" wp14:anchorId="78F19248" wp14:editId="6685CEBD">
                  <wp:extent cx="2580782" cy="1781175"/>
                  <wp:effectExtent l="152400" t="171450" r="200660" b="257175"/>
                  <wp:docPr id="1346955156" name="Picture 18"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08693" name="Picture 18" descr="Graphical user interface&#10;&#10;AI-generated content may be incorrect."/>
                          <pic:cNvPicPr/>
                        </pic:nvPicPr>
                        <pic:blipFill rotWithShape="1">
                          <a:blip r:embed="rId13"/>
                          <a:srcRect t="9286" b="18266"/>
                          <a:stretch>
                            <a:fillRect/>
                          </a:stretch>
                        </pic:blipFill>
                        <pic:spPr bwMode="auto">
                          <a:xfrm>
                            <a:off x="0" y="0"/>
                            <a:ext cx="2587858" cy="178605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9B77DB" w:rsidRPr="00E00101" w14:paraId="452DBF1F" w14:textId="77777777" w:rsidTr="001C4ADF">
        <w:tblPrEx>
          <w:jc w:val="left"/>
        </w:tblPrEx>
        <w:trPr>
          <w:cantSplit/>
        </w:trPr>
        <w:tc>
          <w:tcPr>
            <w:tcW w:w="678" w:type="dxa"/>
          </w:tcPr>
          <w:p w14:paraId="5904C373" w14:textId="77777777" w:rsidR="009B77DB" w:rsidRPr="00590B1A" w:rsidRDefault="009B77DB" w:rsidP="009B77DB">
            <w:pPr>
              <w:pStyle w:val="ListParagraph"/>
              <w:numPr>
                <w:ilvl w:val="0"/>
                <w:numId w:val="36"/>
              </w:numPr>
              <w:rPr>
                <w:rFonts w:ascii="Aptos" w:hAnsi="Aptos" w:cstheme="majorHAnsi"/>
              </w:rPr>
            </w:pPr>
          </w:p>
        </w:tc>
        <w:tc>
          <w:tcPr>
            <w:tcW w:w="10446" w:type="dxa"/>
          </w:tcPr>
          <w:p w14:paraId="231FED0B" w14:textId="77777777" w:rsidR="001D2E59" w:rsidRDefault="001D2E59" w:rsidP="001D2E59">
            <w:pPr>
              <w:pStyle w:val="steptext"/>
              <w:rPr>
                <w:rFonts w:ascii="Aptos" w:hAnsi="Aptos" w:cstheme="minorHAnsi"/>
              </w:rPr>
            </w:pPr>
            <w:r w:rsidRPr="00590B1A">
              <w:rPr>
                <w:rFonts w:ascii="Aptos" w:hAnsi="Aptos" w:cstheme="minorHAnsi"/>
              </w:rPr>
              <w:t xml:space="preserve">Click the </w:t>
            </w:r>
            <w:r w:rsidRPr="00590B1A">
              <w:rPr>
                <w:rFonts w:ascii="Aptos" w:hAnsi="Aptos" w:cstheme="minorHAnsi"/>
                <w:b/>
                <w:color w:val="000080"/>
              </w:rPr>
              <w:t>Category Codes</w:t>
            </w:r>
            <w:r w:rsidRPr="00590B1A">
              <w:rPr>
                <w:rFonts w:ascii="Aptos" w:hAnsi="Aptos" w:cstheme="minorHAnsi"/>
              </w:rPr>
              <w:t xml:space="preserve"> tab</w:t>
            </w:r>
            <w:r>
              <w:rPr>
                <w:rFonts w:ascii="Aptos" w:hAnsi="Aptos" w:cstheme="minorHAnsi"/>
              </w:rPr>
              <w:t xml:space="preserve"> and complete as needed or desired. </w:t>
            </w:r>
          </w:p>
          <w:p w14:paraId="1AD57E50" w14:textId="77777777" w:rsidR="001D2E59" w:rsidRPr="00590B1A" w:rsidRDefault="001D2E59" w:rsidP="001D2E59">
            <w:pPr>
              <w:pStyle w:val="steptext"/>
              <w:numPr>
                <w:ilvl w:val="0"/>
                <w:numId w:val="20"/>
              </w:numPr>
              <w:rPr>
                <w:rFonts w:ascii="Aptos" w:hAnsi="Aptos" w:cstheme="minorHAnsi"/>
                <w:b/>
                <w:color w:val="000080"/>
              </w:rPr>
            </w:pPr>
            <w:r w:rsidRPr="00590B1A">
              <w:rPr>
                <w:rFonts w:ascii="Aptos" w:hAnsi="Aptos" w:cstheme="minorHAnsi"/>
                <w:b/>
                <w:color w:val="000080"/>
              </w:rPr>
              <w:t xml:space="preserve">New/Renew - </w:t>
            </w:r>
            <w:r w:rsidRPr="00590B1A">
              <w:rPr>
                <w:rFonts w:ascii="Aptos" w:hAnsi="Aptos" w:cstheme="minorHAnsi"/>
              </w:rPr>
              <w:t>Enter “N” for ‘new’ purchase order.</w:t>
            </w:r>
          </w:p>
          <w:p w14:paraId="0B5B8933" w14:textId="77777777" w:rsidR="001D2E59" w:rsidRPr="00590B1A" w:rsidRDefault="001D2E59" w:rsidP="001D2E59">
            <w:pPr>
              <w:pStyle w:val="steptext"/>
              <w:numPr>
                <w:ilvl w:val="0"/>
                <w:numId w:val="20"/>
              </w:numPr>
              <w:rPr>
                <w:rFonts w:ascii="Aptos" w:hAnsi="Aptos" w:cstheme="minorHAnsi"/>
                <w:b/>
                <w:color w:val="000080"/>
              </w:rPr>
            </w:pPr>
            <w:r w:rsidRPr="00590B1A">
              <w:rPr>
                <w:rFonts w:ascii="Aptos" w:hAnsi="Aptos" w:cstheme="minorHAnsi"/>
                <w:b/>
                <w:color w:val="000080"/>
              </w:rPr>
              <w:t xml:space="preserve">Funding - </w:t>
            </w:r>
            <w:r w:rsidRPr="00590B1A">
              <w:rPr>
                <w:rFonts w:ascii="Aptos" w:hAnsi="Aptos" w:cstheme="minorHAnsi"/>
              </w:rPr>
              <w:t>Make a selection using the visual assis</w:t>
            </w:r>
            <w:r>
              <w:rPr>
                <w:rFonts w:ascii="Aptos" w:hAnsi="Aptos" w:cstheme="minorHAnsi"/>
              </w:rPr>
              <w:t>t icon</w:t>
            </w:r>
            <w:r w:rsidRPr="00590B1A">
              <w:rPr>
                <w:rFonts w:ascii="Aptos" w:hAnsi="Aptos" w:cstheme="minorHAnsi"/>
              </w:rPr>
              <w:t xml:space="preserve"> if tracked funds are being utilized (e.g., ARRA or COVID19)</w:t>
            </w:r>
          </w:p>
          <w:p w14:paraId="51AB1D9A" w14:textId="77777777" w:rsidR="001D2E59" w:rsidRPr="00590B1A" w:rsidRDefault="001D2E59" w:rsidP="001D2E59">
            <w:pPr>
              <w:pStyle w:val="steptext"/>
              <w:numPr>
                <w:ilvl w:val="0"/>
                <w:numId w:val="20"/>
              </w:numPr>
              <w:rPr>
                <w:rFonts w:ascii="Aptos" w:hAnsi="Aptos" w:cstheme="minorHAnsi"/>
                <w:b/>
                <w:color w:val="000080"/>
              </w:rPr>
            </w:pPr>
            <w:r w:rsidRPr="00590B1A">
              <w:rPr>
                <w:rFonts w:ascii="Aptos" w:hAnsi="Aptos" w:cstheme="minorHAnsi"/>
                <w:b/>
                <w:color w:val="000080"/>
              </w:rPr>
              <w:t xml:space="preserve">84-602.04 Exempt - </w:t>
            </w:r>
            <w:r w:rsidRPr="00590B1A">
              <w:rPr>
                <w:rFonts w:ascii="Aptos" w:hAnsi="Aptos" w:cstheme="minorHAnsi"/>
              </w:rPr>
              <w:t>Used to indicate if exempt from inclusion in the State Contracts Database. Enter “E” for ‘Exempt’ if appropriate.</w:t>
            </w:r>
          </w:p>
          <w:p w14:paraId="2C9B8001" w14:textId="77777777" w:rsidR="001D2E59" w:rsidRDefault="001D2E59" w:rsidP="001D2E59">
            <w:pPr>
              <w:pStyle w:val="steptext"/>
              <w:numPr>
                <w:ilvl w:val="0"/>
                <w:numId w:val="20"/>
              </w:numPr>
              <w:rPr>
                <w:rFonts w:ascii="Aptos" w:hAnsi="Aptos" w:cstheme="minorHAnsi"/>
              </w:rPr>
            </w:pPr>
            <w:r w:rsidRPr="00590B1A">
              <w:rPr>
                <w:rFonts w:ascii="Aptos" w:hAnsi="Aptos" w:cstheme="minorHAnsi"/>
                <w:b/>
                <w:color w:val="000080"/>
              </w:rPr>
              <w:t xml:space="preserve">Nebraska Vendor - </w:t>
            </w:r>
            <w:r w:rsidRPr="00590B1A">
              <w:rPr>
                <w:rFonts w:ascii="Aptos" w:hAnsi="Aptos" w:cstheme="minorHAnsi"/>
              </w:rPr>
              <w:t xml:space="preserve">Used to indicate a Nebraska vendor. Enter “Y” </w:t>
            </w:r>
            <w:r>
              <w:rPr>
                <w:rFonts w:ascii="Aptos" w:hAnsi="Aptos" w:cstheme="minorHAnsi"/>
              </w:rPr>
              <w:t>or</w:t>
            </w:r>
            <w:r w:rsidRPr="00590B1A">
              <w:rPr>
                <w:rFonts w:ascii="Aptos" w:hAnsi="Aptos" w:cstheme="minorHAnsi"/>
              </w:rPr>
              <w:t xml:space="preserve"> “N”</w:t>
            </w:r>
            <w:r>
              <w:rPr>
                <w:rFonts w:ascii="Aptos" w:hAnsi="Aptos" w:cstheme="minorHAnsi"/>
              </w:rPr>
              <w:t>.</w:t>
            </w:r>
          </w:p>
          <w:p w14:paraId="648A5EC8" w14:textId="77777777" w:rsidR="001D2E59" w:rsidRDefault="001D2E59" w:rsidP="001D2E59">
            <w:pPr>
              <w:pStyle w:val="steptext"/>
              <w:numPr>
                <w:ilvl w:val="0"/>
                <w:numId w:val="20"/>
              </w:numPr>
              <w:rPr>
                <w:rFonts w:ascii="Aptos" w:hAnsi="Aptos" w:cstheme="minorHAnsi"/>
              </w:rPr>
            </w:pPr>
            <w:r w:rsidRPr="00930181">
              <w:rPr>
                <w:rFonts w:ascii="Aptos" w:hAnsi="Aptos" w:cstheme="minorHAnsi"/>
                <w:b/>
                <w:color w:val="000080"/>
              </w:rPr>
              <w:t xml:space="preserve">Agency - </w:t>
            </w:r>
            <w:r w:rsidRPr="00930181">
              <w:rPr>
                <w:rFonts w:ascii="Aptos" w:hAnsi="Aptos" w:cstheme="minorHAnsi"/>
              </w:rPr>
              <w:t xml:space="preserve">Used to indicate </w:t>
            </w:r>
            <w:r>
              <w:rPr>
                <w:rFonts w:ascii="Aptos" w:hAnsi="Aptos" w:cstheme="minorHAnsi"/>
              </w:rPr>
              <w:t xml:space="preserve">the </w:t>
            </w:r>
            <w:r w:rsidRPr="00930181">
              <w:rPr>
                <w:rFonts w:ascii="Aptos" w:hAnsi="Aptos" w:cstheme="minorHAnsi"/>
              </w:rPr>
              <w:t>three-digit Agency number.</w:t>
            </w:r>
          </w:p>
          <w:p w14:paraId="2B63163E" w14:textId="77777777" w:rsidR="001D2E59" w:rsidRDefault="001D2E59" w:rsidP="001D2E59">
            <w:pPr>
              <w:pStyle w:val="steptext"/>
              <w:rPr>
                <w:rFonts w:ascii="Aptos" w:hAnsi="Aptos" w:cstheme="minorHAnsi"/>
              </w:rPr>
            </w:pPr>
          </w:p>
          <w:p w14:paraId="13591E78" w14:textId="77777777" w:rsidR="001D2E59" w:rsidRDefault="001D2E59" w:rsidP="001D2E59">
            <w:pPr>
              <w:pStyle w:val="steptext"/>
              <w:keepNext/>
              <w:ind w:left="360"/>
              <w:jc w:val="center"/>
              <w:rPr>
                <w:rFonts w:ascii="Aptos" w:hAnsi="Aptos" w:cstheme="minorHAnsi"/>
                <w:b/>
                <w:bCs/>
              </w:rPr>
            </w:pPr>
            <w:r w:rsidRPr="00590B1A">
              <w:rPr>
                <w:rFonts w:ascii="Aptos" w:hAnsi="Aptos" w:cstheme="minorHAnsi"/>
                <w:b/>
                <w:bCs/>
              </w:rPr>
              <w:t>Example Filled Category Codes</w:t>
            </w:r>
          </w:p>
          <w:p w14:paraId="6AA7DF48" w14:textId="5CF2A22E" w:rsidR="009B77DB" w:rsidRPr="00B72FBF" w:rsidRDefault="001D2E59" w:rsidP="001D2E59">
            <w:pPr>
              <w:pStyle w:val="steptext"/>
              <w:jc w:val="center"/>
              <w:rPr>
                <w:rFonts w:ascii="Aptos" w:hAnsi="Aptos" w:cstheme="minorHAnsi"/>
              </w:rPr>
            </w:pPr>
            <w:r w:rsidRPr="00590B1A">
              <w:rPr>
                <w:rFonts w:ascii="Aptos" w:hAnsi="Aptos" w:cstheme="minorHAnsi"/>
                <w:noProof/>
              </w:rPr>
              <mc:AlternateContent>
                <mc:Choice Requires="wps">
                  <w:drawing>
                    <wp:anchor distT="0" distB="0" distL="114300" distR="114300" simplePos="0" relativeHeight="252221440" behindDoc="0" locked="0" layoutInCell="1" allowOverlap="1" wp14:anchorId="6344AE94" wp14:editId="5CEA44DF">
                      <wp:simplePos x="0" y="0"/>
                      <wp:positionH relativeFrom="column">
                        <wp:posOffset>2165350</wp:posOffset>
                      </wp:positionH>
                      <wp:positionV relativeFrom="paragraph">
                        <wp:posOffset>397510</wp:posOffset>
                      </wp:positionV>
                      <wp:extent cx="2182483" cy="1570007"/>
                      <wp:effectExtent l="0" t="0" r="27940" b="11430"/>
                      <wp:wrapNone/>
                      <wp:docPr id="388620701"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83" cy="1570007"/>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B14EA" id="Rectangle: Rounded Corners 13" o:spid="_x0000_s1026" style="position:absolute;margin-left:170.5pt;margin-top:31.3pt;width:171.85pt;height:123.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" filled="f" strokecolor="red" strokeweight="1pt"/>
                  </w:pict>
                </mc:Fallback>
              </mc:AlternateContent>
            </w:r>
            <w:r w:rsidRPr="00590B1A">
              <w:rPr>
                <w:rFonts w:ascii="Aptos" w:hAnsi="Aptos" w:cstheme="minorHAnsi"/>
                <w:noProof/>
              </w:rPr>
              <w:drawing>
                <wp:inline distT="0" distB="0" distL="0" distR="0" wp14:anchorId="22610870" wp14:editId="7F8D79F7">
                  <wp:extent cx="2152650" cy="1866037"/>
                  <wp:effectExtent l="171450" t="171450" r="247650" b="267970"/>
                  <wp:docPr id="2929566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35219" name="Picture 6"/>
                          <pic:cNvPicPr/>
                        </pic:nvPicPr>
                        <pic:blipFill rotWithShape="1">
                          <a:blip r:embed="rId14"/>
                          <a:srcRect b="12959"/>
                          <a:stretch>
                            <a:fillRect/>
                          </a:stretch>
                        </pic:blipFill>
                        <pic:spPr bwMode="auto">
                          <a:xfrm>
                            <a:off x="0" y="0"/>
                            <a:ext cx="2158395" cy="18710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A5D79" w:rsidRPr="00E00101" w14:paraId="21F30C47" w14:textId="77777777" w:rsidTr="001C4ADF">
        <w:trPr>
          <w:jc w:val="center"/>
        </w:trPr>
        <w:tc>
          <w:tcPr>
            <w:tcW w:w="678" w:type="dxa"/>
          </w:tcPr>
          <w:p w14:paraId="3D025D02" w14:textId="77777777" w:rsidR="008A5D79" w:rsidRPr="004F1683" w:rsidDel="00D7566D" w:rsidRDefault="008A5D79" w:rsidP="009B77DB">
            <w:pPr>
              <w:pStyle w:val="ListParagraph"/>
              <w:numPr>
                <w:ilvl w:val="0"/>
                <w:numId w:val="37"/>
              </w:numPr>
              <w:rPr>
                <w:rFonts w:ascii="Aptos" w:hAnsi="Aptos" w:cstheme="majorHAnsi"/>
              </w:rPr>
            </w:pPr>
          </w:p>
        </w:tc>
        <w:tc>
          <w:tcPr>
            <w:tcW w:w="10446" w:type="dxa"/>
          </w:tcPr>
          <w:p w14:paraId="1EB6FD94" w14:textId="77777777" w:rsidR="008A5D79" w:rsidRDefault="00B517CC" w:rsidP="008A5D79">
            <w:pPr>
              <w:pStyle w:val="steptext"/>
              <w:rPr>
                <w:rFonts w:ascii="Aptos" w:hAnsi="Aptos" w:cstheme="minorHAnsi"/>
              </w:rPr>
            </w:pPr>
            <w:r>
              <w:rPr>
                <w:rFonts w:ascii="Aptos" w:hAnsi="Aptos" w:cstheme="minorHAnsi"/>
              </w:rPr>
              <w:t>C</w:t>
            </w:r>
            <w:r w:rsidRPr="00E00101">
              <w:rPr>
                <w:rFonts w:ascii="Aptos" w:hAnsi="Aptos" w:cstheme="minorHAnsi"/>
              </w:rPr>
              <w:t xml:space="preserve">lick the </w:t>
            </w:r>
            <w:r w:rsidRPr="00C2358A">
              <w:rPr>
                <w:rFonts w:ascii="Aptos" w:hAnsi="Aptos" w:cstheme="minorHAnsi"/>
                <w:b/>
                <w:bCs/>
              </w:rPr>
              <w:t>green checkmark</w:t>
            </w:r>
            <w:r w:rsidRPr="00E00101">
              <w:rPr>
                <w:rFonts w:ascii="Aptos" w:hAnsi="Aptos" w:cstheme="minorHAnsi"/>
              </w:rPr>
              <w:t xml:space="preserve"> at the top of the screen</w:t>
            </w:r>
            <w:r>
              <w:rPr>
                <w:rFonts w:ascii="Aptos" w:hAnsi="Aptos" w:cstheme="minorHAnsi"/>
              </w:rPr>
              <w:t xml:space="preserve"> to save</w:t>
            </w:r>
            <w:r w:rsidRPr="00E00101">
              <w:rPr>
                <w:rFonts w:ascii="Aptos" w:hAnsi="Aptos" w:cstheme="minorHAnsi"/>
              </w:rPr>
              <w:t>.</w:t>
            </w:r>
          </w:p>
          <w:p w14:paraId="6D2AE729" w14:textId="77777777" w:rsidR="00B517CC" w:rsidRDefault="00B517CC" w:rsidP="008A5D79">
            <w:pPr>
              <w:pStyle w:val="steptext"/>
              <w:rPr>
                <w:rFonts w:ascii="Aptos" w:hAnsi="Aptos" w:cstheme="minorHAnsi"/>
              </w:rPr>
            </w:pPr>
            <w:r w:rsidRPr="00E00101">
              <w:rPr>
                <w:rFonts w:ascii="Aptos" w:hAnsi="Aptos" w:cs="Calibri"/>
                <w:noProof/>
              </w:rPr>
              <mc:AlternateContent>
                <mc:Choice Requires="wps">
                  <w:drawing>
                    <wp:anchor distT="0" distB="0" distL="114300" distR="114300" simplePos="0" relativeHeight="252049408" behindDoc="0" locked="0" layoutInCell="1" allowOverlap="1" wp14:anchorId="041419FA" wp14:editId="0482000A">
                      <wp:simplePos x="0" y="0"/>
                      <wp:positionH relativeFrom="column">
                        <wp:posOffset>867410</wp:posOffset>
                      </wp:positionH>
                      <wp:positionV relativeFrom="paragraph">
                        <wp:posOffset>820420</wp:posOffset>
                      </wp:positionV>
                      <wp:extent cx="426007" cy="223396"/>
                      <wp:effectExtent l="19050" t="57150" r="0" b="81915"/>
                      <wp:wrapNone/>
                      <wp:docPr id="1201992781" name="Arrow: Right 3"/>
                      <wp:cNvGraphicFramePr/>
                      <a:graphic xmlns:a="http://schemas.openxmlformats.org/drawingml/2006/main">
                        <a:graphicData uri="http://schemas.microsoft.com/office/word/2010/wordprocessingShape">
                          <wps:wsp>
                            <wps:cNvSpPr/>
                            <wps:spPr>
                              <a:xfrm rot="19372203">
                                <a:off x="0" y="0"/>
                                <a:ext cx="426007" cy="22339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1983" id="Arrow: Right 3" o:spid="_x0000_s1026" type="#_x0000_t13" style="position:absolute;margin-left:68.3pt;margin-top:64.6pt;width:33.55pt;height:17.6pt;rotation:-2433348fd;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" adj="15937" fillcolor="red" strokecolor="#042433" strokeweight="1pt"/>
                  </w:pict>
                </mc:Fallback>
              </mc:AlternateContent>
            </w:r>
            <w:r w:rsidRPr="00E00101">
              <w:rPr>
                <w:rFonts w:ascii="Aptos" w:hAnsi="Aptos" w:cstheme="minorHAnsi"/>
                <w:noProof/>
              </w:rPr>
              <w:drawing>
                <wp:anchor distT="0" distB="0" distL="114300" distR="114300" simplePos="0" relativeHeight="252047360" behindDoc="0" locked="0" layoutInCell="1" allowOverlap="1" wp14:anchorId="3B21C737" wp14:editId="2824DE51">
                  <wp:simplePos x="0" y="0"/>
                  <wp:positionH relativeFrom="column">
                    <wp:align>center</wp:align>
                  </wp:positionH>
                  <wp:positionV relativeFrom="page">
                    <wp:posOffset>521335</wp:posOffset>
                  </wp:positionV>
                  <wp:extent cx="3849624" cy="1024128"/>
                  <wp:effectExtent l="152400" t="171450" r="360680" b="386080"/>
                  <wp:wrapTopAndBottom/>
                  <wp:docPr id="1054432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76351" name="Picture 1938376351"/>
                          <pic:cNvPicPr/>
                        </pic:nvPicPr>
                        <pic:blipFill rotWithShape="1">
                          <a:blip r:embed="rId15"/>
                          <a:srcRect b="37638"/>
                          <a:stretch>
                            <a:fillRect/>
                          </a:stretch>
                        </pic:blipFill>
                        <pic:spPr bwMode="auto">
                          <a:xfrm>
                            <a:off x="0" y="0"/>
                            <a:ext cx="3849624" cy="102412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A5D79" w:rsidRPr="00E00101" w14:paraId="2CE719C0" w14:textId="77777777" w:rsidTr="001C4ADF">
        <w:trPr>
          <w:jc w:val="center"/>
        </w:trPr>
        <w:tc>
          <w:tcPr>
            <w:tcW w:w="678" w:type="dxa"/>
          </w:tcPr>
          <w:p w14:paraId="042AC75A" w14:textId="77777777" w:rsidR="008A5D79" w:rsidRPr="004F1683" w:rsidDel="00D7566D" w:rsidRDefault="008A5D79" w:rsidP="009B77DB">
            <w:pPr>
              <w:pStyle w:val="ListParagraph"/>
              <w:numPr>
                <w:ilvl w:val="0"/>
                <w:numId w:val="37"/>
              </w:numPr>
              <w:rPr>
                <w:rFonts w:ascii="Aptos" w:hAnsi="Aptos" w:cstheme="majorHAnsi"/>
              </w:rPr>
            </w:pPr>
          </w:p>
        </w:tc>
        <w:tc>
          <w:tcPr>
            <w:tcW w:w="10446" w:type="dxa"/>
          </w:tcPr>
          <w:p w14:paraId="7CC650B9" w14:textId="77777777" w:rsidR="008A5D79" w:rsidRDefault="004A6BDB" w:rsidP="008A5D79">
            <w:pPr>
              <w:pStyle w:val="steptext"/>
              <w:rPr>
                <w:rFonts w:ascii="Aptos" w:hAnsi="Aptos" w:cstheme="minorHAnsi"/>
              </w:rPr>
            </w:pPr>
            <w:r>
              <w:rPr>
                <w:rFonts w:ascii="Aptos" w:hAnsi="Aptos" w:cstheme="minorHAnsi"/>
              </w:rPr>
              <w:t>Make any revisions to detail lines as needed.  (Contract description is likely generic and not detailed enough to properly identify what is being purchased. Revise</w:t>
            </w:r>
            <w:r w:rsidR="00960574">
              <w:rPr>
                <w:rFonts w:ascii="Aptos" w:hAnsi="Aptos" w:cstheme="minorHAnsi"/>
              </w:rPr>
              <w:t xml:space="preserve"> the line description</w:t>
            </w:r>
            <w:r>
              <w:rPr>
                <w:rFonts w:ascii="Aptos" w:hAnsi="Aptos" w:cstheme="minorHAnsi"/>
              </w:rPr>
              <w:t xml:space="preserve"> so it is clear what item or service is being purchased.)</w:t>
            </w:r>
          </w:p>
          <w:p w14:paraId="083F05CC" w14:textId="77777777" w:rsidR="001C4ADF" w:rsidRDefault="001C4ADF" w:rsidP="008A5D79">
            <w:pPr>
              <w:pStyle w:val="steptext"/>
              <w:rPr>
                <w:rFonts w:ascii="Aptos" w:hAnsi="Aptos" w:cstheme="minorHAnsi"/>
              </w:rPr>
            </w:pPr>
          </w:p>
          <w:p w14:paraId="5F13B52D" w14:textId="77777777" w:rsidR="001C4ADF" w:rsidRDefault="001C4ADF" w:rsidP="001C4ADF">
            <w:pPr>
              <w:pStyle w:val="steptext"/>
              <w:jc w:val="center"/>
              <w:rPr>
                <w:rFonts w:ascii="Aptos" w:hAnsi="Aptos" w:cstheme="minorHAnsi"/>
              </w:rPr>
            </w:pPr>
            <w:r>
              <w:rPr>
                <w:rFonts w:ascii="Aptos" w:hAnsi="Aptos" w:cstheme="minorHAnsi"/>
                <w:b/>
                <w:bCs/>
              </w:rPr>
              <w:t xml:space="preserve">Example of Line Detail </w:t>
            </w:r>
          </w:p>
          <w:p w14:paraId="782E8D13" w14:textId="39C54AB9" w:rsidR="001C4ADF" w:rsidRDefault="001C4ADF" w:rsidP="008A5D79">
            <w:pPr>
              <w:pStyle w:val="steptext"/>
              <w:rPr>
                <w:rFonts w:ascii="Aptos" w:hAnsi="Aptos" w:cstheme="minorHAnsi"/>
              </w:rPr>
            </w:pPr>
            <w:r w:rsidRPr="00AA669C">
              <w:rPr>
                <w:rFonts w:ascii="Aptos" w:hAnsi="Aptos" w:cstheme="minorHAnsi"/>
                <w:noProof/>
              </w:rPr>
              <w:drawing>
                <wp:inline distT="0" distB="0" distL="0" distR="0" wp14:anchorId="60D075A5" wp14:editId="383E1DFF">
                  <wp:extent cx="5943600" cy="481965"/>
                  <wp:effectExtent l="171450" t="171450" r="381000" b="375285"/>
                  <wp:docPr id="157683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55690" name=""/>
                          <pic:cNvPicPr/>
                        </pic:nvPicPr>
                        <pic:blipFill>
                          <a:blip r:embed="rId45"/>
                          <a:stretch>
                            <a:fillRect/>
                          </a:stretch>
                        </pic:blipFill>
                        <pic:spPr>
                          <a:xfrm>
                            <a:off x="0" y="0"/>
                            <a:ext cx="5943600" cy="48196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tc>
      </w:tr>
      <w:tr w:rsidR="001C4ADF" w:rsidRPr="00E00101" w14:paraId="4A322771" w14:textId="77777777" w:rsidTr="001C4ADF">
        <w:trPr>
          <w:jc w:val="center"/>
        </w:trPr>
        <w:tc>
          <w:tcPr>
            <w:tcW w:w="678" w:type="dxa"/>
          </w:tcPr>
          <w:p w14:paraId="06AD8033" w14:textId="77777777" w:rsidR="001C4ADF" w:rsidRPr="004F1683" w:rsidDel="00D7566D" w:rsidRDefault="001C4ADF" w:rsidP="001C4ADF">
            <w:pPr>
              <w:pStyle w:val="ListParagraph"/>
              <w:keepNext/>
              <w:numPr>
                <w:ilvl w:val="0"/>
                <w:numId w:val="37"/>
              </w:numPr>
              <w:rPr>
                <w:rFonts w:ascii="Aptos" w:hAnsi="Aptos" w:cstheme="majorHAnsi"/>
              </w:rPr>
            </w:pPr>
          </w:p>
        </w:tc>
        <w:tc>
          <w:tcPr>
            <w:tcW w:w="10446" w:type="dxa"/>
          </w:tcPr>
          <w:p w14:paraId="50AA0D88" w14:textId="77777777" w:rsidR="001C4ADF" w:rsidRDefault="001C4ADF" w:rsidP="001C4ADF">
            <w:pPr>
              <w:pStyle w:val="steptext"/>
              <w:keepNext/>
              <w:rPr>
                <w:rFonts w:ascii="Aptos" w:hAnsi="Aptos" w:cstheme="minorHAnsi"/>
              </w:rPr>
            </w:pPr>
            <w:r>
              <w:rPr>
                <w:rFonts w:ascii="Aptos" w:hAnsi="Aptos" w:cstheme="minorHAnsi"/>
              </w:rPr>
              <w:t>C</w:t>
            </w:r>
            <w:r w:rsidRPr="00E00101">
              <w:rPr>
                <w:rFonts w:ascii="Aptos" w:hAnsi="Aptos" w:cstheme="minorHAnsi"/>
              </w:rPr>
              <w:t xml:space="preserve">lick the </w:t>
            </w:r>
            <w:r w:rsidRPr="003625C2">
              <w:rPr>
                <w:rFonts w:ascii="Aptos" w:hAnsi="Aptos" w:cstheme="minorHAnsi"/>
                <w:b/>
                <w:bCs/>
              </w:rPr>
              <w:t>green checkmark</w:t>
            </w:r>
            <w:r w:rsidRPr="00E00101">
              <w:rPr>
                <w:rFonts w:ascii="Aptos" w:hAnsi="Aptos" w:cstheme="minorHAnsi"/>
              </w:rPr>
              <w:t xml:space="preserve"> at the top of the screen</w:t>
            </w:r>
            <w:r>
              <w:rPr>
                <w:rFonts w:ascii="Aptos" w:hAnsi="Aptos" w:cstheme="minorHAnsi"/>
              </w:rPr>
              <w:t xml:space="preserve"> to save</w:t>
            </w:r>
            <w:r w:rsidRPr="00E00101">
              <w:rPr>
                <w:rFonts w:ascii="Aptos" w:hAnsi="Aptos" w:cstheme="minorHAnsi"/>
              </w:rPr>
              <w:t>.</w:t>
            </w:r>
          </w:p>
          <w:p w14:paraId="491BCA71" w14:textId="4EFD1021" w:rsidR="001C4ADF" w:rsidRPr="00E00101" w:rsidRDefault="001C4ADF" w:rsidP="001C4ADF">
            <w:pPr>
              <w:keepNext/>
              <w:jc w:val="center"/>
              <w:rPr>
                <w:rFonts w:ascii="Aptos" w:hAnsi="Aptos" w:cstheme="minorHAnsi"/>
                <w:noProof/>
              </w:rPr>
            </w:pPr>
            <w:r w:rsidRPr="00E00101">
              <w:rPr>
                <w:rFonts w:ascii="Aptos" w:hAnsi="Aptos" w:cs="Calibri"/>
                <w:noProof/>
              </w:rPr>
              <mc:AlternateContent>
                <mc:Choice Requires="wps">
                  <w:drawing>
                    <wp:anchor distT="0" distB="0" distL="114300" distR="114300" simplePos="0" relativeHeight="252149760" behindDoc="0" locked="0" layoutInCell="1" allowOverlap="1" wp14:anchorId="5D60B035" wp14:editId="7D88929A">
                      <wp:simplePos x="0" y="0"/>
                      <wp:positionH relativeFrom="column">
                        <wp:posOffset>801371</wp:posOffset>
                      </wp:positionH>
                      <wp:positionV relativeFrom="paragraph">
                        <wp:posOffset>588645</wp:posOffset>
                      </wp:positionV>
                      <wp:extent cx="426007" cy="223396"/>
                      <wp:effectExtent l="19050" t="57150" r="0" b="81915"/>
                      <wp:wrapNone/>
                      <wp:docPr id="1015946649" name="Arrow: Right 3"/>
                      <wp:cNvGraphicFramePr/>
                      <a:graphic xmlns:a="http://schemas.openxmlformats.org/drawingml/2006/main">
                        <a:graphicData uri="http://schemas.microsoft.com/office/word/2010/wordprocessingShape">
                          <wps:wsp>
                            <wps:cNvSpPr/>
                            <wps:spPr>
                              <a:xfrm rot="19372203">
                                <a:off x="0" y="0"/>
                                <a:ext cx="426007" cy="22339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4688" id="Arrow: Right 3" o:spid="_x0000_s1026" type="#_x0000_t13" style="position:absolute;margin-left:63.1pt;margin-top:46.35pt;width:33.55pt;height:17.6pt;rotation:-2433348fd;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" adj="15937" fillcolor="red" strokecolor="#042433" strokeweight="1pt"/>
                  </w:pict>
                </mc:Fallback>
              </mc:AlternateContent>
            </w:r>
            <w:r w:rsidRPr="00E00101">
              <w:rPr>
                <w:rFonts w:ascii="Aptos" w:hAnsi="Aptos" w:cstheme="minorHAnsi"/>
                <w:noProof/>
              </w:rPr>
              <w:drawing>
                <wp:inline distT="0" distB="0" distL="0" distR="0" wp14:anchorId="2099D0B0" wp14:editId="0300C4FC">
                  <wp:extent cx="3849624" cy="1024128"/>
                  <wp:effectExtent l="152400" t="171450" r="360680" b="386080"/>
                  <wp:docPr id="2025003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76351" name="Picture 1938376351"/>
                          <pic:cNvPicPr/>
                        </pic:nvPicPr>
                        <pic:blipFill rotWithShape="1">
                          <a:blip r:embed="rId15"/>
                          <a:srcRect b="37638"/>
                          <a:stretch>
                            <a:fillRect/>
                          </a:stretch>
                        </pic:blipFill>
                        <pic:spPr bwMode="auto">
                          <a:xfrm>
                            <a:off x="0" y="0"/>
                            <a:ext cx="3849624" cy="102412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A5D79" w:rsidRPr="00E00101" w14:paraId="0E0B9227" w14:textId="77777777" w:rsidTr="001C4ADF">
        <w:trPr>
          <w:jc w:val="center"/>
        </w:trPr>
        <w:tc>
          <w:tcPr>
            <w:tcW w:w="678" w:type="dxa"/>
          </w:tcPr>
          <w:p w14:paraId="0BCB8F8C" w14:textId="77777777" w:rsidR="008A5D79" w:rsidRPr="004F1683" w:rsidDel="00D7566D" w:rsidRDefault="008A5D79" w:rsidP="009B77DB">
            <w:pPr>
              <w:pStyle w:val="ListParagraph"/>
              <w:numPr>
                <w:ilvl w:val="0"/>
                <w:numId w:val="37"/>
              </w:numPr>
              <w:rPr>
                <w:rFonts w:ascii="Aptos" w:hAnsi="Aptos" w:cstheme="majorHAnsi"/>
              </w:rPr>
            </w:pPr>
          </w:p>
        </w:tc>
        <w:tc>
          <w:tcPr>
            <w:tcW w:w="10446" w:type="dxa"/>
          </w:tcPr>
          <w:p w14:paraId="1B4EA4EF" w14:textId="5421EAB5" w:rsidR="00960574" w:rsidRDefault="004A4D8B" w:rsidP="00960574">
            <w:pPr>
              <w:rPr>
                <w:rFonts w:ascii="Aptos" w:hAnsi="Aptos" w:cs="Calibri"/>
              </w:rPr>
            </w:pPr>
            <w:r w:rsidRPr="00E00101">
              <w:rPr>
                <w:rFonts w:ascii="Aptos" w:hAnsi="Aptos" w:cstheme="minorHAnsi"/>
                <w:noProof/>
              </w:rPr>
              <w:drawing>
                <wp:anchor distT="0" distB="0" distL="114300" distR="114300" simplePos="0" relativeHeight="252051456" behindDoc="0" locked="0" layoutInCell="1" allowOverlap="1" wp14:anchorId="2F5E273C" wp14:editId="76B75DB4">
                  <wp:simplePos x="0" y="0"/>
                  <wp:positionH relativeFrom="column">
                    <wp:posOffset>1108684</wp:posOffset>
                  </wp:positionH>
                  <wp:positionV relativeFrom="page">
                    <wp:posOffset>575285</wp:posOffset>
                  </wp:positionV>
                  <wp:extent cx="3849370" cy="1193165"/>
                  <wp:effectExtent l="171450" t="152400" r="360680" b="368935"/>
                  <wp:wrapTopAndBottom/>
                  <wp:docPr id="1212444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44890" name="Picture 7"/>
                          <pic:cNvPicPr/>
                        </pic:nvPicPr>
                        <pic:blipFill rotWithShape="1">
                          <a:blip r:embed="rId46"/>
                          <a:srcRect t="-3609" b="-2066"/>
                          <a:stretch>
                            <a:fillRect/>
                          </a:stretch>
                        </pic:blipFill>
                        <pic:spPr bwMode="auto">
                          <a:xfrm>
                            <a:off x="0" y="0"/>
                            <a:ext cx="3849370" cy="11931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69C">
              <w:rPr>
                <w:rFonts w:ascii="Aptos" w:hAnsi="Aptos" w:cstheme="minorHAnsi"/>
              </w:rPr>
              <w:t xml:space="preserve">A text box will open. Enter the </w:t>
            </w:r>
            <w:r w:rsidR="00960574">
              <w:rPr>
                <w:rFonts w:ascii="Aptos" w:hAnsi="Aptos" w:cstheme="minorHAnsi"/>
              </w:rPr>
              <w:t xml:space="preserve">details </w:t>
            </w:r>
            <w:r w:rsidR="003625C2">
              <w:rPr>
                <w:rFonts w:ascii="Aptos" w:hAnsi="Aptos" w:cstheme="minorHAnsi"/>
              </w:rPr>
              <w:t>of what was “revised” since the original generation, followed by the date and initials of the person</w:t>
            </w:r>
            <w:r w:rsidR="00960574">
              <w:rPr>
                <w:rFonts w:ascii="Aptos" w:hAnsi="Aptos" w:cstheme="minorHAnsi"/>
              </w:rPr>
              <w:t xml:space="preserve"> who made the revision</w:t>
            </w:r>
            <w:r w:rsidR="00AA669C">
              <w:rPr>
                <w:rFonts w:ascii="Aptos" w:hAnsi="Aptos" w:cstheme="minorHAnsi"/>
              </w:rPr>
              <w:t>.</w:t>
            </w:r>
          </w:p>
          <w:p w14:paraId="331A2BB5" w14:textId="77777777" w:rsidR="00AA669C" w:rsidRDefault="00960574" w:rsidP="00245FBB">
            <w:r>
              <w:rPr>
                <w:rFonts w:ascii="Aptos" w:hAnsi="Aptos" w:cs="Calibri"/>
                <w:b/>
                <w:bCs/>
              </w:rPr>
              <w:t xml:space="preserve">NOTE: </w:t>
            </w:r>
            <w:r>
              <w:rPr>
                <w:rFonts w:ascii="Aptos" w:hAnsi="Aptos" w:cs="Calibri"/>
              </w:rPr>
              <w:t>It is crucial to note revisions as this allows for the most accurate tracking of revisions made over the life of the purchase order.</w:t>
            </w:r>
          </w:p>
        </w:tc>
      </w:tr>
      <w:tr w:rsidR="008A5D79" w:rsidRPr="00E00101" w14:paraId="75430534" w14:textId="77777777" w:rsidTr="001C4ADF">
        <w:trPr>
          <w:jc w:val="center"/>
        </w:trPr>
        <w:tc>
          <w:tcPr>
            <w:tcW w:w="678" w:type="dxa"/>
          </w:tcPr>
          <w:p w14:paraId="6CF29C03" w14:textId="77777777" w:rsidR="008A5D79" w:rsidRPr="004F1683" w:rsidDel="00D7566D" w:rsidRDefault="008A5D79" w:rsidP="009B77DB">
            <w:pPr>
              <w:pStyle w:val="ListParagraph"/>
              <w:numPr>
                <w:ilvl w:val="0"/>
                <w:numId w:val="37"/>
              </w:numPr>
              <w:rPr>
                <w:rFonts w:ascii="Aptos" w:hAnsi="Aptos" w:cstheme="majorHAnsi"/>
              </w:rPr>
            </w:pPr>
          </w:p>
        </w:tc>
        <w:tc>
          <w:tcPr>
            <w:tcW w:w="10446" w:type="dxa"/>
          </w:tcPr>
          <w:p w14:paraId="3258019F" w14:textId="77777777" w:rsidR="008A5D79" w:rsidRDefault="00952005" w:rsidP="008A5D79">
            <w:pPr>
              <w:pStyle w:val="steptext"/>
              <w:rPr>
                <w:rFonts w:ascii="Aptos" w:hAnsi="Aptos" w:cstheme="minorHAnsi"/>
              </w:rPr>
            </w:pPr>
            <w:r>
              <w:rPr>
                <w:rFonts w:ascii="Aptos" w:hAnsi="Aptos" w:cstheme="minorHAnsi"/>
              </w:rPr>
              <w:t xml:space="preserve">Click the </w:t>
            </w:r>
            <w:r w:rsidRPr="003625C2">
              <w:rPr>
                <w:rFonts w:ascii="Aptos" w:hAnsi="Aptos" w:cstheme="minorHAnsi"/>
                <w:b/>
                <w:bCs/>
              </w:rPr>
              <w:t>green checkmark</w:t>
            </w:r>
            <w:r>
              <w:rPr>
                <w:rFonts w:ascii="Aptos" w:hAnsi="Aptos" w:cstheme="minorHAnsi"/>
              </w:rPr>
              <w:t xml:space="preserve"> to save. </w:t>
            </w:r>
          </w:p>
        </w:tc>
      </w:tr>
      <w:tr w:rsidR="00873D85" w14:paraId="64E42DA3" w14:textId="77777777" w:rsidTr="001C4ADF">
        <w:trPr>
          <w:jc w:val="center"/>
        </w:trPr>
        <w:tc>
          <w:tcPr>
            <w:tcW w:w="11124" w:type="dxa"/>
            <w:gridSpan w:val="2"/>
          </w:tcPr>
          <w:p w14:paraId="272B90EE" w14:textId="77777777" w:rsidR="008A5D79" w:rsidRDefault="008A5D79" w:rsidP="00816E8A">
            <w:pPr>
              <w:pStyle w:val="steptext"/>
              <w:jc w:val="center"/>
              <w:rPr>
                <w:rFonts w:ascii="Aptos" w:hAnsi="Aptos" w:cstheme="minorHAnsi"/>
                <w:b/>
                <w:bCs/>
                <w:color w:val="196B24" w:themeColor="accent3"/>
              </w:rPr>
            </w:pPr>
            <w:r w:rsidRPr="00E00101">
              <w:rPr>
                <w:rFonts w:ascii="Aptos" w:hAnsi="Aptos" w:cstheme="minorHAnsi"/>
                <w:b/>
                <w:bCs/>
                <w:color w:val="196B24" w:themeColor="accent3"/>
              </w:rPr>
              <w:t>Generat</w:t>
            </w:r>
            <w:r>
              <w:rPr>
                <w:rFonts w:ascii="Aptos" w:hAnsi="Aptos" w:cstheme="minorHAnsi"/>
                <w:b/>
                <w:bCs/>
                <w:color w:val="196B24" w:themeColor="accent3"/>
              </w:rPr>
              <w:t>e</w:t>
            </w:r>
            <w:r w:rsidRPr="00E00101">
              <w:rPr>
                <w:rFonts w:ascii="Aptos" w:hAnsi="Aptos" w:cstheme="minorHAnsi"/>
                <w:b/>
                <w:bCs/>
                <w:color w:val="196B24" w:themeColor="accent3"/>
              </w:rPr>
              <w:t xml:space="preserve"> Purchase Order from </w:t>
            </w:r>
            <w:r w:rsidR="00952005">
              <w:rPr>
                <w:rFonts w:ascii="Aptos" w:hAnsi="Aptos" w:cstheme="minorHAnsi"/>
                <w:b/>
                <w:bCs/>
                <w:color w:val="196B24" w:themeColor="accent3"/>
              </w:rPr>
              <w:t>Contract</w:t>
            </w:r>
            <w:r w:rsidRPr="00E00101">
              <w:rPr>
                <w:rFonts w:ascii="Aptos" w:hAnsi="Aptos" w:cstheme="minorHAnsi"/>
                <w:b/>
                <w:bCs/>
                <w:color w:val="196B24" w:themeColor="accent3"/>
              </w:rPr>
              <w:t>: Complete</w:t>
            </w:r>
          </w:p>
          <w:p w14:paraId="4D63C9CF" w14:textId="77777777" w:rsidR="00836676" w:rsidRPr="004151D0" w:rsidRDefault="00836676" w:rsidP="00836676">
            <w:pPr>
              <w:pStyle w:val="steptext"/>
              <w:jc w:val="center"/>
              <w:rPr>
                <w:rFonts w:ascii="Aptos" w:hAnsi="Aptos" w:cstheme="minorHAnsi"/>
                <w:b/>
                <w:bCs/>
                <w:color w:val="196B24" w:themeColor="accent3"/>
              </w:rPr>
            </w:pPr>
            <w:r w:rsidRPr="004151D0">
              <w:rPr>
                <w:rFonts w:ascii="Aptos" w:hAnsi="Aptos" w:cstheme="minorHAnsi"/>
                <w:b/>
                <w:bCs/>
                <w:color w:val="196B24" w:themeColor="accent3"/>
              </w:rPr>
              <w:t xml:space="preserve">Click the </w:t>
            </w:r>
            <w:r w:rsidRPr="004151D0">
              <w:rPr>
                <w:rFonts w:ascii="Aptos" w:hAnsi="Aptos" w:cstheme="minorHAnsi"/>
                <w:b/>
                <w:bCs/>
                <w:color w:val="FF0000"/>
              </w:rPr>
              <w:t>Red X</w:t>
            </w:r>
            <w:r w:rsidRPr="004151D0">
              <w:rPr>
                <w:rFonts w:ascii="Aptos" w:hAnsi="Aptos" w:cstheme="minorHAnsi"/>
                <w:b/>
                <w:bCs/>
                <w:color w:val="92D050"/>
              </w:rPr>
              <w:t xml:space="preserve"> </w:t>
            </w:r>
            <w:r w:rsidRPr="004151D0">
              <w:rPr>
                <w:rFonts w:ascii="Aptos" w:hAnsi="Aptos" w:cstheme="minorHAnsi"/>
                <w:b/>
                <w:bCs/>
                <w:color w:val="196B24" w:themeColor="accent3"/>
              </w:rPr>
              <w:t xml:space="preserve">to close.  </w:t>
            </w:r>
          </w:p>
          <w:p w14:paraId="0841F1C1" w14:textId="0C118BAF" w:rsidR="00836676" w:rsidRPr="00E00101" w:rsidRDefault="00307DE8" w:rsidP="00816E8A">
            <w:pPr>
              <w:pStyle w:val="steptext"/>
              <w:jc w:val="center"/>
            </w:pPr>
            <w:r w:rsidRPr="002210D0">
              <w:rPr>
                <w:rFonts w:cstheme="minorHAnsi"/>
                <w:bCs/>
                <w:noProof/>
              </w:rPr>
              <mc:AlternateContent>
                <mc:Choice Requires="wps">
                  <w:drawing>
                    <wp:anchor distT="0" distB="0" distL="114300" distR="114300" simplePos="0" relativeHeight="252151808" behindDoc="0" locked="0" layoutInCell="1" allowOverlap="1" wp14:anchorId="18286D8D" wp14:editId="67BD7200">
                      <wp:simplePos x="0" y="0"/>
                      <wp:positionH relativeFrom="column">
                        <wp:posOffset>3225948</wp:posOffset>
                      </wp:positionH>
                      <wp:positionV relativeFrom="paragraph">
                        <wp:posOffset>197175</wp:posOffset>
                      </wp:positionV>
                      <wp:extent cx="209550" cy="190500"/>
                      <wp:effectExtent l="0" t="0" r="19050" b="19050"/>
                      <wp:wrapNone/>
                      <wp:docPr id="1518851144" name="Rectangle: Rounded Corners 5"/>
                      <wp:cNvGraphicFramePr/>
                      <a:graphic xmlns:a="http://schemas.openxmlformats.org/drawingml/2006/main">
                        <a:graphicData uri="http://schemas.microsoft.com/office/word/2010/wordprocessingShape">
                          <wps:wsp>
                            <wps:cNvSpPr/>
                            <wps:spPr>
                              <a:xfrm>
                                <a:off x="0" y="0"/>
                                <a:ext cx="209550" cy="1905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8A4D7" id="Rectangle: Rounded Corners 5" o:spid="_x0000_s1026" style="position:absolute;margin-left:254pt;margin-top:15.55pt;width:16.5pt;height: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" filled="f" strokecolor="red" strokeweight="2pt"/>
                  </w:pict>
                </mc:Fallback>
              </mc:AlternateContent>
            </w:r>
            <w:r w:rsidR="00836676" w:rsidRPr="00E00101">
              <w:rPr>
                <w:rFonts w:ascii="Aptos" w:hAnsi="Aptos" w:cstheme="minorHAnsi"/>
                <w:b/>
                <w:bCs/>
                <w:noProof/>
                <w:color w:val="196B24" w:themeColor="accent3"/>
                <w14:ligatures w14:val="standardContextual"/>
              </w:rPr>
              <w:drawing>
                <wp:inline distT="0" distB="0" distL="0" distR="0" wp14:anchorId="562E1933" wp14:editId="41899145">
                  <wp:extent cx="2543530" cy="247685"/>
                  <wp:effectExtent l="171450" t="171450" r="352425" b="381000"/>
                  <wp:docPr id="813629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20B7ACB8" w14:textId="77777777" w:rsidR="00836676" w:rsidRDefault="00836676">
      <w:r>
        <w:br w:type="page"/>
      </w:r>
    </w:p>
    <w:p w14:paraId="14197564" w14:textId="77777777" w:rsidR="006E4119" w:rsidRPr="00590B1A" w:rsidRDefault="006E4119" w:rsidP="00EC1EB6">
      <w:pPr>
        <w:pStyle w:val="Heading1"/>
        <w:numPr>
          <w:ilvl w:val="0"/>
          <w:numId w:val="23"/>
        </w:numPr>
        <w:spacing w:before="0" w:line="480" w:lineRule="auto"/>
        <w15:collapsed/>
        <w:rPr>
          <w:rFonts w:ascii="Aptos" w:hAnsi="Aptos" w:cstheme="majorHAnsi"/>
          <w:color w:val="0A2F41" w:themeColor="accent1" w:themeShade="80"/>
        </w:rPr>
      </w:pPr>
      <w:r w:rsidRPr="00590B1A">
        <w:rPr>
          <w:rFonts w:ascii="Aptos" w:hAnsi="Aptos" w:cstheme="majorHAnsi"/>
          <w:color w:val="0A2F41" w:themeColor="accent1" w:themeShade="80"/>
        </w:rPr>
        <w:t>Work with Purchase Order</w:t>
      </w:r>
    </w:p>
    <w:tbl>
      <w:tblPr>
        <w:tblStyle w:val="TableGrid"/>
        <w:tblW w:w="10440" w:type="dxa"/>
        <w:tblInd w:w="-545" w:type="dxa"/>
        <w:tblLook w:val="04A0" w:firstRow="1" w:lastRow="0" w:firstColumn="1" w:lastColumn="0" w:noHBand="0" w:noVBand="1"/>
      </w:tblPr>
      <w:tblGrid>
        <w:gridCol w:w="900"/>
        <w:gridCol w:w="9540"/>
      </w:tblGrid>
      <w:tr w:rsidR="006E4119" w:rsidRPr="00BF0284" w14:paraId="23EB9528" w14:textId="77777777" w:rsidTr="0070748C">
        <w:tc>
          <w:tcPr>
            <w:tcW w:w="900" w:type="dxa"/>
            <w:shd w:val="clear" w:color="auto" w:fill="ADADAD" w:themeFill="background2" w:themeFillShade="BF"/>
          </w:tcPr>
          <w:p w14:paraId="2FB93E24" w14:textId="77777777" w:rsidR="006E4119" w:rsidRPr="00590B1A" w:rsidRDefault="006E4119" w:rsidP="00590B1A">
            <w:pPr>
              <w:keepNext/>
              <w:rPr>
                <w:rFonts w:ascii="Aptos" w:hAnsi="Aptos" w:cstheme="majorHAnsi"/>
              </w:rPr>
            </w:pPr>
            <w:r w:rsidRPr="00590B1A">
              <w:rPr>
                <w:rFonts w:ascii="Aptos" w:hAnsi="Aptos" w:cstheme="majorHAnsi"/>
              </w:rPr>
              <w:t>Step</w:t>
            </w:r>
          </w:p>
        </w:tc>
        <w:tc>
          <w:tcPr>
            <w:tcW w:w="9540" w:type="dxa"/>
            <w:shd w:val="clear" w:color="auto" w:fill="ADADAD" w:themeFill="background2" w:themeFillShade="BF"/>
          </w:tcPr>
          <w:p w14:paraId="7091C97C" w14:textId="77777777" w:rsidR="006E4119" w:rsidRPr="00942646" w:rsidRDefault="006E4119" w:rsidP="00590B1A">
            <w:pPr>
              <w:keepNext/>
              <w:rPr>
                <w:rFonts w:ascii="Aptos" w:hAnsi="Aptos" w:cstheme="majorHAnsi"/>
                <w:b/>
                <w:bCs/>
              </w:rPr>
            </w:pPr>
            <w:r w:rsidRPr="00942646">
              <w:rPr>
                <w:rFonts w:ascii="Aptos" w:hAnsi="Aptos" w:cstheme="majorHAnsi"/>
                <w:b/>
                <w:bCs/>
              </w:rPr>
              <w:t>Instruction / Explanation</w:t>
            </w:r>
          </w:p>
        </w:tc>
      </w:tr>
      <w:tr w:rsidR="006E4119" w:rsidRPr="00BF0284" w14:paraId="302FB509" w14:textId="77777777" w:rsidTr="0070748C">
        <w:tc>
          <w:tcPr>
            <w:tcW w:w="900" w:type="dxa"/>
          </w:tcPr>
          <w:p w14:paraId="1FC5E3CB" w14:textId="77777777" w:rsidR="006E4119" w:rsidRPr="00590B1A" w:rsidRDefault="006E4119" w:rsidP="00590B1A">
            <w:pPr>
              <w:pStyle w:val="ListParagraph"/>
              <w:numPr>
                <w:ilvl w:val="0"/>
                <w:numId w:val="30"/>
              </w:numPr>
              <w:rPr>
                <w:rFonts w:ascii="Aptos" w:hAnsi="Aptos" w:cstheme="majorHAnsi"/>
              </w:rPr>
            </w:pPr>
          </w:p>
        </w:tc>
        <w:tc>
          <w:tcPr>
            <w:tcW w:w="9540" w:type="dxa"/>
          </w:tcPr>
          <w:p w14:paraId="05C0A86F" w14:textId="77777777" w:rsidR="000A5071" w:rsidRDefault="000A5071" w:rsidP="00590B1A">
            <w:pPr>
              <w:rPr>
                <w:rFonts w:ascii="Aptos" w:hAnsi="Aptos" w:cs="Calibri"/>
              </w:rPr>
            </w:pPr>
            <w:r>
              <w:rPr>
                <w:rFonts w:ascii="Aptos" w:hAnsi="Aptos" w:cs="Calibri"/>
              </w:rPr>
              <w:t xml:space="preserve">Choose the Menu Selection/Pathway Option:  </w:t>
            </w:r>
          </w:p>
          <w:p w14:paraId="4B0A5AF4" w14:textId="77777777" w:rsidR="000A5071" w:rsidRDefault="000A5071" w:rsidP="000A5071">
            <w:pPr>
              <w:rPr>
                <w:rFonts w:ascii="Aptos" w:hAnsi="Aptos" w:cs="Arial"/>
                <w:b/>
                <w:bCs/>
                <w:color w:val="002060"/>
                <w:lang w:val="en"/>
              </w:rPr>
            </w:pPr>
            <w:r w:rsidRPr="00675BBA">
              <w:rPr>
                <w:rFonts w:ascii="Aptos" w:hAnsi="Aptos" w:cs="Arial"/>
                <w:b/>
                <w:bCs/>
                <w:color w:val="002060"/>
                <w:lang w:val="en"/>
              </w:rPr>
              <w:t xml:space="preserve">State of Nebraska &gt; Purchasing &gt; </w:t>
            </w:r>
            <w:r>
              <w:rPr>
                <w:rFonts w:ascii="Aptos" w:hAnsi="Aptos" w:cs="Arial"/>
                <w:b/>
                <w:bCs/>
                <w:color w:val="002060"/>
                <w:lang w:val="en"/>
              </w:rPr>
              <w:t>Purchase Orders &gt; Work with Purchase Order</w:t>
            </w:r>
          </w:p>
          <w:p w14:paraId="6750180F" w14:textId="77777777" w:rsidR="000A5071" w:rsidRDefault="000A5071" w:rsidP="00590B1A">
            <w:pPr>
              <w:rPr>
                <w:rFonts w:ascii="Aptos" w:hAnsi="Aptos" w:cs="Calibri"/>
              </w:rPr>
            </w:pPr>
          </w:p>
          <w:p w14:paraId="6BC86609" w14:textId="1B00DB00" w:rsidR="00836676" w:rsidRDefault="00086368">
            <w:pPr>
              <w:rPr>
                <w:rFonts w:ascii="Aptos" w:hAnsi="Aptos" w:cs="Calibri"/>
              </w:rPr>
            </w:pPr>
            <w:r w:rsidRPr="00590B1A">
              <w:rPr>
                <w:rFonts w:ascii="Aptos" w:hAnsi="Aptos" w:cs="Calibri"/>
              </w:rPr>
              <w:t xml:space="preserve">The process is the same </w:t>
            </w:r>
            <w:r w:rsidR="000A5071">
              <w:rPr>
                <w:rFonts w:ascii="Aptos" w:hAnsi="Aptos" w:cs="Calibri"/>
              </w:rPr>
              <w:t xml:space="preserve">to revise </w:t>
            </w:r>
            <w:r w:rsidRPr="00590B1A">
              <w:rPr>
                <w:rFonts w:ascii="Aptos" w:hAnsi="Aptos" w:cs="Calibri"/>
              </w:rPr>
              <w:t>all purchase order doc</w:t>
            </w:r>
            <w:r w:rsidR="000A5071">
              <w:rPr>
                <w:rFonts w:ascii="Aptos" w:hAnsi="Aptos" w:cs="Calibri"/>
              </w:rPr>
              <w:t>ument</w:t>
            </w:r>
            <w:r w:rsidRPr="00590B1A">
              <w:rPr>
                <w:rFonts w:ascii="Aptos" w:hAnsi="Aptos" w:cs="Calibri"/>
              </w:rPr>
              <w:t xml:space="preserve"> types</w:t>
            </w:r>
            <w:r w:rsidR="00EE074B">
              <w:rPr>
                <w:rFonts w:ascii="Aptos" w:hAnsi="Aptos" w:cs="Calibri"/>
              </w:rPr>
              <w:t>.</w:t>
            </w:r>
            <w:r w:rsidRPr="00590B1A">
              <w:rPr>
                <w:rFonts w:ascii="Aptos" w:hAnsi="Aptos" w:cs="Calibri"/>
              </w:rPr>
              <w:t xml:space="preserve"> </w:t>
            </w:r>
            <w:r w:rsidR="00836676">
              <w:rPr>
                <w:rFonts w:ascii="Aptos" w:hAnsi="Aptos" w:cs="Calibri"/>
              </w:rPr>
              <w:t>This example will demonstrate how to revise a commodity purchase order (OP).</w:t>
            </w:r>
          </w:p>
          <w:p w14:paraId="01FF6959" w14:textId="77777777" w:rsidR="00836676" w:rsidRDefault="00836676">
            <w:pPr>
              <w:rPr>
                <w:rFonts w:ascii="Aptos" w:hAnsi="Aptos" w:cs="Calibri"/>
              </w:rPr>
            </w:pPr>
          </w:p>
          <w:p w14:paraId="3E793B65" w14:textId="77777777" w:rsidR="00797908" w:rsidRDefault="00797908" w:rsidP="00590B1A">
            <w:pPr>
              <w:rPr>
                <w:rFonts w:ascii="Aptos" w:hAnsi="Aptos" w:cs="Calibri"/>
              </w:rPr>
            </w:pPr>
            <w:r w:rsidRPr="00816E8A">
              <w:rPr>
                <w:rFonts w:ascii="Aptos" w:hAnsi="Aptos" w:cs="Calibri"/>
                <w:b/>
                <w:bCs/>
              </w:rPr>
              <w:t>NOTE:</w:t>
            </w:r>
            <w:r>
              <w:rPr>
                <w:rFonts w:ascii="Aptos" w:hAnsi="Aptos" w:cs="Calibri"/>
              </w:rPr>
              <w:t xml:space="preserve"> For instructions on how to add attachments to a purchase order see </w:t>
            </w:r>
            <w:hyperlink w:anchor="_Adding_Attachments_to" w:history="1">
              <w:r w:rsidRPr="00797908">
                <w:rPr>
                  <w:rStyle w:val="Hyperlink"/>
                  <w:rFonts w:ascii="Aptos" w:hAnsi="Aptos" w:cs="Calibri"/>
                </w:rPr>
                <w:t>Adding Attachments to Purchase Order</w:t>
              </w:r>
            </w:hyperlink>
          </w:p>
          <w:p w14:paraId="4BE87725" w14:textId="77777777" w:rsidR="0086289C" w:rsidRPr="00942646" w:rsidRDefault="0086289C" w:rsidP="0086289C">
            <w:pPr>
              <w:rPr>
                <w:rFonts w:ascii="Aptos" w:hAnsi="Aptos" w:cstheme="majorHAnsi"/>
              </w:rPr>
            </w:pPr>
          </w:p>
        </w:tc>
      </w:tr>
      <w:tr w:rsidR="0086289C" w:rsidRPr="00BF0284" w14:paraId="39BC2AB1" w14:textId="77777777" w:rsidTr="0070748C">
        <w:tc>
          <w:tcPr>
            <w:tcW w:w="900" w:type="dxa"/>
          </w:tcPr>
          <w:p w14:paraId="3140F802" w14:textId="77777777" w:rsidR="0086289C" w:rsidRPr="00590B1A" w:rsidRDefault="0086289C" w:rsidP="003C2F4B">
            <w:pPr>
              <w:pStyle w:val="ListParagraph"/>
              <w:keepNext/>
              <w:numPr>
                <w:ilvl w:val="0"/>
                <w:numId w:val="30"/>
              </w:numPr>
              <w:rPr>
                <w:rFonts w:ascii="Aptos" w:hAnsi="Aptos" w:cstheme="majorHAnsi"/>
              </w:rPr>
            </w:pPr>
          </w:p>
        </w:tc>
        <w:tc>
          <w:tcPr>
            <w:tcW w:w="9540" w:type="dxa"/>
          </w:tcPr>
          <w:p w14:paraId="2477211F" w14:textId="32C09374" w:rsidR="0086289C" w:rsidRPr="00942646" w:rsidRDefault="0086289C" w:rsidP="003C2F4B">
            <w:pPr>
              <w:keepNext/>
              <w:rPr>
                <w:rFonts w:ascii="Aptos" w:hAnsi="Aptos" w:cs="Calibri"/>
              </w:rPr>
            </w:pPr>
            <w:r w:rsidRPr="00942646">
              <w:rPr>
                <w:rFonts w:ascii="Aptos" w:hAnsi="Aptos" w:cs="Calibri"/>
              </w:rPr>
              <w:t xml:space="preserve">Enter the purchase order </w:t>
            </w:r>
            <w:r w:rsidR="004E711A">
              <w:rPr>
                <w:rFonts w:ascii="Aptos" w:hAnsi="Aptos" w:cs="Calibri"/>
              </w:rPr>
              <w:t xml:space="preserve">number </w:t>
            </w:r>
            <w:r w:rsidRPr="00942646">
              <w:rPr>
                <w:rFonts w:ascii="Aptos" w:hAnsi="Aptos" w:cs="Calibri"/>
              </w:rPr>
              <w:t xml:space="preserve">in the Order Number </w:t>
            </w:r>
            <w:r w:rsidR="00FE6D1A">
              <w:rPr>
                <w:rFonts w:ascii="Aptos" w:hAnsi="Aptos" w:cs="Calibri"/>
              </w:rPr>
              <w:t>f</w:t>
            </w:r>
            <w:r w:rsidRPr="00942646">
              <w:rPr>
                <w:rFonts w:ascii="Aptos" w:hAnsi="Aptos" w:cs="Calibri"/>
              </w:rPr>
              <w:t xml:space="preserve">ield and click the </w:t>
            </w:r>
            <w:r w:rsidR="00FC57E5">
              <w:rPr>
                <w:rFonts w:ascii="Aptos" w:hAnsi="Aptos" w:cs="Calibri"/>
              </w:rPr>
              <w:t>“</w:t>
            </w:r>
            <w:r w:rsidR="00FC57E5" w:rsidRPr="003625C2">
              <w:rPr>
                <w:rFonts w:ascii="Aptos" w:hAnsi="Aptos" w:cs="Calibri"/>
                <w:b/>
                <w:bCs/>
              </w:rPr>
              <w:t>Find</w:t>
            </w:r>
            <w:r w:rsidR="00FC57E5">
              <w:rPr>
                <w:rFonts w:ascii="Aptos" w:hAnsi="Aptos" w:cs="Calibri"/>
              </w:rPr>
              <w:t>” button (</w:t>
            </w:r>
            <w:r w:rsidRPr="00942646">
              <w:rPr>
                <w:rFonts w:ascii="Aptos" w:hAnsi="Aptos" w:cs="Calibri"/>
              </w:rPr>
              <w:t>magnifying glass</w:t>
            </w:r>
            <w:r w:rsidR="00FC57E5">
              <w:rPr>
                <w:rFonts w:ascii="Aptos" w:hAnsi="Aptos" w:cs="Calibri"/>
              </w:rPr>
              <w:t>)</w:t>
            </w:r>
            <w:r w:rsidRPr="00942646">
              <w:rPr>
                <w:rFonts w:ascii="Aptos" w:hAnsi="Aptos" w:cs="Calibri"/>
              </w:rPr>
              <w:t>.</w:t>
            </w:r>
            <w:r w:rsidR="00FC57E5">
              <w:rPr>
                <w:rFonts w:ascii="Aptos" w:hAnsi="Aptos" w:cs="Calibri"/>
              </w:rPr>
              <w:t xml:space="preserve"> </w:t>
            </w:r>
          </w:p>
          <w:p w14:paraId="093E652D" w14:textId="69132A2A" w:rsidR="0086289C" w:rsidRPr="00942646" w:rsidRDefault="00C2358A" w:rsidP="003C2F4B">
            <w:pPr>
              <w:keepNext/>
              <w:jc w:val="center"/>
              <w:rPr>
                <w:rFonts w:ascii="Aptos" w:hAnsi="Aptos" w:cstheme="majorHAnsi"/>
              </w:rPr>
            </w:pPr>
            <w:r w:rsidRPr="00942646">
              <w:rPr>
                <w:rFonts w:ascii="Aptos" w:hAnsi="Aptos" w:cs="Calibri"/>
                <w:noProof/>
              </w:rPr>
              <mc:AlternateContent>
                <mc:Choice Requires="wps">
                  <w:drawing>
                    <wp:anchor distT="0" distB="0" distL="114300" distR="114300" simplePos="0" relativeHeight="251863040" behindDoc="0" locked="0" layoutInCell="1" allowOverlap="1" wp14:anchorId="4903C6A1" wp14:editId="3548FC13">
                      <wp:simplePos x="0" y="0"/>
                      <wp:positionH relativeFrom="column">
                        <wp:posOffset>1512569</wp:posOffset>
                      </wp:positionH>
                      <wp:positionV relativeFrom="paragraph">
                        <wp:posOffset>441961</wp:posOffset>
                      </wp:positionV>
                      <wp:extent cx="389614" cy="242018"/>
                      <wp:effectExtent l="19050" t="38100" r="0" b="62865"/>
                      <wp:wrapNone/>
                      <wp:docPr id="549500121"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6DBC5" id="Arrow: Right 9" o:spid="_x0000_s1026" type="#_x0000_t13" style="position:absolute;margin-left:119.1pt;margin-top:34.8pt;width:30.7pt;height:19.05pt;rotation:-2560056fd;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" adj="14891" fillcolor="red" strokecolor="#030e13 [484]" strokeweight=".25pt"/>
                  </w:pict>
                </mc:Fallback>
              </mc:AlternateContent>
            </w:r>
            <w:r w:rsidRPr="00942646">
              <w:rPr>
                <w:rFonts w:ascii="Aptos" w:hAnsi="Aptos" w:cstheme="minorHAnsi"/>
                <w:bCs/>
                <w:noProof/>
              </w:rPr>
              <mc:AlternateContent>
                <mc:Choice Requires="wps">
                  <w:drawing>
                    <wp:anchor distT="0" distB="0" distL="114300" distR="114300" simplePos="0" relativeHeight="251864064" behindDoc="0" locked="0" layoutInCell="1" allowOverlap="1" wp14:anchorId="5B45D69E" wp14:editId="5DDE2B1E">
                      <wp:simplePos x="0" y="0"/>
                      <wp:positionH relativeFrom="column">
                        <wp:posOffset>2425065</wp:posOffset>
                      </wp:positionH>
                      <wp:positionV relativeFrom="paragraph">
                        <wp:posOffset>535940</wp:posOffset>
                      </wp:positionV>
                      <wp:extent cx="1143000" cy="230588"/>
                      <wp:effectExtent l="0" t="0" r="19050" b="17145"/>
                      <wp:wrapNone/>
                      <wp:docPr id="406354577" name="Rectangle: Rounded Corners 5"/>
                      <wp:cNvGraphicFramePr/>
                      <a:graphic xmlns:a="http://schemas.openxmlformats.org/drawingml/2006/main">
                        <a:graphicData uri="http://schemas.microsoft.com/office/word/2010/wordprocessingShape">
                          <wps:wsp>
                            <wps:cNvSpPr/>
                            <wps:spPr>
                              <a:xfrm>
                                <a:off x="0" y="0"/>
                                <a:ext cx="1143000"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1BCFD" id="Rectangle: Rounded Corners 5" o:spid="_x0000_s1026" style="position:absolute;margin-left:190.95pt;margin-top:42.2pt;width:90pt;height:18.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" filled="f" strokecolor="red" strokeweight="1pt">
                      <v:stroke joinstyle="miter"/>
                    </v:roundrect>
                  </w:pict>
                </mc:Fallback>
              </mc:AlternateContent>
            </w:r>
            <w:r w:rsidR="0086289C" w:rsidRPr="00942646">
              <w:rPr>
                <w:rFonts w:ascii="Aptos" w:hAnsi="Aptos" w:cstheme="majorHAnsi"/>
                <w:noProof/>
              </w:rPr>
              <w:drawing>
                <wp:inline distT="0" distB="0" distL="0" distR="0" wp14:anchorId="4D2A4048" wp14:editId="2C7BDCDB">
                  <wp:extent cx="2404073" cy="1157018"/>
                  <wp:effectExtent l="171450" t="171450" r="244475" b="309880"/>
                  <wp:docPr id="158676618" name="Picture 26"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45474" name="Picture 26" descr="Graphical user interface&#10;&#10;AI-generated content may be incorrect."/>
                          <pic:cNvPicPr/>
                        </pic:nvPicPr>
                        <pic:blipFill rotWithShape="1">
                          <a:blip r:embed="rId47"/>
                          <a:srcRect b="26641"/>
                          <a:stretch>
                            <a:fillRect/>
                          </a:stretch>
                        </pic:blipFill>
                        <pic:spPr bwMode="auto">
                          <a:xfrm>
                            <a:off x="0" y="0"/>
                            <a:ext cx="2411118" cy="116040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6E4119" w:rsidRPr="00BF0284" w14:paraId="14191A0D" w14:textId="77777777" w:rsidTr="0070748C">
        <w:tc>
          <w:tcPr>
            <w:tcW w:w="900" w:type="dxa"/>
          </w:tcPr>
          <w:p w14:paraId="02BE9CC0" w14:textId="77777777" w:rsidR="006E4119" w:rsidRPr="00590B1A" w:rsidRDefault="006E4119" w:rsidP="00AF24AA">
            <w:pPr>
              <w:pStyle w:val="ListParagraph"/>
              <w:numPr>
                <w:ilvl w:val="0"/>
                <w:numId w:val="30"/>
              </w:numPr>
              <w:rPr>
                <w:rFonts w:ascii="Aptos" w:hAnsi="Aptos" w:cstheme="majorHAnsi"/>
              </w:rPr>
            </w:pPr>
          </w:p>
        </w:tc>
        <w:tc>
          <w:tcPr>
            <w:tcW w:w="9540" w:type="dxa"/>
          </w:tcPr>
          <w:p w14:paraId="65901A0F" w14:textId="51F6EA6E" w:rsidR="007804B7" w:rsidRDefault="006E4119" w:rsidP="00AF24AA">
            <w:pPr>
              <w:rPr>
                <w:rFonts w:ascii="Aptos" w:hAnsi="Aptos" w:cs="Calibri"/>
              </w:rPr>
            </w:pPr>
            <w:r w:rsidRPr="00942646">
              <w:rPr>
                <w:rFonts w:ascii="Aptos" w:hAnsi="Aptos" w:cs="Calibri"/>
              </w:rPr>
              <w:t xml:space="preserve">To make updates to the </w:t>
            </w:r>
            <w:r w:rsidRPr="00590B1A">
              <w:rPr>
                <w:rFonts w:ascii="Aptos" w:eastAsia="MS UI Gothic" w:hAnsi="Aptos" w:cstheme="minorHAnsi"/>
                <w:b/>
                <w:color w:val="000080"/>
              </w:rPr>
              <w:t>Order Header</w:t>
            </w:r>
            <w:r w:rsidR="00FC57E5">
              <w:rPr>
                <w:rFonts w:ascii="Aptos" w:hAnsi="Aptos" w:cs="Calibri"/>
                <w:b/>
                <w:bCs/>
              </w:rPr>
              <w:t>,</w:t>
            </w:r>
            <w:r w:rsidRPr="00942646">
              <w:rPr>
                <w:rFonts w:ascii="Aptos" w:hAnsi="Aptos" w:cs="Calibri"/>
              </w:rPr>
              <w:t xml:space="preserve"> such as changing the “Ship To,” “Buyer,” “Send Invoice to,” </w:t>
            </w:r>
            <w:r w:rsidR="004452B1">
              <w:rPr>
                <w:rFonts w:ascii="Aptos" w:hAnsi="Aptos" w:cs="Calibri"/>
              </w:rPr>
              <w:t xml:space="preserve">“Business Unit,” </w:t>
            </w:r>
            <w:r w:rsidRPr="00942646">
              <w:rPr>
                <w:rFonts w:ascii="Aptos" w:hAnsi="Aptos" w:cs="Calibri"/>
              </w:rPr>
              <w:t xml:space="preserve">or </w:t>
            </w:r>
            <w:r w:rsidR="00FC57E5">
              <w:rPr>
                <w:rFonts w:ascii="Aptos" w:hAnsi="Aptos" w:cs="Calibri"/>
              </w:rPr>
              <w:t xml:space="preserve">any </w:t>
            </w:r>
            <w:r w:rsidRPr="00942646">
              <w:rPr>
                <w:rFonts w:ascii="Aptos" w:hAnsi="Aptos" w:cs="Calibri"/>
              </w:rPr>
              <w:t>Date</w:t>
            </w:r>
            <w:r w:rsidR="00FC57E5">
              <w:rPr>
                <w:rFonts w:ascii="Aptos" w:hAnsi="Aptos" w:cs="Calibri"/>
              </w:rPr>
              <w:t xml:space="preserve"> fields,</w:t>
            </w:r>
            <w:r w:rsidRPr="00942646">
              <w:rPr>
                <w:rFonts w:ascii="Aptos" w:hAnsi="Aptos" w:cs="Calibri"/>
              </w:rPr>
              <w:t xml:space="preserve"> </w:t>
            </w:r>
            <w:r w:rsidR="00FC53CC">
              <w:rPr>
                <w:rFonts w:ascii="Aptos" w:hAnsi="Aptos" w:cs="Calibri"/>
              </w:rPr>
              <w:t>click</w:t>
            </w:r>
            <w:r w:rsidR="00FC53CC" w:rsidRPr="00942646">
              <w:rPr>
                <w:rFonts w:ascii="Aptos" w:hAnsi="Aptos" w:cs="Calibri"/>
              </w:rPr>
              <w:t xml:space="preserve"> </w:t>
            </w:r>
            <w:r w:rsidRPr="00942646">
              <w:rPr>
                <w:rFonts w:ascii="Aptos" w:hAnsi="Aptos" w:cs="Calibri"/>
              </w:rPr>
              <w:t>the “</w:t>
            </w:r>
            <w:r w:rsidRPr="00AF24AA">
              <w:rPr>
                <w:rFonts w:ascii="Aptos" w:hAnsi="Aptos" w:cs="Calibri"/>
                <w:b/>
                <w:bCs/>
              </w:rPr>
              <w:t>Header Revisions</w:t>
            </w:r>
            <w:r w:rsidRPr="00942646">
              <w:rPr>
                <w:rFonts w:ascii="Aptos" w:hAnsi="Aptos" w:cs="Calibri"/>
              </w:rPr>
              <w:t xml:space="preserve">” </w:t>
            </w:r>
            <w:r w:rsidR="00FC53CC">
              <w:rPr>
                <w:rFonts w:ascii="Aptos" w:hAnsi="Aptos" w:cs="Calibri"/>
              </w:rPr>
              <w:t>button</w:t>
            </w:r>
            <w:r w:rsidRPr="00942646">
              <w:rPr>
                <w:rFonts w:ascii="Aptos" w:hAnsi="Aptos" w:cs="Calibri"/>
              </w:rPr>
              <w:t xml:space="preserve">. </w:t>
            </w:r>
          </w:p>
          <w:p w14:paraId="6444A703" w14:textId="77777777" w:rsidR="007804B7" w:rsidRDefault="007804B7" w:rsidP="00AF24AA">
            <w:pPr>
              <w:rPr>
                <w:rFonts w:ascii="Aptos" w:hAnsi="Aptos" w:cs="Calibri"/>
              </w:rPr>
            </w:pPr>
          </w:p>
          <w:p w14:paraId="38C80EB5" w14:textId="77777777" w:rsidR="006E4119" w:rsidRDefault="00FC57E5" w:rsidP="00AF24AA">
            <w:pPr>
              <w:rPr>
                <w:rFonts w:ascii="Aptos" w:hAnsi="Aptos" w:cs="Calibri"/>
              </w:rPr>
            </w:pPr>
            <w:r>
              <w:rPr>
                <w:rFonts w:ascii="Aptos" w:hAnsi="Aptos" w:cs="Calibri"/>
              </w:rPr>
              <w:t xml:space="preserve">The </w:t>
            </w:r>
            <w:r w:rsidR="006E4119" w:rsidRPr="00942646">
              <w:rPr>
                <w:rFonts w:ascii="Aptos" w:hAnsi="Aptos" w:cs="Calibri"/>
              </w:rPr>
              <w:t>“</w:t>
            </w:r>
            <w:r w:rsidR="006E4119" w:rsidRPr="00AF24AA">
              <w:rPr>
                <w:rFonts w:ascii="Aptos" w:eastAsia="MS UI Gothic" w:hAnsi="Aptos" w:cstheme="minorHAnsi"/>
                <w:b/>
                <w:color w:val="000080"/>
              </w:rPr>
              <w:t>Additional Properties</w:t>
            </w:r>
            <w:r w:rsidR="006E4119" w:rsidRPr="00942646">
              <w:rPr>
                <w:rFonts w:ascii="Aptos" w:hAnsi="Aptos" w:cs="Calibri"/>
              </w:rPr>
              <w:t>” and “</w:t>
            </w:r>
            <w:r w:rsidR="006E4119" w:rsidRPr="00AF24AA">
              <w:rPr>
                <w:rFonts w:ascii="Aptos" w:eastAsia="MS UI Gothic" w:hAnsi="Aptos" w:cstheme="minorHAnsi"/>
                <w:b/>
                <w:color w:val="000080"/>
              </w:rPr>
              <w:t>Category Codes</w:t>
            </w:r>
            <w:r w:rsidR="006E4119" w:rsidRPr="00942646">
              <w:rPr>
                <w:rFonts w:ascii="Aptos" w:hAnsi="Aptos" w:cs="Calibri"/>
              </w:rPr>
              <w:t xml:space="preserve">” tabs </w:t>
            </w:r>
            <w:r>
              <w:rPr>
                <w:rFonts w:ascii="Aptos" w:hAnsi="Aptos" w:cs="Calibri"/>
              </w:rPr>
              <w:t xml:space="preserve">of the Header can also be viewed from </w:t>
            </w:r>
            <w:r w:rsidR="006E4119" w:rsidRPr="00942646">
              <w:rPr>
                <w:rFonts w:ascii="Aptos" w:hAnsi="Aptos" w:cs="Calibri"/>
              </w:rPr>
              <w:t xml:space="preserve">this </w:t>
            </w:r>
            <w:r>
              <w:rPr>
                <w:rFonts w:ascii="Aptos" w:hAnsi="Aptos" w:cs="Calibri"/>
              </w:rPr>
              <w:t>selection</w:t>
            </w:r>
            <w:r w:rsidR="006E4119" w:rsidRPr="00942646">
              <w:rPr>
                <w:rFonts w:ascii="Aptos" w:hAnsi="Aptos" w:cs="Calibri"/>
              </w:rPr>
              <w:t>.</w:t>
            </w:r>
          </w:p>
          <w:p w14:paraId="6DE90FD1" w14:textId="77777777" w:rsidR="00A23CA9" w:rsidRDefault="00A23CA9" w:rsidP="00AF24AA">
            <w:pPr>
              <w:rPr>
                <w:rFonts w:ascii="Aptos" w:hAnsi="Aptos" w:cs="Calibri"/>
              </w:rPr>
            </w:pPr>
          </w:p>
          <w:p w14:paraId="2110AB81" w14:textId="54F4751D" w:rsidR="00A23CA9" w:rsidRPr="00A23CA9" w:rsidRDefault="00A23CA9" w:rsidP="00AF24AA">
            <w:pPr>
              <w:rPr>
                <w:rFonts w:ascii="Aptos" w:hAnsi="Aptos" w:cs="Calibri"/>
              </w:rPr>
            </w:pPr>
            <w:r w:rsidRPr="00A23CA9">
              <w:rPr>
                <w:rFonts w:ascii="Aptos" w:hAnsi="Aptos" w:cs="Calibri"/>
                <w:b/>
                <w:bCs/>
              </w:rPr>
              <w:t>NOTE:</w:t>
            </w:r>
            <w:r w:rsidRPr="00A23CA9">
              <w:rPr>
                <w:rFonts w:ascii="Aptos" w:hAnsi="Aptos" w:cs="Calibri"/>
              </w:rPr>
              <w:t xml:space="preserve"> To make</w:t>
            </w:r>
            <w:r w:rsidR="00AF24AA">
              <w:rPr>
                <w:rFonts w:ascii="Aptos" w:hAnsi="Aptos" w:cs="Calibri"/>
              </w:rPr>
              <w:t xml:space="preserve"> updates to the </w:t>
            </w:r>
            <w:r w:rsidR="00AF24AA" w:rsidRPr="00AF24AA">
              <w:rPr>
                <w:rFonts w:ascii="Aptos" w:eastAsia="MS UI Gothic" w:hAnsi="Aptos" w:cstheme="minorHAnsi"/>
                <w:b/>
                <w:color w:val="000080"/>
              </w:rPr>
              <w:t>Detail Lines</w:t>
            </w:r>
            <w:r w:rsidR="00AF24AA">
              <w:rPr>
                <w:rFonts w:ascii="Aptos" w:hAnsi="Aptos" w:cs="Calibri"/>
              </w:rPr>
              <w:t xml:space="preserve"> </w:t>
            </w:r>
            <w:r w:rsidRPr="00A23CA9">
              <w:rPr>
                <w:rFonts w:ascii="Aptos" w:hAnsi="Aptos" w:cs="Calibri"/>
              </w:rPr>
              <w:t>only, click the “</w:t>
            </w:r>
            <w:r w:rsidRPr="00AF24AA">
              <w:rPr>
                <w:rFonts w:ascii="Aptos" w:hAnsi="Aptos" w:cs="Calibri"/>
                <w:b/>
                <w:bCs/>
              </w:rPr>
              <w:t>Detail Revisions</w:t>
            </w:r>
            <w:r w:rsidRPr="00A23CA9">
              <w:rPr>
                <w:rFonts w:ascii="Aptos" w:hAnsi="Aptos" w:cs="Calibri"/>
              </w:rPr>
              <w:t xml:space="preserve">” button, and go to step </w:t>
            </w:r>
            <w:r w:rsidR="00836676">
              <w:rPr>
                <w:rFonts w:ascii="Aptos" w:hAnsi="Aptos" w:cs="Calibri"/>
              </w:rPr>
              <w:t>9</w:t>
            </w:r>
            <w:r w:rsidRPr="00A23CA9">
              <w:rPr>
                <w:rFonts w:ascii="Aptos" w:hAnsi="Aptos" w:cs="Calibri"/>
              </w:rPr>
              <w:t xml:space="preserve">. </w:t>
            </w:r>
          </w:p>
          <w:p w14:paraId="179040F8" w14:textId="294E4AEB" w:rsidR="006E4119" w:rsidRPr="00942646" w:rsidRDefault="00DA4A6F" w:rsidP="00AF24AA">
            <w:pPr>
              <w:jc w:val="center"/>
              <w:rPr>
                <w:rFonts w:ascii="Aptos" w:hAnsi="Aptos" w:cstheme="majorHAnsi"/>
              </w:rPr>
            </w:pPr>
            <w:r w:rsidRPr="00942646">
              <w:rPr>
                <w:rFonts w:ascii="Aptos" w:hAnsi="Aptos" w:cs="Calibri"/>
                <w:noProof/>
              </w:rPr>
              <mc:AlternateContent>
                <mc:Choice Requires="wps">
                  <w:drawing>
                    <wp:anchor distT="0" distB="0" distL="114300" distR="114300" simplePos="0" relativeHeight="251756544" behindDoc="0" locked="0" layoutInCell="1" allowOverlap="1" wp14:anchorId="3913FA81" wp14:editId="1C679673">
                      <wp:simplePos x="0" y="0"/>
                      <wp:positionH relativeFrom="column">
                        <wp:posOffset>2486660</wp:posOffset>
                      </wp:positionH>
                      <wp:positionV relativeFrom="paragraph">
                        <wp:posOffset>433070</wp:posOffset>
                      </wp:positionV>
                      <wp:extent cx="389614" cy="242018"/>
                      <wp:effectExtent l="19050" t="38100" r="0" b="62865"/>
                      <wp:wrapNone/>
                      <wp:docPr id="574151120"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4E580" id="Arrow: Right 9" o:spid="_x0000_s1026" type="#_x0000_t13" style="position:absolute;margin-left:195.8pt;margin-top:34.1pt;width:30.7pt;height:19.05pt;rotation:-2560056fd;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" adj="14891" fillcolor="red" strokecolor="#030e13 [484]" strokeweight=".25pt"/>
                  </w:pict>
                </mc:Fallback>
              </mc:AlternateContent>
            </w:r>
            <w:r w:rsidR="000E1101" w:rsidRPr="00942646">
              <w:rPr>
                <w:rFonts w:ascii="Aptos" w:hAnsi="Aptos" w:cstheme="minorHAnsi"/>
                <w:bCs/>
                <w:noProof/>
              </w:rPr>
              <mc:AlternateContent>
                <mc:Choice Requires="wps">
                  <w:drawing>
                    <wp:anchor distT="0" distB="0" distL="114300" distR="114300" simplePos="0" relativeHeight="251755520" behindDoc="0" locked="0" layoutInCell="1" allowOverlap="1" wp14:anchorId="3E64F8AA" wp14:editId="68182FE8">
                      <wp:simplePos x="0" y="0"/>
                      <wp:positionH relativeFrom="column">
                        <wp:posOffset>2866390</wp:posOffset>
                      </wp:positionH>
                      <wp:positionV relativeFrom="paragraph">
                        <wp:posOffset>163830</wp:posOffset>
                      </wp:positionV>
                      <wp:extent cx="1748333" cy="230588"/>
                      <wp:effectExtent l="0" t="0" r="23495" b="17145"/>
                      <wp:wrapNone/>
                      <wp:docPr id="1616579125" name="Rectangle: Rounded Corners 5"/>
                      <wp:cNvGraphicFramePr/>
                      <a:graphic xmlns:a="http://schemas.openxmlformats.org/drawingml/2006/main">
                        <a:graphicData uri="http://schemas.microsoft.com/office/word/2010/wordprocessingShape">
                          <wps:wsp>
                            <wps:cNvSpPr/>
                            <wps:spPr>
                              <a:xfrm>
                                <a:off x="0" y="0"/>
                                <a:ext cx="1748333"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3E02A" id="Rectangle: Rounded Corners 5" o:spid="_x0000_s1026" style="position:absolute;margin-left:225.7pt;margin-top:12.9pt;width:137.65pt;height:1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" filled="f" strokecolor="red" strokeweight="1pt">
                      <v:stroke joinstyle="miter"/>
                    </v:roundrect>
                  </w:pict>
                </mc:Fallback>
              </mc:AlternateContent>
            </w:r>
            <w:r w:rsidR="000E1101">
              <w:rPr>
                <w:rFonts w:ascii="Aptos" w:hAnsi="Aptos" w:cstheme="majorHAnsi"/>
                <w:noProof/>
              </w:rPr>
              <w:drawing>
                <wp:inline distT="0" distB="0" distL="0" distR="0" wp14:anchorId="355FD771" wp14:editId="0C50B365">
                  <wp:extent cx="3322471" cy="1759368"/>
                  <wp:effectExtent l="171450" t="171450" r="182880" b="279400"/>
                  <wp:docPr id="1941926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26323" name="Picture 1941926323"/>
                          <pic:cNvPicPr/>
                        </pic:nvPicPr>
                        <pic:blipFill>
                          <a:blip r:embed="rId48"/>
                          <a:stretch>
                            <a:fillRect/>
                          </a:stretch>
                        </pic:blipFill>
                        <pic:spPr>
                          <a:xfrm>
                            <a:off x="0" y="0"/>
                            <a:ext cx="3332257" cy="1764550"/>
                          </a:xfrm>
                          <a:prstGeom prst="rect">
                            <a:avLst/>
                          </a:prstGeom>
                          <a:ln>
                            <a:solidFill>
                              <a:schemeClr val="accent1"/>
                            </a:solidFill>
                          </a:ln>
                          <a:effectLst>
                            <a:outerShdw blurRad="292100" dist="139700" dir="2700000" sx="95000" sy="95000" algn="tl" rotWithShape="0">
                              <a:srgbClr val="333333">
                                <a:alpha val="65000"/>
                              </a:srgbClr>
                            </a:outerShdw>
                          </a:effectLst>
                        </pic:spPr>
                      </pic:pic>
                    </a:graphicData>
                  </a:graphic>
                </wp:inline>
              </w:drawing>
            </w:r>
          </w:p>
        </w:tc>
      </w:tr>
      <w:tr w:rsidR="00C369D6" w:rsidRPr="00BF0284" w14:paraId="2658443F" w14:textId="77777777" w:rsidTr="0070748C">
        <w:tc>
          <w:tcPr>
            <w:tcW w:w="900" w:type="dxa"/>
          </w:tcPr>
          <w:p w14:paraId="220921CB" w14:textId="77777777" w:rsidR="00C369D6" w:rsidRPr="00590B1A" w:rsidRDefault="00C369D6" w:rsidP="00AF24AA">
            <w:pPr>
              <w:pStyle w:val="ListParagraph"/>
              <w:keepNext/>
              <w:numPr>
                <w:ilvl w:val="0"/>
                <w:numId w:val="30"/>
              </w:numPr>
              <w:rPr>
                <w:rFonts w:ascii="Aptos" w:hAnsi="Aptos" w:cstheme="majorHAnsi"/>
              </w:rPr>
            </w:pPr>
          </w:p>
        </w:tc>
        <w:tc>
          <w:tcPr>
            <w:tcW w:w="9540" w:type="dxa"/>
          </w:tcPr>
          <w:p w14:paraId="53621DA5" w14:textId="77777777" w:rsidR="007804B7" w:rsidRDefault="007804B7" w:rsidP="00AF24AA">
            <w:pPr>
              <w:keepNext/>
              <w:rPr>
                <w:rFonts w:ascii="Aptos" w:hAnsi="Aptos" w:cs="Calibri"/>
              </w:rPr>
            </w:pPr>
            <w:r>
              <w:rPr>
                <w:rFonts w:ascii="Aptos" w:hAnsi="Aptos" w:cs="Calibri"/>
              </w:rPr>
              <w:t xml:space="preserve">Make </w:t>
            </w:r>
            <w:r w:rsidR="00C369D6">
              <w:rPr>
                <w:rFonts w:ascii="Aptos" w:hAnsi="Aptos" w:cs="Calibri"/>
              </w:rPr>
              <w:t xml:space="preserve">edits </w:t>
            </w:r>
            <w:r>
              <w:rPr>
                <w:rFonts w:ascii="Aptos" w:hAnsi="Aptos" w:cs="Calibri"/>
              </w:rPr>
              <w:t xml:space="preserve">to the fields as necessary. </w:t>
            </w:r>
          </w:p>
          <w:p w14:paraId="761825EB" w14:textId="77777777" w:rsidR="007804B7" w:rsidRDefault="007804B7" w:rsidP="00AF24AA">
            <w:pPr>
              <w:keepNext/>
              <w:rPr>
                <w:rFonts w:ascii="Aptos" w:hAnsi="Aptos" w:cs="Calibri"/>
                <w:b/>
                <w:bCs/>
              </w:rPr>
            </w:pPr>
          </w:p>
          <w:p w14:paraId="1773A68E" w14:textId="6BF900B0" w:rsidR="008B33A7" w:rsidRDefault="007804B7" w:rsidP="00AF24AA">
            <w:pPr>
              <w:keepNext/>
              <w:rPr>
                <w:rFonts w:ascii="Aptos" w:hAnsi="Aptos" w:cs="Calibri"/>
              </w:rPr>
            </w:pPr>
            <w:r w:rsidRPr="00590B1A">
              <w:rPr>
                <w:rFonts w:ascii="Aptos" w:hAnsi="Aptos" w:cs="Calibri"/>
                <w:b/>
                <w:bCs/>
              </w:rPr>
              <w:t>NOTE:</w:t>
            </w:r>
            <w:r>
              <w:rPr>
                <w:rFonts w:ascii="Aptos" w:hAnsi="Aptos" w:cs="Calibri"/>
              </w:rPr>
              <w:t xml:space="preserve"> Do </w:t>
            </w:r>
            <w:r w:rsidRPr="00590B1A">
              <w:rPr>
                <w:rFonts w:ascii="Aptos" w:hAnsi="Aptos" w:cs="Calibri"/>
              </w:rPr>
              <w:t>not</w:t>
            </w:r>
            <w:r>
              <w:rPr>
                <w:rFonts w:ascii="Aptos" w:hAnsi="Aptos" w:cs="Calibri"/>
              </w:rPr>
              <w:t xml:space="preserve"> modify the Supplier number if the purchase order was generated from a contract, unless it is the generic </w:t>
            </w:r>
            <w:r w:rsidR="00833E1F">
              <w:rPr>
                <w:rFonts w:ascii="Aptos" w:hAnsi="Aptos" w:cs="Calibri"/>
              </w:rPr>
              <w:t>“</w:t>
            </w:r>
            <w:r>
              <w:rPr>
                <w:rFonts w:ascii="Aptos" w:hAnsi="Aptos" w:cs="Calibri"/>
              </w:rPr>
              <w:t>Best Source</w:t>
            </w:r>
            <w:r w:rsidR="00833E1F">
              <w:rPr>
                <w:rFonts w:ascii="Aptos" w:hAnsi="Aptos" w:cs="Calibri"/>
              </w:rPr>
              <w:t>” supplier (999999)</w:t>
            </w:r>
            <w:r w:rsidR="00100824">
              <w:rPr>
                <w:rFonts w:ascii="Aptos" w:hAnsi="Aptos" w:cs="Calibri"/>
              </w:rPr>
              <w:t>, the contract</w:t>
            </w:r>
            <w:r w:rsidR="005A559B">
              <w:rPr>
                <w:rFonts w:ascii="Aptos" w:hAnsi="Aptos" w:cs="Calibri"/>
              </w:rPr>
              <w:t xml:space="preserve"> </w:t>
            </w:r>
            <w:r w:rsidR="00EE074B">
              <w:rPr>
                <w:rFonts w:ascii="Aptos" w:hAnsi="Aptos" w:cs="Calibri"/>
              </w:rPr>
              <w:t>uses authorized</w:t>
            </w:r>
            <w:r w:rsidR="008B33A7">
              <w:rPr>
                <w:rFonts w:ascii="Aptos" w:hAnsi="Aptos" w:cs="Calibri"/>
              </w:rPr>
              <w:t xml:space="preserve"> dealers</w:t>
            </w:r>
            <w:r w:rsidR="00230974">
              <w:rPr>
                <w:rFonts w:ascii="Aptos" w:hAnsi="Aptos" w:cs="Calibri"/>
              </w:rPr>
              <w:t>, o</w:t>
            </w:r>
            <w:r w:rsidR="00230974" w:rsidRPr="00230974">
              <w:rPr>
                <w:rFonts w:ascii="Aptos" w:hAnsi="Aptos" w:cs="Calibri"/>
              </w:rPr>
              <w:t xml:space="preserve">r if </w:t>
            </w:r>
            <w:r w:rsidR="00100824">
              <w:rPr>
                <w:rFonts w:ascii="Aptos" w:hAnsi="Aptos" w:cs="Calibri"/>
              </w:rPr>
              <w:t xml:space="preserve">the </w:t>
            </w:r>
            <w:r w:rsidR="00230974" w:rsidRPr="00230974">
              <w:rPr>
                <w:rFonts w:ascii="Aptos" w:hAnsi="Aptos" w:cs="Calibri"/>
              </w:rPr>
              <w:t xml:space="preserve">contract has specific instructions with </w:t>
            </w:r>
            <w:r w:rsidR="00AF24AA">
              <w:rPr>
                <w:rFonts w:ascii="Aptos" w:hAnsi="Aptos" w:cs="Calibri"/>
              </w:rPr>
              <w:t>parent-child</w:t>
            </w:r>
            <w:r w:rsidR="00230974" w:rsidRPr="00230974">
              <w:rPr>
                <w:rFonts w:ascii="Aptos" w:hAnsi="Aptos" w:cs="Calibri"/>
              </w:rPr>
              <w:t xml:space="preserve"> setups</w:t>
            </w:r>
            <w:r w:rsidR="00100824">
              <w:rPr>
                <w:rFonts w:ascii="Aptos" w:hAnsi="Aptos" w:cs="Calibri"/>
              </w:rPr>
              <w:t>.</w:t>
            </w:r>
          </w:p>
          <w:p w14:paraId="4AC94491" w14:textId="77777777" w:rsidR="00C369D6" w:rsidRPr="00942646" w:rsidRDefault="008B33A7" w:rsidP="00AF24AA">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68160" behindDoc="0" locked="0" layoutInCell="1" allowOverlap="1" wp14:anchorId="55F7D171" wp14:editId="457B2FB7">
                      <wp:simplePos x="0" y="0"/>
                      <wp:positionH relativeFrom="column">
                        <wp:posOffset>935272</wp:posOffset>
                      </wp:positionH>
                      <wp:positionV relativeFrom="paragraph">
                        <wp:posOffset>524373</wp:posOffset>
                      </wp:positionV>
                      <wp:extent cx="3872985" cy="1294986"/>
                      <wp:effectExtent l="0" t="0" r="13335" b="19685"/>
                      <wp:wrapNone/>
                      <wp:docPr id="1976648954" name="Rectangle: Rounded Corners 8"/>
                      <wp:cNvGraphicFramePr/>
                      <a:graphic xmlns:a="http://schemas.openxmlformats.org/drawingml/2006/main">
                        <a:graphicData uri="http://schemas.microsoft.com/office/word/2010/wordprocessingShape">
                          <wps:wsp>
                            <wps:cNvSpPr/>
                            <wps:spPr>
                              <a:xfrm>
                                <a:off x="0" y="0"/>
                                <a:ext cx="3872985" cy="1294986"/>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07CFA" id="Rectangle: Rounded Corners 8" o:spid="_x0000_s1026" style="position:absolute;margin-left:73.65pt;margin-top:41.3pt;width:304.95pt;height:101.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" filled="f" strokecolor="red" strokeweight="1pt">
                      <v:stroke joinstyle="miter"/>
                    </v:roundrect>
                  </w:pict>
                </mc:Fallback>
              </mc:AlternateContent>
            </w:r>
            <w:r w:rsidR="00C369D6">
              <w:rPr>
                <w:rFonts w:ascii="Aptos" w:hAnsi="Aptos" w:cs="Calibri"/>
                <w:noProof/>
              </w:rPr>
              <w:drawing>
                <wp:inline distT="0" distB="0" distL="0" distR="0" wp14:anchorId="486AB124" wp14:editId="06293851">
                  <wp:extent cx="3714728" cy="2198039"/>
                  <wp:effectExtent l="171450" t="171450" r="381635" b="374015"/>
                  <wp:docPr id="20447818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81849" name="Picture 28"/>
                          <pic:cNvPicPr/>
                        </pic:nvPicPr>
                        <pic:blipFill rotWithShape="1">
                          <a:blip r:embed="rId49"/>
                          <a:srcRect l="788" t="3497" b="29959"/>
                          <a:stretch>
                            <a:fillRect/>
                          </a:stretch>
                        </pic:blipFill>
                        <pic:spPr bwMode="auto">
                          <a:xfrm>
                            <a:off x="0" y="0"/>
                            <a:ext cx="3719909" cy="22011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C369D6" w:rsidRPr="00BF0284" w14:paraId="2C44AA6F" w14:textId="77777777" w:rsidTr="0070748C">
        <w:tc>
          <w:tcPr>
            <w:tcW w:w="900" w:type="dxa"/>
          </w:tcPr>
          <w:p w14:paraId="233EE900" w14:textId="77777777" w:rsidR="00C369D6" w:rsidRPr="00590B1A" w:rsidRDefault="00C369D6" w:rsidP="00836676">
            <w:pPr>
              <w:pStyle w:val="ListParagraph"/>
              <w:keepNext/>
              <w:numPr>
                <w:ilvl w:val="0"/>
                <w:numId w:val="30"/>
              </w:numPr>
              <w:rPr>
                <w:rFonts w:ascii="Aptos" w:hAnsi="Aptos" w:cstheme="majorHAnsi"/>
              </w:rPr>
            </w:pPr>
          </w:p>
        </w:tc>
        <w:tc>
          <w:tcPr>
            <w:tcW w:w="9540" w:type="dxa"/>
          </w:tcPr>
          <w:p w14:paraId="3F7D5CBF" w14:textId="74CD7A98" w:rsidR="00C369D6" w:rsidRDefault="00C369D6" w:rsidP="00590B1A">
            <w:pPr>
              <w:keepNext/>
              <w:rPr>
                <w:rFonts w:ascii="Aptos" w:hAnsi="Aptos" w:cs="Calibri"/>
              </w:rPr>
            </w:pPr>
            <w:r>
              <w:rPr>
                <w:rFonts w:ascii="Aptos" w:hAnsi="Aptos" w:cs="Calibri"/>
              </w:rPr>
              <w:t xml:space="preserve">The </w:t>
            </w:r>
            <w:r w:rsidRPr="00590B1A">
              <w:rPr>
                <w:rFonts w:ascii="Aptos" w:eastAsia="MS UI Gothic" w:hAnsi="Aptos" w:cstheme="minorHAnsi"/>
                <w:b/>
                <w:color w:val="000080"/>
              </w:rPr>
              <w:t>Additional Properties</w:t>
            </w:r>
            <w:r>
              <w:rPr>
                <w:rFonts w:ascii="Aptos" w:hAnsi="Aptos" w:cs="Calibri"/>
              </w:rPr>
              <w:t xml:space="preserve"> </w:t>
            </w:r>
            <w:r w:rsidR="00D97EC3">
              <w:rPr>
                <w:rFonts w:ascii="Aptos" w:hAnsi="Aptos" w:cs="Calibri"/>
              </w:rPr>
              <w:t>t</w:t>
            </w:r>
            <w:r>
              <w:rPr>
                <w:rFonts w:ascii="Aptos" w:hAnsi="Aptos" w:cs="Calibri"/>
              </w:rPr>
              <w:t>ab allows changes to the document</w:t>
            </w:r>
            <w:r w:rsidR="00AF24AA">
              <w:rPr>
                <w:rFonts w:ascii="Aptos" w:hAnsi="Aptos" w:cs="Calibri"/>
              </w:rPr>
              <w:t>,</w:t>
            </w:r>
            <w:r>
              <w:rPr>
                <w:rFonts w:ascii="Aptos" w:hAnsi="Aptos" w:cs="Calibri"/>
              </w:rPr>
              <w:t xml:space="preserve"> such as the </w:t>
            </w:r>
            <w:r w:rsidR="00D97EC3">
              <w:rPr>
                <w:rFonts w:ascii="Aptos" w:hAnsi="Aptos" w:cs="Calibri"/>
              </w:rPr>
              <w:t>D</w:t>
            </w:r>
            <w:r>
              <w:rPr>
                <w:rFonts w:ascii="Aptos" w:hAnsi="Aptos" w:cs="Calibri"/>
              </w:rPr>
              <w:t xml:space="preserve">ocument </w:t>
            </w:r>
            <w:r w:rsidR="00D97EC3">
              <w:rPr>
                <w:rFonts w:ascii="Aptos" w:hAnsi="Aptos" w:cs="Calibri"/>
              </w:rPr>
              <w:t>D</w:t>
            </w:r>
            <w:r>
              <w:rPr>
                <w:rFonts w:ascii="Aptos" w:hAnsi="Aptos" w:cs="Calibri"/>
              </w:rPr>
              <w:t xml:space="preserve">escription, </w:t>
            </w:r>
            <w:r w:rsidR="00D97EC3">
              <w:rPr>
                <w:rFonts w:ascii="Aptos" w:hAnsi="Aptos" w:cs="Calibri"/>
              </w:rPr>
              <w:t>t</w:t>
            </w:r>
            <w:r>
              <w:rPr>
                <w:rFonts w:ascii="Aptos" w:hAnsi="Aptos" w:cs="Calibri"/>
              </w:rPr>
              <w:t xml:space="preserve">he </w:t>
            </w:r>
            <w:r w:rsidR="00D97EC3">
              <w:rPr>
                <w:rFonts w:ascii="Aptos" w:hAnsi="Aptos" w:cs="Calibri"/>
              </w:rPr>
              <w:t>Document L</w:t>
            </w:r>
            <w:r>
              <w:rPr>
                <w:rFonts w:ascii="Aptos" w:hAnsi="Aptos" w:cs="Calibri"/>
              </w:rPr>
              <w:t xml:space="preserve">ocation, and the </w:t>
            </w:r>
            <w:r w:rsidR="00D97EC3">
              <w:rPr>
                <w:rFonts w:ascii="Aptos" w:hAnsi="Aptos" w:cs="Calibri"/>
              </w:rPr>
              <w:t>Document Contact</w:t>
            </w:r>
            <w:r>
              <w:rPr>
                <w:rFonts w:ascii="Aptos" w:hAnsi="Aptos" w:cs="Calibri"/>
              </w:rPr>
              <w:t>.</w:t>
            </w:r>
          </w:p>
          <w:p w14:paraId="475BEA9F" w14:textId="77777777" w:rsidR="00C369D6" w:rsidRPr="00942646" w:rsidRDefault="00C369D6" w:rsidP="00590B1A">
            <w:pPr>
              <w:keepNext/>
              <w:jc w:val="center"/>
              <w:rPr>
                <w:rFonts w:ascii="Aptos" w:hAnsi="Aptos" w:cs="Calibri"/>
              </w:rPr>
            </w:pPr>
            <w:r>
              <w:rPr>
                <w:rFonts w:ascii="Aptos" w:hAnsi="Aptos" w:cs="Calibri"/>
                <w:noProof/>
              </w:rPr>
              <w:drawing>
                <wp:inline distT="0" distB="0" distL="0" distR="0" wp14:anchorId="40665CF9" wp14:editId="47146CC2">
                  <wp:extent cx="2933065" cy="2070818"/>
                  <wp:effectExtent l="171450" t="171450" r="381635" b="386715"/>
                  <wp:docPr id="4688124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12441" name="Picture 468812441"/>
                          <pic:cNvPicPr/>
                        </pic:nvPicPr>
                        <pic:blipFill rotWithShape="1">
                          <a:blip r:embed="rId50">
                            <a:extLst>
                              <a:ext uri="{28A0092B-C50C-407E-A947-70E740481C1C}">
                                <a14:useLocalDpi xmlns:a14="http://schemas.microsoft.com/office/drawing/2010/main" val="0"/>
                              </a:ext>
                            </a:extLst>
                          </a:blip>
                          <a:srcRect t="3433" b="21912"/>
                          <a:stretch>
                            <a:fillRect/>
                          </a:stretch>
                        </pic:blipFill>
                        <pic:spPr bwMode="auto">
                          <a:xfrm>
                            <a:off x="0" y="0"/>
                            <a:ext cx="2944528" cy="20789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C369D6" w:rsidRPr="00BF0284" w14:paraId="4DF494F7" w14:textId="77777777" w:rsidTr="0070748C">
        <w:tc>
          <w:tcPr>
            <w:tcW w:w="900" w:type="dxa"/>
          </w:tcPr>
          <w:p w14:paraId="614B218A" w14:textId="77777777" w:rsidR="00C369D6" w:rsidRPr="00590B1A" w:rsidRDefault="00C369D6" w:rsidP="00836676">
            <w:pPr>
              <w:pStyle w:val="ListParagraph"/>
              <w:keepNext/>
              <w:numPr>
                <w:ilvl w:val="0"/>
                <w:numId w:val="30"/>
              </w:numPr>
              <w:rPr>
                <w:rFonts w:ascii="Aptos" w:hAnsi="Aptos" w:cstheme="majorHAnsi"/>
              </w:rPr>
            </w:pPr>
          </w:p>
        </w:tc>
        <w:tc>
          <w:tcPr>
            <w:tcW w:w="9540" w:type="dxa"/>
          </w:tcPr>
          <w:p w14:paraId="1A529456" w14:textId="77777777" w:rsidR="00C369D6" w:rsidRDefault="00490DF3" w:rsidP="00590B1A">
            <w:pPr>
              <w:keepNext/>
              <w:rPr>
                <w:rFonts w:ascii="Aptos" w:hAnsi="Aptos" w:cs="Calibri"/>
              </w:rPr>
            </w:pPr>
            <w:r>
              <w:rPr>
                <w:rFonts w:ascii="Aptos" w:hAnsi="Aptos" w:cs="Calibri"/>
              </w:rPr>
              <w:t>T</w:t>
            </w:r>
            <w:r w:rsidR="00C369D6">
              <w:rPr>
                <w:rFonts w:ascii="Aptos" w:hAnsi="Aptos" w:cs="Calibri"/>
              </w:rPr>
              <w:t xml:space="preserve">he </w:t>
            </w:r>
            <w:r w:rsidR="00C369D6" w:rsidRPr="00590B1A">
              <w:rPr>
                <w:rFonts w:ascii="Aptos" w:eastAsia="MS UI Gothic" w:hAnsi="Aptos" w:cstheme="minorHAnsi"/>
                <w:b/>
                <w:color w:val="000080"/>
              </w:rPr>
              <w:t>Category Codes</w:t>
            </w:r>
            <w:r w:rsidR="00C369D6">
              <w:rPr>
                <w:rFonts w:ascii="Aptos" w:hAnsi="Aptos" w:cs="Calibri"/>
              </w:rPr>
              <w:t xml:space="preserve"> tab </w:t>
            </w:r>
            <w:r>
              <w:rPr>
                <w:rFonts w:ascii="Aptos" w:hAnsi="Aptos" w:cs="Calibri"/>
              </w:rPr>
              <w:t>allows changes to the available fields</w:t>
            </w:r>
            <w:r w:rsidR="00C369D6">
              <w:rPr>
                <w:rFonts w:ascii="Aptos" w:hAnsi="Aptos" w:cs="Calibri"/>
              </w:rPr>
              <w:t xml:space="preserve">. </w:t>
            </w:r>
          </w:p>
          <w:p w14:paraId="6D115B9D" w14:textId="77777777" w:rsidR="00C369D6" w:rsidRPr="00942646" w:rsidRDefault="00C369D6" w:rsidP="00590B1A">
            <w:pPr>
              <w:keepNext/>
              <w:jc w:val="center"/>
              <w:rPr>
                <w:rFonts w:ascii="Aptos" w:hAnsi="Aptos" w:cs="Calibri"/>
              </w:rPr>
            </w:pPr>
            <w:r>
              <w:rPr>
                <w:rFonts w:ascii="Aptos" w:hAnsi="Aptos" w:cs="Calibri"/>
                <w:noProof/>
              </w:rPr>
              <w:drawing>
                <wp:inline distT="0" distB="0" distL="0" distR="0" wp14:anchorId="7A82729B" wp14:editId="5D8F2808">
                  <wp:extent cx="2863590" cy="2562225"/>
                  <wp:effectExtent l="171450" t="171450" r="222885" b="238125"/>
                  <wp:docPr id="8686112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11226" name="Picture 868611226"/>
                          <pic:cNvPicPr/>
                        </pic:nvPicPr>
                        <pic:blipFill rotWithShape="1">
                          <a:blip r:embed="rId51">
                            <a:extLst>
                              <a:ext uri="{28A0092B-C50C-407E-A947-70E740481C1C}">
                                <a14:useLocalDpi xmlns:a14="http://schemas.microsoft.com/office/drawing/2010/main" val="0"/>
                              </a:ext>
                            </a:extLst>
                          </a:blip>
                          <a:srcRect t="4908" b="5065"/>
                          <a:stretch>
                            <a:fillRect/>
                          </a:stretch>
                        </pic:blipFill>
                        <pic:spPr bwMode="auto">
                          <a:xfrm>
                            <a:off x="0" y="0"/>
                            <a:ext cx="2867915" cy="25660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250F24" w:rsidRPr="00BF0284" w14:paraId="46165320" w14:textId="77777777" w:rsidTr="0070748C">
        <w:tc>
          <w:tcPr>
            <w:tcW w:w="900" w:type="dxa"/>
          </w:tcPr>
          <w:p w14:paraId="3B03962E" w14:textId="77777777" w:rsidR="00250F24" w:rsidRPr="00250F24" w:rsidDel="004E711A" w:rsidRDefault="00250F24" w:rsidP="00590B1A">
            <w:pPr>
              <w:pStyle w:val="ListParagraph"/>
              <w:keepNext/>
              <w:numPr>
                <w:ilvl w:val="0"/>
                <w:numId w:val="30"/>
              </w:numPr>
              <w:rPr>
                <w:rFonts w:ascii="Aptos" w:hAnsi="Aptos" w:cstheme="majorHAnsi"/>
              </w:rPr>
            </w:pPr>
          </w:p>
        </w:tc>
        <w:tc>
          <w:tcPr>
            <w:tcW w:w="9540" w:type="dxa"/>
          </w:tcPr>
          <w:p w14:paraId="237FEAF3" w14:textId="77777777" w:rsidR="00250F24" w:rsidRDefault="00615D8F" w:rsidP="00490DF3">
            <w:pPr>
              <w:keepNext/>
              <w:rPr>
                <w:rFonts w:ascii="Aptos" w:hAnsi="Aptos" w:cs="Calibri"/>
              </w:rPr>
            </w:pPr>
            <w:r>
              <w:rPr>
                <w:rFonts w:ascii="Aptos" w:hAnsi="Aptos" w:cs="Calibri"/>
              </w:rPr>
              <w:t xml:space="preserve">Click the </w:t>
            </w:r>
            <w:r w:rsidRPr="00AF24AA">
              <w:rPr>
                <w:rFonts w:ascii="Aptos" w:hAnsi="Aptos" w:cs="Calibri"/>
                <w:b/>
                <w:bCs/>
              </w:rPr>
              <w:t>green checkmark</w:t>
            </w:r>
            <w:r>
              <w:rPr>
                <w:rFonts w:ascii="Aptos" w:hAnsi="Aptos" w:cs="Calibri"/>
              </w:rPr>
              <w:t xml:space="preserve"> to continue to the “</w:t>
            </w:r>
            <w:r>
              <w:rPr>
                <w:rFonts w:ascii="Aptos" w:hAnsi="Aptos" w:cs="Calibri"/>
                <w:b/>
                <w:bCs/>
              </w:rPr>
              <w:t>Detail Revisions</w:t>
            </w:r>
            <w:r>
              <w:rPr>
                <w:rFonts w:ascii="Aptos" w:hAnsi="Aptos" w:cs="Calibri"/>
              </w:rPr>
              <w:t>” screen.</w:t>
            </w:r>
          </w:p>
          <w:p w14:paraId="24347FC6" w14:textId="77777777" w:rsidR="00FB09D7" w:rsidRDefault="00FB09D7" w:rsidP="00FB09D7">
            <w:pPr>
              <w:keepNext/>
              <w:jc w:val="both"/>
              <w:rPr>
                <w:rFonts w:ascii="Aptos" w:hAnsi="Aptos" w:cs="Calibri"/>
                <w:b/>
                <w:bCs/>
              </w:rPr>
            </w:pPr>
          </w:p>
          <w:p w14:paraId="2F0E80C9" w14:textId="466823DC" w:rsidR="00AF24AA" w:rsidRPr="00FB09D7" w:rsidRDefault="00AF24AA" w:rsidP="00FB09D7">
            <w:pPr>
              <w:keepNext/>
              <w:jc w:val="both"/>
              <w:rPr>
                <w:rFonts w:ascii="Aptos" w:hAnsi="Aptos" w:cs="Calibri"/>
              </w:rPr>
            </w:pPr>
            <w:r w:rsidRPr="00FB09D7">
              <w:rPr>
                <w:rFonts w:ascii="Aptos" w:hAnsi="Aptos" w:cs="Calibri"/>
                <w:b/>
                <w:bCs/>
              </w:rPr>
              <w:t>ERROR NOTE:</w:t>
            </w:r>
            <w:r w:rsidRPr="00FB09D7">
              <w:rPr>
                <w:rFonts w:ascii="Aptos" w:hAnsi="Aptos" w:cs="Calibri"/>
              </w:rPr>
              <w:t xml:space="preserve"> An “</w:t>
            </w:r>
            <w:r w:rsidRPr="004452B1">
              <w:rPr>
                <w:rFonts w:ascii="Aptos" w:hAnsi="Aptos" w:cs="Calibri"/>
                <w:b/>
                <w:bCs/>
              </w:rPr>
              <w:t>Evaluated Receipt Error</w:t>
            </w:r>
            <w:r w:rsidRPr="00FB09D7">
              <w:rPr>
                <w:rFonts w:ascii="Aptos" w:hAnsi="Aptos" w:cs="Calibri"/>
              </w:rPr>
              <w:t>” may display if changing a supplier from “Best Source” (999999) to another Supplier number.</w:t>
            </w:r>
          </w:p>
          <w:p w14:paraId="5A6F788F" w14:textId="77777777" w:rsidR="00AF24AA" w:rsidRPr="00590B1A" w:rsidRDefault="00AF24AA" w:rsidP="00AF24AA">
            <w:pPr>
              <w:pStyle w:val="ListParagraph"/>
              <w:keepNext/>
              <w:ind w:left="360"/>
              <w:rPr>
                <w:rFonts w:ascii="Aptos" w:hAnsi="Aptos" w:cs="Calibri"/>
              </w:rPr>
            </w:pPr>
            <w:r w:rsidRPr="00717B57">
              <w:rPr>
                <w:rFonts w:cstheme="majorHAnsi"/>
                <w:noProof/>
              </w:rPr>
              <mc:AlternateContent>
                <mc:Choice Requires="wps">
                  <w:drawing>
                    <wp:anchor distT="45720" distB="45720" distL="114300" distR="114300" simplePos="0" relativeHeight="252154880" behindDoc="0" locked="0" layoutInCell="1" allowOverlap="1" wp14:anchorId="10E93717" wp14:editId="29A07EE2">
                      <wp:simplePos x="0" y="0"/>
                      <wp:positionH relativeFrom="column">
                        <wp:posOffset>2920365</wp:posOffset>
                      </wp:positionH>
                      <wp:positionV relativeFrom="paragraph">
                        <wp:posOffset>1718945</wp:posOffset>
                      </wp:positionV>
                      <wp:extent cx="1822450" cy="265430"/>
                      <wp:effectExtent l="0" t="0" r="0" b="1270"/>
                      <wp:wrapNone/>
                      <wp:docPr id="260753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65430"/>
                              </a:xfrm>
                              <a:prstGeom prst="rect">
                                <a:avLst/>
                              </a:prstGeom>
                              <a:noFill/>
                              <a:ln w="9525">
                                <a:noFill/>
                                <a:miter lim="800000"/>
                                <a:headEnd/>
                                <a:tailEnd/>
                              </a:ln>
                            </wps:spPr>
                            <wps:txbx>
                              <w:txbxContent>
                                <w:p w14:paraId="60A185DE" w14:textId="77777777" w:rsidR="00AF24AA" w:rsidRPr="005D2324" w:rsidRDefault="00AF24AA" w:rsidP="00AF24AA">
                                  <w:pPr>
                                    <w:rPr>
                                      <w:rFonts w:ascii="Aptos" w:hAnsi="Aptos"/>
                                      <w:b/>
                                      <w:bCs/>
                                    </w:rPr>
                                  </w:pPr>
                                  <w:r>
                                    <w:rPr>
                                      <w:rFonts w:ascii="Aptos" w:hAnsi="Aptos"/>
                                      <w:b/>
                                      <w:bCs/>
                                    </w:rPr>
                                    <w:t>Evaluated Receipt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3717" id="_x0000_s1038" type="#_x0000_t202" style="position:absolute;left:0;text-align:left;margin-left:229.95pt;margin-top:135.35pt;width:143.5pt;height:20.9pt;z-index:25215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" filled="f" stroked="f">
                      <v:textbox>
                        <w:txbxContent>
                          <w:p w14:paraId="60A185DE" w14:textId="77777777" w:rsidR="00AF24AA" w:rsidRPr="005D2324" w:rsidRDefault="00AF24AA" w:rsidP="00AF24AA">
                            <w:pPr>
                              <w:rPr>
                                <w:rFonts w:ascii="Aptos" w:hAnsi="Aptos"/>
                                <w:b/>
                                <w:bCs/>
                              </w:rPr>
                            </w:pPr>
                            <w:r>
                              <w:rPr>
                                <w:rFonts w:ascii="Aptos" w:hAnsi="Aptos"/>
                                <w:b/>
                                <w:bCs/>
                              </w:rPr>
                              <w:t>Evaluated Receipt Error</w:t>
                            </w:r>
                          </w:p>
                        </w:txbxContent>
                      </v:textbox>
                    </v:shape>
                  </w:pict>
                </mc:Fallback>
              </mc:AlternateContent>
            </w:r>
            <w:r w:rsidRPr="00717B57">
              <w:rPr>
                <w:rFonts w:cstheme="majorHAnsi"/>
                <w:noProof/>
              </w:rPr>
              <mc:AlternateContent>
                <mc:Choice Requires="wps">
                  <w:drawing>
                    <wp:anchor distT="45720" distB="45720" distL="114300" distR="114300" simplePos="0" relativeHeight="252153856" behindDoc="0" locked="0" layoutInCell="1" allowOverlap="1" wp14:anchorId="54F72943" wp14:editId="28F6DE63">
                      <wp:simplePos x="0" y="0"/>
                      <wp:positionH relativeFrom="column">
                        <wp:posOffset>677545</wp:posOffset>
                      </wp:positionH>
                      <wp:positionV relativeFrom="paragraph">
                        <wp:posOffset>1766570</wp:posOffset>
                      </wp:positionV>
                      <wp:extent cx="1714500" cy="265430"/>
                      <wp:effectExtent l="0" t="0" r="0" b="1270"/>
                      <wp:wrapNone/>
                      <wp:docPr id="445724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5430"/>
                              </a:xfrm>
                              <a:prstGeom prst="rect">
                                <a:avLst/>
                              </a:prstGeom>
                              <a:noFill/>
                              <a:ln w="9525">
                                <a:noFill/>
                                <a:miter lim="800000"/>
                                <a:headEnd/>
                                <a:tailEnd/>
                              </a:ln>
                            </wps:spPr>
                            <wps:txbx>
                              <w:txbxContent>
                                <w:p w14:paraId="2F99819F" w14:textId="77777777" w:rsidR="00AF24AA" w:rsidRPr="005D2324" w:rsidRDefault="00AF24AA" w:rsidP="00AF24AA">
                                  <w:pPr>
                                    <w:rPr>
                                      <w:rFonts w:ascii="Aptos" w:hAnsi="Aptos"/>
                                      <w:b/>
                                      <w:bCs/>
                                    </w:rPr>
                                  </w:pPr>
                                  <w:r>
                                    <w:rPr>
                                      <w:rFonts w:ascii="Aptos" w:hAnsi="Aptos"/>
                                      <w:b/>
                                      <w:bCs/>
                                    </w:rPr>
                                    <w:t>999999 “Best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72943" id="_x0000_s1039" type="#_x0000_t202" style="position:absolute;left:0;text-align:left;margin-left:53.35pt;margin-top:139.1pt;width:135pt;height:20.9pt;z-index:25215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" filled="f" stroked="f">
                      <v:textbox>
                        <w:txbxContent>
                          <w:p w14:paraId="2F99819F" w14:textId="77777777" w:rsidR="00AF24AA" w:rsidRPr="005D2324" w:rsidRDefault="00AF24AA" w:rsidP="00AF24AA">
                            <w:pPr>
                              <w:rPr>
                                <w:rFonts w:ascii="Aptos" w:hAnsi="Aptos"/>
                                <w:b/>
                                <w:bCs/>
                              </w:rPr>
                            </w:pPr>
                            <w:r>
                              <w:rPr>
                                <w:rFonts w:ascii="Aptos" w:hAnsi="Aptos"/>
                                <w:b/>
                                <w:bCs/>
                              </w:rPr>
                              <w:t>999999 “Best Source”</w:t>
                            </w:r>
                          </w:p>
                        </w:txbxContent>
                      </v:textbox>
                    </v:shape>
                  </w:pict>
                </mc:Fallback>
              </mc:AlternateContent>
            </w:r>
            <w:r w:rsidRPr="00717B57">
              <w:rPr>
                <w:noProof/>
              </w:rPr>
              <w:drawing>
                <wp:inline distT="0" distB="0" distL="0" distR="0" wp14:anchorId="21BE36C9" wp14:editId="666F98E7">
                  <wp:extent cx="1917090" cy="1295331"/>
                  <wp:effectExtent l="171450" t="171450" r="292735" b="305435"/>
                  <wp:docPr id="231303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74928" name="Picture 1883674928"/>
                          <pic:cNvPicPr/>
                        </pic:nvPicPr>
                        <pic:blipFill>
                          <a:blip r:embed="rId52"/>
                          <a:stretch>
                            <a:fillRect/>
                          </a:stretch>
                        </pic:blipFill>
                        <pic:spPr>
                          <a:xfrm>
                            <a:off x="0" y="0"/>
                            <a:ext cx="1925514" cy="1301023"/>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r w:rsidRPr="00717B57">
              <w:rPr>
                <w:noProof/>
              </w:rPr>
              <w:drawing>
                <wp:inline distT="0" distB="0" distL="0" distR="0" wp14:anchorId="0E71C2E3" wp14:editId="39C17492">
                  <wp:extent cx="1796787" cy="1355833"/>
                  <wp:effectExtent l="171450" t="171450" r="280035" b="301625"/>
                  <wp:docPr id="1370675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31619" name="Picture 1865031619"/>
                          <pic:cNvPicPr/>
                        </pic:nvPicPr>
                        <pic:blipFill>
                          <a:blip r:embed="rId53"/>
                          <a:stretch>
                            <a:fillRect/>
                          </a:stretch>
                        </pic:blipFill>
                        <pic:spPr>
                          <a:xfrm>
                            <a:off x="0" y="0"/>
                            <a:ext cx="1809056" cy="1365091"/>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p w14:paraId="0170E21D" w14:textId="77777777" w:rsidR="00AF24AA" w:rsidRPr="00717B57" w:rsidRDefault="00AF24AA" w:rsidP="00AF24AA">
            <w:pPr>
              <w:keepNext/>
              <w:rPr>
                <w:rFonts w:ascii="Aptos" w:hAnsi="Aptos" w:cs="Calibri"/>
              </w:rPr>
            </w:pPr>
          </w:p>
          <w:p w14:paraId="629F360B" w14:textId="18D1CE37" w:rsidR="00AF24AA" w:rsidRPr="00590B1A" w:rsidRDefault="00AF24AA" w:rsidP="00AF24AA">
            <w:pPr>
              <w:pStyle w:val="ListParagraph"/>
              <w:keepNext/>
              <w:ind w:left="360"/>
              <w:rPr>
                <w:rFonts w:ascii="Aptos" w:hAnsi="Aptos" w:cs="Calibri"/>
              </w:rPr>
            </w:pPr>
            <w:r>
              <w:rPr>
                <w:rFonts w:ascii="Aptos" w:hAnsi="Aptos" w:cs="Calibri"/>
              </w:rPr>
              <w:t xml:space="preserve">In this situation, </w:t>
            </w:r>
            <w:r w:rsidRPr="00FB09D7">
              <w:rPr>
                <w:rFonts w:ascii="Aptos" w:hAnsi="Aptos" w:cs="Calibri"/>
                <w:b/>
                <w:bCs/>
              </w:rPr>
              <w:t>email nis.security@nebraska.gov</w:t>
            </w:r>
            <w:r w:rsidRPr="00590B1A">
              <w:rPr>
                <w:rFonts w:ascii="Aptos" w:hAnsi="Aptos" w:cs="Calibri"/>
              </w:rPr>
              <w:t xml:space="preserve"> to resolve the Evaluated Receipt Error:</w:t>
            </w:r>
          </w:p>
          <w:p w14:paraId="13A5435F" w14:textId="0D305A81" w:rsidR="00AF24AA" w:rsidRPr="00615D8F" w:rsidDel="00490DF3" w:rsidRDefault="00AF24AA" w:rsidP="00FB09D7">
            <w:pPr>
              <w:keepNext/>
              <w:rPr>
                <w:rFonts w:ascii="Aptos" w:hAnsi="Aptos" w:cs="Calibri"/>
              </w:rPr>
            </w:pPr>
            <w:r w:rsidRPr="00717B57">
              <w:rPr>
                <w:noProof/>
              </w:rPr>
              <w:drawing>
                <wp:inline distT="0" distB="0" distL="0" distR="0" wp14:anchorId="39CF7A13" wp14:editId="442B4D34">
                  <wp:extent cx="3289300" cy="1542240"/>
                  <wp:effectExtent l="171450" t="171450" r="215900" b="306070"/>
                  <wp:docPr id="1484797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6719" name="Picture 1009756719"/>
                          <pic:cNvPicPr/>
                        </pic:nvPicPr>
                        <pic:blipFill>
                          <a:blip r:embed="rId54"/>
                          <a:stretch>
                            <a:fillRect/>
                          </a:stretch>
                        </pic:blipFill>
                        <pic:spPr>
                          <a:xfrm>
                            <a:off x="0" y="0"/>
                            <a:ext cx="3311584" cy="1552688"/>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B4751F" w:rsidRPr="00BF0284" w14:paraId="529B8486" w14:textId="77777777" w:rsidTr="0070748C">
        <w:tc>
          <w:tcPr>
            <w:tcW w:w="900" w:type="dxa"/>
          </w:tcPr>
          <w:p w14:paraId="7EB86341" w14:textId="77777777" w:rsidR="00B4751F" w:rsidRPr="00250F24" w:rsidDel="004E711A" w:rsidRDefault="00B4751F" w:rsidP="00D3633A">
            <w:pPr>
              <w:pStyle w:val="ListParagraph"/>
              <w:keepNext/>
              <w:numPr>
                <w:ilvl w:val="0"/>
                <w:numId w:val="30"/>
              </w:numPr>
              <w:rPr>
                <w:rFonts w:ascii="Aptos" w:hAnsi="Aptos" w:cstheme="majorHAnsi"/>
              </w:rPr>
            </w:pPr>
            <w:bookmarkStart w:id="4" w:name="_Ref224814202"/>
          </w:p>
        </w:tc>
        <w:bookmarkEnd w:id="4"/>
        <w:tc>
          <w:tcPr>
            <w:tcW w:w="9540" w:type="dxa"/>
          </w:tcPr>
          <w:p w14:paraId="02C4ADC7" w14:textId="77777777" w:rsidR="00B4751F" w:rsidRDefault="00B4751F" w:rsidP="00D3633A">
            <w:pPr>
              <w:keepNext/>
              <w:rPr>
                <w:rFonts w:ascii="Aptos" w:hAnsi="Aptos" w:cs="Calibri"/>
              </w:rPr>
            </w:pPr>
            <w:r>
              <w:rPr>
                <w:rFonts w:ascii="Aptos" w:hAnsi="Aptos" w:cs="Calibri"/>
              </w:rPr>
              <w:t xml:space="preserve">Click the </w:t>
            </w:r>
            <w:r w:rsidRPr="00FB09D7">
              <w:rPr>
                <w:rFonts w:ascii="Aptos" w:hAnsi="Aptos" w:cs="Calibri"/>
                <w:b/>
                <w:bCs/>
              </w:rPr>
              <w:t>green checkmark</w:t>
            </w:r>
            <w:r>
              <w:rPr>
                <w:rFonts w:ascii="Aptos" w:hAnsi="Aptos" w:cs="Calibri"/>
              </w:rPr>
              <w:t xml:space="preserve"> to </w:t>
            </w:r>
            <w:r w:rsidR="00EE074B">
              <w:rPr>
                <w:rFonts w:ascii="Aptos" w:hAnsi="Aptos" w:cs="Calibri"/>
              </w:rPr>
              <w:t xml:space="preserve">save </w:t>
            </w:r>
            <w:r w:rsidR="00AE7CA7">
              <w:rPr>
                <w:rFonts w:ascii="Aptos" w:hAnsi="Aptos" w:cs="Calibri"/>
              </w:rPr>
              <w:t>H</w:t>
            </w:r>
            <w:r w:rsidR="00EE074B">
              <w:rPr>
                <w:rFonts w:ascii="Aptos" w:hAnsi="Aptos" w:cs="Calibri"/>
              </w:rPr>
              <w:t>eader</w:t>
            </w:r>
            <w:r>
              <w:rPr>
                <w:rFonts w:ascii="Aptos" w:hAnsi="Aptos" w:cs="Calibri"/>
              </w:rPr>
              <w:t xml:space="preserve"> </w:t>
            </w:r>
            <w:r w:rsidR="00AE7CA7">
              <w:rPr>
                <w:rFonts w:ascii="Aptos" w:hAnsi="Aptos" w:cs="Calibri"/>
              </w:rPr>
              <w:t>R</w:t>
            </w:r>
            <w:r>
              <w:rPr>
                <w:rFonts w:ascii="Aptos" w:hAnsi="Aptos" w:cs="Calibri"/>
              </w:rPr>
              <w:t xml:space="preserve">evisions </w:t>
            </w:r>
            <w:r w:rsidR="00EE074B">
              <w:rPr>
                <w:rFonts w:ascii="Aptos" w:hAnsi="Aptos" w:cs="Calibri"/>
              </w:rPr>
              <w:t>and</w:t>
            </w:r>
            <w:r>
              <w:rPr>
                <w:rFonts w:ascii="Aptos" w:hAnsi="Aptos" w:cs="Calibri"/>
              </w:rPr>
              <w:t xml:space="preserve"> continue </w:t>
            </w:r>
            <w:r w:rsidR="00EE074B">
              <w:rPr>
                <w:rFonts w:ascii="Aptos" w:hAnsi="Aptos" w:cs="Calibri"/>
              </w:rPr>
              <w:t>to</w:t>
            </w:r>
            <w:r>
              <w:rPr>
                <w:rFonts w:ascii="Aptos" w:hAnsi="Aptos" w:cs="Calibri"/>
              </w:rPr>
              <w:t xml:space="preserve"> Detail </w:t>
            </w:r>
            <w:r w:rsidR="00AE7CA7">
              <w:rPr>
                <w:rFonts w:ascii="Aptos" w:hAnsi="Aptos" w:cs="Calibri"/>
              </w:rPr>
              <w:t>R</w:t>
            </w:r>
            <w:r>
              <w:rPr>
                <w:rFonts w:ascii="Aptos" w:hAnsi="Aptos" w:cs="Calibri"/>
              </w:rPr>
              <w:t>evisions.</w:t>
            </w:r>
            <w:r w:rsidR="007E642C">
              <w:rPr>
                <w:rFonts w:ascii="Aptos" w:hAnsi="Aptos" w:cs="Calibri"/>
              </w:rPr>
              <w:t xml:space="preserve"> </w:t>
            </w:r>
          </w:p>
          <w:p w14:paraId="4E4B6237" w14:textId="77777777" w:rsidR="00EE074B" w:rsidRDefault="00EE074B" w:rsidP="00D3633A">
            <w:pPr>
              <w:keepNext/>
              <w:rPr>
                <w:rFonts w:ascii="Aptos" w:hAnsi="Aptos" w:cs="Calibri"/>
              </w:rPr>
            </w:pPr>
          </w:p>
          <w:p w14:paraId="3D03B74B" w14:textId="6997B5D0" w:rsidR="00EE074B" w:rsidRPr="00615D8F" w:rsidDel="00490DF3" w:rsidRDefault="00EE074B" w:rsidP="00D3633A">
            <w:pPr>
              <w:keepNext/>
              <w:rPr>
                <w:rFonts w:ascii="Aptos" w:hAnsi="Aptos" w:cs="Calibri"/>
              </w:rPr>
            </w:pPr>
            <w:r w:rsidRPr="005A3C02">
              <w:rPr>
                <w:rFonts w:ascii="Aptos" w:hAnsi="Aptos" w:cs="Calibri"/>
                <w:b/>
                <w:bCs/>
              </w:rPr>
              <w:t>NOTE</w:t>
            </w:r>
            <w:r>
              <w:rPr>
                <w:rFonts w:ascii="Aptos" w:hAnsi="Aptos" w:cs="Calibri"/>
              </w:rPr>
              <w:t xml:space="preserve">: If making no detail revisions, click the </w:t>
            </w:r>
            <w:r w:rsidRPr="00FB09D7">
              <w:rPr>
                <w:rFonts w:ascii="Aptos" w:hAnsi="Aptos" w:cs="Calibri"/>
                <w:b/>
                <w:bCs/>
              </w:rPr>
              <w:t>green checkmark</w:t>
            </w:r>
            <w:r>
              <w:rPr>
                <w:rFonts w:ascii="Aptos" w:hAnsi="Aptos" w:cs="Calibri"/>
              </w:rPr>
              <w:t xml:space="preserve"> </w:t>
            </w:r>
            <w:r w:rsidR="005A559B">
              <w:rPr>
                <w:rFonts w:ascii="Aptos" w:hAnsi="Aptos" w:cs="Calibri"/>
              </w:rPr>
              <w:t xml:space="preserve">again </w:t>
            </w:r>
            <w:r>
              <w:rPr>
                <w:rFonts w:ascii="Aptos" w:hAnsi="Aptos" w:cs="Calibri"/>
              </w:rPr>
              <w:t xml:space="preserve">to return to the “Work </w:t>
            </w:r>
            <w:r w:rsidR="00FB09D7">
              <w:rPr>
                <w:rFonts w:ascii="Aptos" w:hAnsi="Aptos" w:cs="Calibri"/>
              </w:rPr>
              <w:t>w</w:t>
            </w:r>
            <w:r>
              <w:rPr>
                <w:rFonts w:ascii="Aptos" w:hAnsi="Aptos" w:cs="Calibri"/>
              </w:rPr>
              <w:t>ith Purchase Order” home screen.</w:t>
            </w:r>
          </w:p>
        </w:tc>
      </w:tr>
      <w:tr w:rsidR="00C30E0D" w:rsidRPr="00BF0284" w14:paraId="18859155" w14:textId="77777777" w:rsidTr="0070748C">
        <w:tc>
          <w:tcPr>
            <w:tcW w:w="900" w:type="dxa"/>
          </w:tcPr>
          <w:p w14:paraId="3337DF13" w14:textId="77777777" w:rsidR="00C30E0D" w:rsidRPr="00590B1A" w:rsidRDefault="00C30E0D" w:rsidP="00590B1A">
            <w:pPr>
              <w:pStyle w:val="ListParagraph"/>
              <w:keepNext/>
              <w:numPr>
                <w:ilvl w:val="0"/>
                <w:numId w:val="30"/>
              </w:numPr>
              <w:rPr>
                <w:rFonts w:ascii="Aptos" w:hAnsi="Aptos" w:cstheme="majorHAnsi"/>
              </w:rPr>
            </w:pPr>
          </w:p>
        </w:tc>
        <w:tc>
          <w:tcPr>
            <w:tcW w:w="9540" w:type="dxa"/>
          </w:tcPr>
          <w:p w14:paraId="770929EA" w14:textId="77777777" w:rsidR="00C30E0D" w:rsidRDefault="00145356" w:rsidP="00590B1A">
            <w:pPr>
              <w:keepNext/>
              <w:rPr>
                <w:rFonts w:ascii="Aptos" w:hAnsi="Aptos" w:cs="Calibri"/>
              </w:rPr>
            </w:pPr>
            <w:r>
              <w:rPr>
                <w:rFonts w:ascii="Aptos" w:hAnsi="Aptos" w:cs="Calibri"/>
              </w:rPr>
              <w:t xml:space="preserve">Make edits to the detail lines as necessary. </w:t>
            </w:r>
          </w:p>
          <w:p w14:paraId="6CC6DB89" w14:textId="77777777" w:rsidR="00FB09D7" w:rsidRDefault="00FB09D7" w:rsidP="00590B1A">
            <w:pPr>
              <w:keepNext/>
              <w:rPr>
                <w:rFonts w:ascii="Aptos" w:hAnsi="Aptos" w:cs="Calibri"/>
              </w:rPr>
            </w:pPr>
          </w:p>
          <w:p w14:paraId="06210BBE" w14:textId="6EF074DF" w:rsidR="00FB09D7" w:rsidRDefault="00FB09D7" w:rsidP="00FB09D7">
            <w:pPr>
              <w:keepNext/>
              <w:jc w:val="both"/>
              <w:rPr>
                <w:rFonts w:ascii="Aptos" w:hAnsi="Aptos" w:cs="Calibri"/>
                <w:b/>
                <w:bCs/>
              </w:rPr>
            </w:pPr>
            <w:r>
              <w:rPr>
                <w:rFonts w:ascii="Aptos" w:hAnsi="Aptos" w:cs="Calibri"/>
                <w:b/>
                <w:bCs/>
              </w:rPr>
              <w:t xml:space="preserve">ERROR NOTE: </w:t>
            </w:r>
            <w:r>
              <w:rPr>
                <w:rFonts w:ascii="Aptos" w:hAnsi="Aptos" w:cs="Calibri"/>
              </w:rPr>
              <w:t xml:space="preserve"> If making edits to Purchase Orders from previous fiscal years, a</w:t>
            </w:r>
            <w:r w:rsidR="004452B1">
              <w:rPr>
                <w:rFonts w:ascii="Aptos" w:hAnsi="Aptos" w:cs="Calibri"/>
              </w:rPr>
              <w:t xml:space="preserve"> “</w:t>
            </w:r>
            <w:r w:rsidR="004452B1" w:rsidRPr="004452B1">
              <w:rPr>
                <w:rFonts w:ascii="Aptos" w:hAnsi="Aptos" w:cs="Calibri"/>
                <w:b/>
                <w:bCs/>
              </w:rPr>
              <w:t>Prior End Balance Error</w:t>
            </w:r>
            <w:r w:rsidR="004452B1">
              <w:rPr>
                <w:rFonts w:ascii="Aptos" w:hAnsi="Aptos" w:cs="Calibri"/>
              </w:rPr>
              <w:t xml:space="preserve">” </w:t>
            </w:r>
            <w:r>
              <w:rPr>
                <w:rFonts w:ascii="Aptos" w:hAnsi="Aptos" w:cs="Calibri"/>
              </w:rPr>
              <w:t xml:space="preserve">may result regarding the </w:t>
            </w:r>
            <w:r w:rsidRPr="004452B1">
              <w:rPr>
                <w:rFonts w:ascii="Aptos" w:hAnsi="Aptos" w:cs="Calibri"/>
              </w:rPr>
              <w:t>G/L (General Ledger) date.</w:t>
            </w:r>
            <w:r>
              <w:rPr>
                <w:rFonts w:ascii="Aptos" w:hAnsi="Aptos" w:cs="Calibri"/>
                <w:b/>
                <w:bCs/>
              </w:rPr>
              <w:t xml:space="preserve"> </w:t>
            </w:r>
          </w:p>
          <w:p w14:paraId="3387421A" w14:textId="77777777" w:rsidR="00FB09D7" w:rsidRDefault="00FB09D7" w:rsidP="00FB09D7">
            <w:pPr>
              <w:keepNext/>
              <w:jc w:val="both"/>
              <w:rPr>
                <w:rFonts w:ascii="Aptos" w:hAnsi="Aptos" w:cs="Calibri"/>
                <w:b/>
                <w:bCs/>
              </w:rPr>
            </w:pPr>
          </w:p>
          <w:p w14:paraId="3CCC2D56" w14:textId="1ED5EA65" w:rsidR="00FB09D7" w:rsidRDefault="00FB09D7" w:rsidP="00FB09D7">
            <w:pPr>
              <w:keepNext/>
              <w:rPr>
                <w:rFonts w:ascii="Aptos" w:hAnsi="Aptos" w:cs="Calibri"/>
              </w:rPr>
            </w:pPr>
            <w:r>
              <w:rPr>
                <w:rFonts w:ascii="Aptos" w:hAnsi="Aptos" w:cs="Calibri"/>
                <w:b/>
                <w:bCs/>
              </w:rPr>
              <w:t xml:space="preserve">To resolve </w:t>
            </w:r>
            <w:r w:rsidRPr="00D3633A">
              <w:rPr>
                <w:rFonts w:ascii="Aptos" w:hAnsi="Aptos" w:cs="Calibri"/>
              </w:rPr>
              <w:t>this error,</w:t>
            </w:r>
            <w:r>
              <w:rPr>
                <w:rFonts w:ascii="Aptos" w:hAnsi="Aptos" w:cs="Calibri"/>
                <w:b/>
                <w:bCs/>
              </w:rPr>
              <w:t xml:space="preserve"> </w:t>
            </w:r>
            <w:r w:rsidRPr="00AA5D2D">
              <w:rPr>
                <w:rFonts w:ascii="Aptos" w:hAnsi="Aptos" w:cs="Calibri"/>
              </w:rPr>
              <w:t xml:space="preserve">change the </w:t>
            </w:r>
            <w:r>
              <w:rPr>
                <w:rFonts w:ascii="Aptos" w:hAnsi="Aptos" w:cs="Calibri"/>
              </w:rPr>
              <w:t xml:space="preserve">G/L Date </w:t>
            </w:r>
            <w:r w:rsidRPr="00AA5D2D">
              <w:rPr>
                <w:rFonts w:ascii="Aptos" w:hAnsi="Aptos" w:cs="Calibri"/>
              </w:rPr>
              <w:t>field</w:t>
            </w:r>
            <w:r>
              <w:rPr>
                <w:rFonts w:ascii="Aptos" w:hAnsi="Aptos" w:cs="Calibri"/>
              </w:rPr>
              <w:t xml:space="preserve"> to the day the edits were made.</w:t>
            </w:r>
          </w:p>
          <w:p w14:paraId="01759FF1" w14:textId="4E461E4F" w:rsidR="00FB09D7" w:rsidRPr="00942646" w:rsidRDefault="00FB09D7" w:rsidP="00FB09D7">
            <w:pPr>
              <w:keepNext/>
              <w:rPr>
                <w:rFonts w:ascii="Aptos" w:hAnsi="Aptos" w:cs="Calibri"/>
              </w:rPr>
            </w:pPr>
            <w:r w:rsidRPr="00675BBA">
              <w:rPr>
                <w:rFonts w:ascii="Aptos" w:hAnsi="Aptos" w:cs="Calibri"/>
                <w:noProof/>
              </w:rPr>
              <mc:AlternateContent>
                <mc:Choice Requires="wps">
                  <w:drawing>
                    <wp:anchor distT="0" distB="0" distL="114300" distR="114300" simplePos="0" relativeHeight="252160000" behindDoc="0" locked="0" layoutInCell="1" allowOverlap="1" wp14:anchorId="507D56BB" wp14:editId="1DB0525E">
                      <wp:simplePos x="0" y="0"/>
                      <wp:positionH relativeFrom="column">
                        <wp:posOffset>4430119</wp:posOffset>
                      </wp:positionH>
                      <wp:positionV relativeFrom="paragraph">
                        <wp:posOffset>1942023</wp:posOffset>
                      </wp:positionV>
                      <wp:extent cx="425450" cy="196850"/>
                      <wp:effectExtent l="0" t="0" r="12700" b="12700"/>
                      <wp:wrapNone/>
                      <wp:docPr id="1124992871" name="Rectangle: Rounded Corners 8"/>
                      <wp:cNvGraphicFramePr/>
                      <a:graphic xmlns:a="http://schemas.openxmlformats.org/drawingml/2006/main">
                        <a:graphicData uri="http://schemas.microsoft.com/office/word/2010/wordprocessingShape">
                          <wps:wsp>
                            <wps:cNvSpPr/>
                            <wps:spPr>
                              <a:xfrm>
                                <a:off x="0" y="0"/>
                                <a:ext cx="425450" cy="1968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E86D9" id="Rectangle: Rounded Corners 8" o:spid="_x0000_s1026" style="position:absolute;margin-left:348.85pt;margin-top:152.9pt;width:33.5pt;height:1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" filled="f" strokecolor="red" strokeweight="1pt">
                      <v:stroke joinstyle="miter"/>
                    </v:roundrect>
                  </w:pict>
                </mc:Fallback>
              </mc:AlternateContent>
            </w:r>
            <w:r w:rsidRPr="00E00101">
              <w:rPr>
                <w:rFonts w:ascii="Aptos" w:hAnsi="Aptos" w:cstheme="majorHAnsi"/>
                <w:noProof/>
              </w:rPr>
              <mc:AlternateContent>
                <mc:Choice Requires="wps">
                  <w:drawing>
                    <wp:anchor distT="45720" distB="45720" distL="114300" distR="114300" simplePos="0" relativeHeight="252157952" behindDoc="0" locked="0" layoutInCell="1" allowOverlap="1" wp14:anchorId="6A06776F" wp14:editId="09ACD806">
                      <wp:simplePos x="0" y="0"/>
                      <wp:positionH relativeFrom="column">
                        <wp:posOffset>3068292</wp:posOffset>
                      </wp:positionH>
                      <wp:positionV relativeFrom="paragraph">
                        <wp:posOffset>2643560</wp:posOffset>
                      </wp:positionV>
                      <wp:extent cx="1485900" cy="265430"/>
                      <wp:effectExtent l="0" t="0" r="0" b="1270"/>
                      <wp:wrapNone/>
                      <wp:docPr id="813282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5430"/>
                              </a:xfrm>
                              <a:prstGeom prst="rect">
                                <a:avLst/>
                              </a:prstGeom>
                              <a:noFill/>
                              <a:ln w="9525">
                                <a:noFill/>
                                <a:miter lim="800000"/>
                                <a:headEnd/>
                                <a:tailEnd/>
                              </a:ln>
                            </wps:spPr>
                            <wps:txbx>
                              <w:txbxContent>
                                <w:p w14:paraId="00AA1078" w14:textId="77777777" w:rsidR="00FB09D7" w:rsidRPr="005D2324" w:rsidRDefault="00FB09D7" w:rsidP="00FB09D7">
                                  <w:pPr>
                                    <w:rPr>
                                      <w:rFonts w:ascii="Aptos" w:hAnsi="Aptos"/>
                                      <w:b/>
                                      <w:bCs/>
                                    </w:rPr>
                                  </w:pPr>
                                  <w:r>
                                    <w:rPr>
                                      <w:rFonts w:ascii="Aptos" w:hAnsi="Aptos"/>
                                      <w:b/>
                                      <w:bCs/>
                                    </w:rPr>
                                    <w:t>G/L Error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6776F" id="_x0000_s1040" type="#_x0000_t202" style="position:absolute;margin-left:241.6pt;margin-top:208.15pt;width:117pt;height:20.9pt;z-index:25215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" filled="f" stroked="f">
                      <v:textbox>
                        <w:txbxContent>
                          <w:p w14:paraId="00AA1078" w14:textId="77777777" w:rsidR="00FB09D7" w:rsidRPr="005D2324" w:rsidRDefault="00FB09D7" w:rsidP="00FB09D7">
                            <w:pPr>
                              <w:rPr>
                                <w:rFonts w:ascii="Aptos" w:hAnsi="Aptos"/>
                                <w:b/>
                                <w:bCs/>
                              </w:rPr>
                            </w:pPr>
                            <w:r>
                              <w:rPr>
                                <w:rFonts w:ascii="Aptos" w:hAnsi="Aptos"/>
                                <w:b/>
                                <w:bCs/>
                              </w:rPr>
                              <w:t>G/L Error Resolved</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2158976" behindDoc="0" locked="0" layoutInCell="1" allowOverlap="1" wp14:anchorId="7211E36C" wp14:editId="286D478F">
                      <wp:simplePos x="0" y="0"/>
                      <wp:positionH relativeFrom="column">
                        <wp:posOffset>253752</wp:posOffset>
                      </wp:positionH>
                      <wp:positionV relativeFrom="paragraph">
                        <wp:posOffset>2660126</wp:posOffset>
                      </wp:positionV>
                      <wp:extent cx="2025650" cy="265430"/>
                      <wp:effectExtent l="0" t="0" r="0" b="1270"/>
                      <wp:wrapNone/>
                      <wp:docPr id="939363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65430"/>
                              </a:xfrm>
                              <a:prstGeom prst="rect">
                                <a:avLst/>
                              </a:prstGeom>
                              <a:noFill/>
                              <a:ln w="9525">
                                <a:noFill/>
                                <a:miter lim="800000"/>
                                <a:headEnd/>
                                <a:tailEnd/>
                              </a:ln>
                            </wps:spPr>
                            <wps:txbx>
                              <w:txbxContent>
                                <w:p w14:paraId="045D0C35" w14:textId="77777777" w:rsidR="00FB09D7" w:rsidRPr="005D2324" w:rsidRDefault="00FB09D7" w:rsidP="00FB09D7">
                                  <w:pPr>
                                    <w:rPr>
                                      <w:rFonts w:ascii="Aptos" w:hAnsi="Aptos"/>
                                      <w:b/>
                                      <w:bCs/>
                                    </w:rPr>
                                  </w:pPr>
                                  <w:r>
                                    <w:rPr>
                                      <w:rFonts w:ascii="Aptos" w:hAnsi="Aptos"/>
                                      <w:b/>
                                      <w:bCs/>
                                    </w:rPr>
                                    <w:t>G/L Date Error Unresolved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1E36C" id="_x0000_s1041" type="#_x0000_t202" style="position:absolute;margin-left:20pt;margin-top:209.45pt;width:159.5pt;height:20.9pt;z-index:25215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" filled="f" stroked="f">
                      <v:textbox>
                        <w:txbxContent>
                          <w:p w14:paraId="045D0C35" w14:textId="77777777" w:rsidR="00FB09D7" w:rsidRPr="005D2324" w:rsidRDefault="00FB09D7" w:rsidP="00FB09D7">
                            <w:pPr>
                              <w:rPr>
                                <w:rFonts w:ascii="Aptos" w:hAnsi="Aptos"/>
                                <w:b/>
                                <w:bCs/>
                              </w:rPr>
                            </w:pPr>
                            <w:r>
                              <w:rPr>
                                <w:rFonts w:ascii="Aptos" w:hAnsi="Aptos"/>
                                <w:b/>
                                <w:bCs/>
                              </w:rPr>
                              <w:t>G/L Date Error Unresolved</w:t>
                            </w:r>
                          </w:p>
                        </w:txbxContent>
                      </v:textbox>
                    </v:shape>
                  </w:pict>
                </mc:Fallback>
              </mc:AlternateContent>
            </w:r>
            <w:r>
              <w:rPr>
                <w:rFonts w:ascii="Aptos" w:hAnsi="Aptos" w:cs="Calibri"/>
                <w:noProof/>
              </w:rPr>
              <w:drawing>
                <wp:inline distT="0" distB="0" distL="0" distR="0" wp14:anchorId="67D0D0E9" wp14:editId="730591AA">
                  <wp:extent cx="3525701" cy="1097915"/>
                  <wp:effectExtent l="171450" t="171450" r="189230" b="330835"/>
                  <wp:docPr id="798880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2028" name="Picture 897832028"/>
                          <pic:cNvPicPr/>
                        </pic:nvPicPr>
                        <pic:blipFill>
                          <a:blip r:embed="rId55"/>
                          <a:stretch>
                            <a:fillRect/>
                          </a:stretch>
                        </pic:blipFill>
                        <pic:spPr>
                          <a:xfrm>
                            <a:off x="0" y="0"/>
                            <a:ext cx="3529025" cy="1098950"/>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r>
              <w:rPr>
                <w:rFonts w:ascii="Aptos" w:hAnsi="Aptos" w:cs="Calibri"/>
                <w:noProof/>
              </w:rPr>
              <w:drawing>
                <wp:anchor distT="0" distB="0" distL="114300" distR="114300" simplePos="0" relativeHeight="252163072" behindDoc="0" locked="0" layoutInCell="1" allowOverlap="1" wp14:anchorId="74BAC9AA" wp14:editId="655A6C02">
                  <wp:simplePos x="0" y="0"/>
                  <wp:positionH relativeFrom="column">
                    <wp:posOffset>168275</wp:posOffset>
                  </wp:positionH>
                  <wp:positionV relativeFrom="paragraph">
                    <wp:posOffset>1793240</wp:posOffset>
                  </wp:positionV>
                  <wp:extent cx="2012950" cy="718820"/>
                  <wp:effectExtent l="171450" t="171450" r="273050" b="347980"/>
                  <wp:wrapSquare wrapText="bothSides"/>
                  <wp:docPr id="303569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2388" name="Picture 275462388"/>
                          <pic:cNvPicPr/>
                        </pic:nvPicPr>
                        <pic:blipFill>
                          <a:blip r:embed="rId56"/>
                          <a:stretch>
                            <a:fillRect/>
                          </a:stretch>
                        </pic:blipFill>
                        <pic:spPr>
                          <a:xfrm>
                            <a:off x="0" y="0"/>
                            <a:ext cx="2012950" cy="718820"/>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anchor>
              </w:drawing>
            </w:r>
            <w:r>
              <w:rPr>
                <w:rFonts w:ascii="Aptos" w:hAnsi="Aptos" w:cs="Calibri"/>
                <w:noProof/>
              </w:rPr>
              <w:drawing>
                <wp:inline distT="0" distB="0" distL="0" distR="0" wp14:anchorId="31EC5804" wp14:editId="777DC83D">
                  <wp:extent cx="2109128" cy="751197"/>
                  <wp:effectExtent l="171450" t="171450" r="272415" b="335280"/>
                  <wp:docPr id="17232878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2740" name="Picture 176782740"/>
                          <pic:cNvPicPr/>
                        </pic:nvPicPr>
                        <pic:blipFill>
                          <a:blip r:embed="rId57"/>
                          <a:stretch>
                            <a:fillRect/>
                          </a:stretch>
                        </pic:blipFill>
                        <pic:spPr>
                          <a:xfrm>
                            <a:off x="0" y="0"/>
                            <a:ext cx="2134101" cy="760091"/>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3165B2" w:rsidRPr="00BF0284" w14:paraId="6275CD44" w14:textId="77777777" w:rsidTr="0070748C">
        <w:tc>
          <w:tcPr>
            <w:tcW w:w="900" w:type="dxa"/>
          </w:tcPr>
          <w:p w14:paraId="00F3729D" w14:textId="77777777" w:rsidR="003165B2" w:rsidRPr="00590B1A" w:rsidRDefault="003165B2" w:rsidP="00590B1A">
            <w:pPr>
              <w:pStyle w:val="ListParagraph"/>
              <w:numPr>
                <w:ilvl w:val="0"/>
                <w:numId w:val="30"/>
              </w:numPr>
              <w:rPr>
                <w:rFonts w:ascii="Aptos" w:hAnsi="Aptos" w:cstheme="majorHAnsi"/>
              </w:rPr>
            </w:pPr>
          </w:p>
        </w:tc>
        <w:tc>
          <w:tcPr>
            <w:tcW w:w="9540" w:type="dxa"/>
          </w:tcPr>
          <w:p w14:paraId="1680B393" w14:textId="77777777" w:rsidR="003165B2" w:rsidRDefault="007E642C" w:rsidP="00590B1A">
            <w:pPr>
              <w:rPr>
                <w:rFonts w:ascii="Aptos" w:hAnsi="Aptos" w:cs="Calibri"/>
              </w:rPr>
            </w:pPr>
            <w:r>
              <w:rPr>
                <w:rFonts w:ascii="Aptos" w:hAnsi="Aptos" w:cs="Calibri"/>
              </w:rPr>
              <w:t xml:space="preserve">Click the </w:t>
            </w:r>
            <w:r w:rsidRPr="000F6669">
              <w:rPr>
                <w:rFonts w:ascii="Aptos" w:hAnsi="Aptos" w:cs="Calibri"/>
                <w:b/>
                <w:bCs/>
              </w:rPr>
              <w:t>green checkmark</w:t>
            </w:r>
            <w:r>
              <w:rPr>
                <w:rFonts w:ascii="Aptos" w:hAnsi="Aptos" w:cs="Calibri"/>
              </w:rPr>
              <w:t xml:space="preserve"> to save revisions.</w:t>
            </w:r>
          </w:p>
        </w:tc>
      </w:tr>
      <w:tr w:rsidR="00C30E0D" w:rsidRPr="00BF0284" w14:paraId="77119126" w14:textId="77777777" w:rsidTr="0070748C">
        <w:tc>
          <w:tcPr>
            <w:tcW w:w="900" w:type="dxa"/>
          </w:tcPr>
          <w:p w14:paraId="5C509E41" w14:textId="77777777" w:rsidR="00C30E0D" w:rsidRPr="00590B1A" w:rsidRDefault="00C30E0D" w:rsidP="00590B1A">
            <w:pPr>
              <w:pStyle w:val="ListParagraph"/>
              <w:numPr>
                <w:ilvl w:val="0"/>
                <w:numId w:val="30"/>
              </w:numPr>
              <w:rPr>
                <w:rFonts w:ascii="Aptos" w:hAnsi="Aptos" w:cstheme="majorHAnsi"/>
              </w:rPr>
            </w:pPr>
          </w:p>
        </w:tc>
        <w:tc>
          <w:tcPr>
            <w:tcW w:w="9540" w:type="dxa"/>
          </w:tcPr>
          <w:p w14:paraId="1BD3FF07" w14:textId="0F62C37D" w:rsidR="00145356" w:rsidRDefault="000F6669" w:rsidP="007804B7">
            <w:pPr>
              <w:rPr>
                <w:rFonts w:ascii="Aptos" w:hAnsi="Aptos" w:cs="Calibri"/>
              </w:rPr>
            </w:pPr>
            <w:r>
              <w:rPr>
                <w:rFonts w:ascii="Aptos" w:hAnsi="Aptos" w:cstheme="minorHAnsi"/>
              </w:rPr>
              <w:t xml:space="preserve">A text box will open. Enter the details of what was “revised” since the original generation, followed by the date and initials of the person who made the revision(s). </w:t>
            </w:r>
            <w:r w:rsidR="00145356">
              <w:rPr>
                <w:rFonts w:ascii="Aptos" w:hAnsi="Aptos" w:cs="Calibri"/>
              </w:rPr>
              <w:t xml:space="preserve"> </w:t>
            </w:r>
          </w:p>
          <w:p w14:paraId="2EEB7A19" w14:textId="77777777" w:rsidR="00B4751F" w:rsidRDefault="00B4751F" w:rsidP="007804B7">
            <w:pPr>
              <w:rPr>
                <w:rFonts w:ascii="Aptos" w:hAnsi="Aptos" w:cs="Calibri"/>
              </w:rPr>
            </w:pPr>
          </w:p>
          <w:p w14:paraId="1AB7E0A9" w14:textId="77777777" w:rsidR="003165B2" w:rsidRDefault="00145356" w:rsidP="00590B1A">
            <w:pPr>
              <w:rPr>
                <w:rFonts w:ascii="Aptos" w:hAnsi="Aptos" w:cs="Calibri"/>
              </w:rPr>
            </w:pPr>
            <w:r>
              <w:rPr>
                <w:rFonts w:ascii="Aptos" w:hAnsi="Aptos" w:cs="Calibri"/>
                <w:b/>
                <w:bCs/>
              </w:rPr>
              <w:t xml:space="preserve">NOTE: </w:t>
            </w:r>
            <w:r w:rsidR="003165B2">
              <w:rPr>
                <w:rFonts w:ascii="Aptos" w:hAnsi="Aptos" w:cs="Calibri"/>
              </w:rPr>
              <w:t xml:space="preserve">It is crucial </w:t>
            </w:r>
            <w:r>
              <w:rPr>
                <w:rFonts w:ascii="Aptos" w:hAnsi="Aptos" w:cs="Calibri"/>
              </w:rPr>
              <w:t xml:space="preserve">to note </w:t>
            </w:r>
            <w:r w:rsidR="00960574">
              <w:rPr>
                <w:rFonts w:ascii="Aptos" w:hAnsi="Aptos" w:cs="Calibri"/>
              </w:rPr>
              <w:t xml:space="preserve">revisions </w:t>
            </w:r>
            <w:r w:rsidR="003165B2">
              <w:rPr>
                <w:rFonts w:ascii="Aptos" w:hAnsi="Aptos" w:cs="Calibri"/>
              </w:rPr>
              <w:t>as this allow</w:t>
            </w:r>
            <w:r>
              <w:rPr>
                <w:rFonts w:ascii="Aptos" w:hAnsi="Aptos" w:cs="Calibri"/>
              </w:rPr>
              <w:t>s</w:t>
            </w:r>
            <w:r w:rsidR="003165B2">
              <w:rPr>
                <w:rFonts w:ascii="Aptos" w:hAnsi="Aptos" w:cs="Calibri"/>
              </w:rPr>
              <w:t xml:space="preserve"> for the most accurate tracking of </w:t>
            </w:r>
            <w:r w:rsidR="00B4751F">
              <w:rPr>
                <w:rFonts w:ascii="Aptos" w:hAnsi="Aptos" w:cs="Calibri"/>
              </w:rPr>
              <w:t xml:space="preserve">revisions </w:t>
            </w:r>
            <w:r w:rsidR="003165B2">
              <w:rPr>
                <w:rFonts w:ascii="Aptos" w:hAnsi="Aptos" w:cs="Calibri"/>
              </w:rPr>
              <w:t xml:space="preserve">made over the life of the </w:t>
            </w:r>
            <w:r w:rsidR="00D95A1E">
              <w:rPr>
                <w:rFonts w:ascii="Aptos" w:hAnsi="Aptos" w:cs="Calibri"/>
              </w:rPr>
              <w:t>purchase order</w:t>
            </w:r>
            <w:r w:rsidR="003165B2">
              <w:rPr>
                <w:rFonts w:ascii="Aptos" w:hAnsi="Aptos" w:cs="Calibri"/>
              </w:rPr>
              <w:t>.</w:t>
            </w:r>
          </w:p>
          <w:p w14:paraId="1B326320" w14:textId="2FB074C1" w:rsidR="00C30E0D" w:rsidRPr="00942646" w:rsidRDefault="004452B1" w:rsidP="007804B7">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99904" behindDoc="0" locked="0" layoutInCell="1" allowOverlap="1" wp14:anchorId="4407A1DC" wp14:editId="5F265698">
                      <wp:simplePos x="0" y="0"/>
                      <wp:positionH relativeFrom="column">
                        <wp:posOffset>1555474</wp:posOffset>
                      </wp:positionH>
                      <wp:positionV relativeFrom="paragraph">
                        <wp:posOffset>910231</wp:posOffset>
                      </wp:positionV>
                      <wp:extent cx="2790300" cy="341906"/>
                      <wp:effectExtent l="0" t="0" r="10160" b="20320"/>
                      <wp:wrapNone/>
                      <wp:docPr id="1204760229" name="Rectangle: Rounded Corners 8"/>
                      <wp:cNvGraphicFramePr/>
                      <a:graphic xmlns:a="http://schemas.openxmlformats.org/drawingml/2006/main">
                        <a:graphicData uri="http://schemas.microsoft.com/office/word/2010/wordprocessingShape">
                          <wps:wsp>
                            <wps:cNvSpPr/>
                            <wps:spPr>
                              <a:xfrm>
                                <a:off x="0" y="0"/>
                                <a:ext cx="2790300" cy="341906"/>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F2F6E" id="Rectangle: Rounded Corners 8" o:spid="_x0000_s1026" style="position:absolute;margin-left:122.5pt;margin-top:71.65pt;width:219.7pt;height:26.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" filled="f" strokecolor="red" strokeweight="1pt">
                      <v:stroke joinstyle="miter"/>
                    </v:roundrect>
                  </w:pict>
                </mc:Fallback>
              </mc:AlternateContent>
            </w:r>
            <w:r w:rsidRPr="00675BBA">
              <w:rPr>
                <w:rFonts w:ascii="Aptos" w:hAnsi="Aptos" w:cs="Calibri"/>
                <w:noProof/>
              </w:rPr>
              <mc:AlternateContent>
                <mc:Choice Requires="wps">
                  <w:drawing>
                    <wp:anchor distT="0" distB="0" distL="114300" distR="114300" simplePos="0" relativeHeight="251897856" behindDoc="0" locked="0" layoutInCell="1" allowOverlap="1" wp14:anchorId="42520A9C" wp14:editId="1A9D6314">
                      <wp:simplePos x="0" y="0"/>
                      <wp:positionH relativeFrom="column">
                        <wp:posOffset>1079776</wp:posOffset>
                      </wp:positionH>
                      <wp:positionV relativeFrom="paragraph">
                        <wp:posOffset>480032</wp:posOffset>
                      </wp:positionV>
                      <wp:extent cx="389255" cy="241935"/>
                      <wp:effectExtent l="19050" t="38100" r="0" b="62865"/>
                      <wp:wrapNone/>
                      <wp:docPr id="1085957451"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C94386" id="Arrow: Right 9" o:spid="_x0000_s1026" type="#_x0000_t13" style="position:absolute;margin-left:85pt;margin-top:37.8pt;width:30.65pt;height:19.05pt;rotation:-2560056fd;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" adj="14887" fillcolor="red" strokecolor="#042433" strokeweight="1pt"/>
                  </w:pict>
                </mc:Fallback>
              </mc:AlternateContent>
            </w:r>
            <w:r w:rsidR="00C43F1A">
              <w:rPr>
                <w:rFonts w:ascii="Aptos" w:hAnsi="Aptos" w:cs="Calibri"/>
                <w:noProof/>
              </w:rPr>
              <w:drawing>
                <wp:inline distT="0" distB="0" distL="0" distR="0" wp14:anchorId="6145ADA9" wp14:editId="57AA4687">
                  <wp:extent cx="2826191" cy="1067986"/>
                  <wp:effectExtent l="171450" t="171450" r="222250" b="323215"/>
                  <wp:docPr id="1235456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56022" name="Picture 1235456022"/>
                          <pic:cNvPicPr/>
                        </pic:nvPicPr>
                        <pic:blipFill rotWithShape="1">
                          <a:blip r:embed="rId58"/>
                          <a:srcRect b="27828"/>
                          <a:stretch>
                            <a:fillRect/>
                          </a:stretch>
                        </pic:blipFill>
                        <pic:spPr bwMode="auto">
                          <a:xfrm>
                            <a:off x="0" y="0"/>
                            <a:ext cx="2839395" cy="10729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97035" w:rsidRPr="00BF0284" w14:paraId="63732DE4" w14:textId="77777777" w:rsidTr="0070748C">
        <w:trPr>
          <w:cantSplit/>
        </w:trPr>
        <w:tc>
          <w:tcPr>
            <w:tcW w:w="10440" w:type="dxa"/>
            <w:gridSpan w:val="2"/>
          </w:tcPr>
          <w:p w14:paraId="42D9D538" w14:textId="77777777" w:rsidR="00ED4F4C" w:rsidRDefault="00897035" w:rsidP="00ED4F4C">
            <w:pPr>
              <w:pStyle w:val="steptext"/>
              <w:jc w:val="center"/>
              <w:rPr>
                <w:rFonts w:ascii="Aptos" w:hAnsi="Aptos" w:cstheme="minorHAnsi"/>
                <w:b/>
                <w:bCs/>
                <w:color w:val="196B24" w:themeColor="accent3"/>
              </w:rPr>
            </w:pPr>
            <w:r>
              <w:rPr>
                <w:rFonts w:ascii="Aptos" w:hAnsi="Aptos" w:cstheme="minorHAnsi"/>
                <w:b/>
                <w:bCs/>
                <w:color w:val="196B24" w:themeColor="accent3"/>
              </w:rPr>
              <w:t xml:space="preserve">Work </w:t>
            </w:r>
            <w:r w:rsidR="005A559B">
              <w:rPr>
                <w:rFonts w:ascii="Aptos" w:hAnsi="Aptos" w:cstheme="minorHAnsi"/>
                <w:b/>
                <w:bCs/>
                <w:color w:val="196B24" w:themeColor="accent3"/>
              </w:rPr>
              <w:t>w</w:t>
            </w:r>
            <w:r>
              <w:rPr>
                <w:rFonts w:ascii="Aptos" w:hAnsi="Aptos" w:cstheme="minorHAnsi"/>
                <w:b/>
                <w:bCs/>
                <w:color w:val="196B24" w:themeColor="accent3"/>
              </w:rPr>
              <w:t xml:space="preserve">ith </w:t>
            </w:r>
            <w:r w:rsidRPr="00E00101">
              <w:rPr>
                <w:rFonts w:ascii="Aptos" w:hAnsi="Aptos" w:cstheme="minorHAnsi"/>
                <w:b/>
                <w:bCs/>
                <w:color w:val="196B24" w:themeColor="accent3"/>
              </w:rPr>
              <w:t>Purchase Order : Complete</w:t>
            </w:r>
          </w:p>
          <w:p w14:paraId="576CCBE4" w14:textId="0A1AD7EA" w:rsidR="00836676" w:rsidRPr="00D76E5F" w:rsidRDefault="00836676" w:rsidP="00ED4F4C">
            <w:pPr>
              <w:pStyle w:val="steptext"/>
              <w:jc w:val="center"/>
              <w:rPr>
                <w:rFonts w:ascii="Aptos" w:hAnsi="Aptos" w:cstheme="minorHAnsi"/>
                <w:b/>
                <w:bCs/>
                <w:color w:val="196B24" w:themeColor="accent3"/>
              </w:rPr>
            </w:pPr>
            <w:r w:rsidRPr="00D76E5F">
              <w:rPr>
                <w:rFonts w:ascii="Aptos" w:hAnsi="Aptos" w:cstheme="minorHAnsi"/>
                <w:b/>
                <w:bCs/>
                <w:color w:val="196B24" w:themeColor="accent3"/>
              </w:rPr>
              <w:t xml:space="preserve">Click the </w:t>
            </w:r>
            <w:r w:rsidRPr="00D76E5F">
              <w:rPr>
                <w:rFonts w:ascii="Aptos" w:hAnsi="Aptos" w:cstheme="minorHAnsi"/>
                <w:b/>
                <w:bCs/>
                <w:color w:val="FF0000"/>
              </w:rPr>
              <w:t>Red X</w:t>
            </w:r>
            <w:r w:rsidRPr="00D76E5F">
              <w:rPr>
                <w:rFonts w:ascii="Aptos" w:hAnsi="Aptos" w:cstheme="minorHAnsi"/>
                <w:b/>
                <w:bCs/>
                <w:color w:val="92D050"/>
              </w:rPr>
              <w:t xml:space="preserve"> </w:t>
            </w:r>
            <w:r w:rsidRPr="00D76E5F">
              <w:rPr>
                <w:rFonts w:ascii="Aptos" w:hAnsi="Aptos" w:cstheme="minorHAnsi"/>
                <w:b/>
                <w:bCs/>
                <w:color w:val="196B24" w:themeColor="accent3"/>
              </w:rPr>
              <w:t>to close.</w:t>
            </w:r>
          </w:p>
          <w:p w14:paraId="03D6D342" w14:textId="6A606789" w:rsidR="00836676" w:rsidRPr="005A559B" w:rsidRDefault="00ED4F4C" w:rsidP="004452B1">
            <w:pPr>
              <w:pStyle w:val="steptext"/>
              <w:jc w:val="center"/>
            </w:pPr>
            <w:r w:rsidRPr="002210D0">
              <w:rPr>
                <w:rFonts w:cstheme="minorHAnsi"/>
                <w:bCs/>
                <w:noProof/>
              </w:rPr>
              <mc:AlternateContent>
                <mc:Choice Requires="wps">
                  <w:drawing>
                    <wp:anchor distT="0" distB="0" distL="114300" distR="114300" simplePos="0" relativeHeight="252162048" behindDoc="0" locked="0" layoutInCell="1" allowOverlap="1" wp14:anchorId="23F75CB8" wp14:editId="7D5C0B1C">
                      <wp:simplePos x="0" y="0"/>
                      <wp:positionH relativeFrom="column">
                        <wp:posOffset>3184304</wp:posOffset>
                      </wp:positionH>
                      <wp:positionV relativeFrom="paragraph">
                        <wp:posOffset>195883</wp:posOffset>
                      </wp:positionV>
                      <wp:extent cx="209550" cy="182853"/>
                      <wp:effectExtent l="0" t="0" r="19050" b="27305"/>
                      <wp:wrapNone/>
                      <wp:docPr id="324530620" name="Rectangle: Rounded Corners 5"/>
                      <wp:cNvGraphicFramePr/>
                      <a:graphic xmlns:a="http://schemas.openxmlformats.org/drawingml/2006/main">
                        <a:graphicData uri="http://schemas.microsoft.com/office/word/2010/wordprocessingShape">
                          <wps:wsp>
                            <wps:cNvSpPr/>
                            <wps:spPr>
                              <a:xfrm>
                                <a:off x="0" y="0"/>
                                <a:ext cx="209550" cy="182853"/>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80D89" id="Rectangle: Rounded Corners 5" o:spid="_x0000_s1026" style="position:absolute;margin-left:250.75pt;margin-top:15.4pt;width:16.5pt;height:14.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" filled="f" strokecolor="red" strokeweight="2pt"/>
                  </w:pict>
                </mc:Fallback>
              </mc:AlternateContent>
            </w:r>
            <w:r w:rsidRPr="00E00101">
              <w:rPr>
                <w:rFonts w:ascii="Aptos" w:hAnsi="Aptos" w:cstheme="minorHAnsi"/>
                <w:b/>
                <w:bCs/>
                <w:noProof/>
                <w:color w:val="196B24" w:themeColor="accent3"/>
                <w14:ligatures w14:val="standardContextual"/>
              </w:rPr>
              <w:drawing>
                <wp:anchor distT="0" distB="0" distL="114300" distR="114300" simplePos="0" relativeHeight="251653115" behindDoc="1" locked="0" layoutInCell="1" allowOverlap="1" wp14:anchorId="42845B25" wp14:editId="08C2C1F7">
                  <wp:simplePos x="0" y="0"/>
                  <wp:positionH relativeFrom="column">
                    <wp:posOffset>2072701</wp:posOffset>
                  </wp:positionH>
                  <wp:positionV relativeFrom="paragraph">
                    <wp:posOffset>180340</wp:posOffset>
                  </wp:positionV>
                  <wp:extent cx="2543175" cy="247650"/>
                  <wp:effectExtent l="171450" t="171450" r="238125" b="361950"/>
                  <wp:wrapTight wrapText="bothSides">
                    <wp:wrapPolygon edited="0">
                      <wp:start x="809" y="-14954"/>
                      <wp:lineTo x="-1456" y="-11631"/>
                      <wp:lineTo x="-1456" y="28246"/>
                      <wp:lineTo x="-485" y="41538"/>
                      <wp:lineTo x="1133" y="48185"/>
                      <wp:lineTo x="1294" y="51508"/>
                      <wp:lineTo x="20872" y="51508"/>
                      <wp:lineTo x="21034" y="48185"/>
                      <wp:lineTo x="22652" y="41538"/>
                      <wp:lineTo x="23461" y="16615"/>
                      <wp:lineTo x="23461" y="14954"/>
                      <wp:lineTo x="21519" y="-9969"/>
                      <wp:lineTo x="21357" y="-14954"/>
                      <wp:lineTo x="809" y="-14954"/>
                    </wp:wrapPolygon>
                  </wp:wrapTight>
                  <wp:docPr id="15938357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175" cy="247650"/>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anchor>
              </w:drawing>
            </w:r>
          </w:p>
        </w:tc>
      </w:tr>
    </w:tbl>
    <w:p w14:paraId="60F2D70D" w14:textId="77777777" w:rsidR="00117C0F" w:rsidRPr="00590B1A" w:rsidRDefault="00117C0F" w:rsidP="001968AA">
      <w:pPr>
        <w:pStyle w:val="Heading1"/>
        <w:numPr>
          <w:ilvl w:val="0"/>
          <w:numId w:val="23"/>
        </w:numPr>
        <w:spacing w:before="0" w:line="480" w:lineRule="auto"/>
        <w15:collapsed/>
        <w:rPr>
          <w:rFonts w:ascii="Aptos" w:hAnsi="Aptos" w:cstheme="majorHAnsi"/>
          <w:color w:val="0A2F41" w:themeColor="accent1" w:themeShade="80"/>
        </w:rPr>
      </w:pPr>
      <w:bookmarkStart w:id="5" w:name="_Adding_Attachments_to"/>
      <w:bookmarkEnd w:id="5"/>
      <w:r w:rsidRPr="00590B1A">
        <w:rPr>
          <w:rFonts w:ascii="Aptos" w:hAnsi="Aptos" w:cstheme="majorHAnsi"/>
          <w:color w:val="0A2F41" w:themeColor="accent1" w:themeShade="80"/>
        </w:rPr>
        <w:t>Adding Attachments to Purchase Order</w:t>
      </w:r>
    </w:p>
    <w:tbl>
      <w:tblPr>
        <w:tblStyle w:val="TableGrid"/>
        <w:tblW w:w="10440" w:type="dxa"/>
        <w:tblInd w:w="-545" w:type="dxa"/>
        <w:tblLook w:val="04A0" w:firstRow="1" w:lastRow="0" w:firstColumn="1" w:lastColumn="0" w:noHBand="0" w:noVBand="1"/>
      </w:tblPr>
      <w:tblGrid>
        <w:gridCol w:w="900"/>
        <w:gridCol w:w="9540"/>
      </w:tblGrid>
      <w:tr w:rsidR="00117C0F" w:rsidRPr="00BF0284" w14:paraId="262C7F71" w14:textId="77777777" w:rsidTr="00FD302C">
        <w:tc>
          <w:tcPr>
            <w:tcW w:w="900" w:type="dxa"/>
            <w:shd w:val="clear" w:color="auto" w:fill="ADADAD" w:themeFill="background2" w:themeFillShade="BF"/>
          </w:tcPr>
          <w:p w14:paraId="5F310ADA" w14:textId="77777777" w:rsidR="00117C0F" w:rsidRPr="00590B1A" w:rsidRDefault="00117C0F" w:rsidP="00AD552C">
            <w:pPr>
              <w:rPr>
                <w:rFonts w:ascii="Aptos" w:hAnsi="Aptos" w:cstheme="majorHAnsi"/>
                <w:b/>
                <w:bCs/>
              </w:rPr>
            </w:pPr>
            <w:r w:rsidRPr="00590B1A">
              <w:rPr>
                <w:rFonts w:ascii="Aptos" w:hAnsi="Aptos" w:cstheme="majorHAnsi"/>
                <w:b/>
                <w:bCs/>
              </w:rPr>
              <w:t>Step</w:t>
            </w:r>
          </w:p>
        </w:tc>
        <w:tc>
          <w:tcPr>
            <w:tcW w:w="9540" w:type="dxa"/>
            <w:shd w:val="clear" w:color="auto" w:fill="ADADAD" w:themeFill="background2" w:themeFillShade="BF"/>
          </w:tcPr>
          <w:p w14:paraId="777A3412" w14:textId="77777777" w:rsidR="00117C0F" w:rsidRPr="00942646" w:rsidRDefault="00117C0F" w:rsidP="00E53302">
            <w:pPr>
              <w:rPr>
                <w:rFonts w:ascii="Aptos" w:hAnsi="Aptos" w:cstheme="majorHAnsi"/>
                <w:b/>
                <w:bCs/>
              </w:rPr>
            </w:pPr>
            <w:r w:rsidRPr="00942646">
              <w:rPr>
                <w:rFonts w:ascii="Aptos" w:hAnsi="Aptos" w:cstheme="majorHAnsi"/>
                <w:b/>
                <w:bCs/>
              </w:rPr>
              <w:t>Instruction / Explanation</w:t>
            </w:r>
          </w:p>
        </w:tc>
      </w:tr>
      <w:tr w:rsidR="00117C0F" w:rsidRPr="00BF0284" w14:paraId="5E5E6A1C" w14:textId="77777777" w:rsidTr="00FD302C">
        <w:tc>
          <w:tcPr>
            <w:tcW w:w="900" w:type="dxa"/>
          </w:tcPr>
          <w:p w14:paraId="1421D0EB" w14:textId="77777777" w:rsidR="00117C0F" w:rsidRPr="00590B1A" w:rsidRDefault="00117C0F" w:rsidP="00ED4F4C">
            <w:pPr>
              <w:pStyle w:val="ListParagraph"/>
              <w:numPr>
                <w:ilvl w:val="0"/>
                <w:numId w:val="33"/>
              </w:numPr>
              <w:rPr>
                <w:rFonts w:ascii="Aptos" w:hAnsi="Aptos" w:cstheme="majorHAnsi"/>
              </w:rPr>
            </w:pPr>
          </w:p>
        </w:tc>
        <w:tc>
          <w:tcPr>
            <w:tcW w:w="9540" w:type="dxa"/>
          </w:tcPr>
          <w:p w14:paraId="70588A0E" w14:textId="77777777" w:rsidR="00B67779" w:rsidRDefault="00B67779" w:rsidP="00ED4F4C">
            <w:pPr>
              <w:rPr>
                <w:rFonts w:ascii="Aptos" w:hAnsi="Aptos" w:cs="Calibri"/>
              </w:rPr>
            </w:pPr>
            <w:r>
              <w:rPr>
                <w:rFonts w:ascii="Aptos" w:hAnsi="Aptos" w:cs="Calibri"/>
              </w:rPr>
              <w:t xml:space="preserve">Choose the Menu Selection/Pathway Option:  </w:t>
            </w:r>
          </w:p>
          <w:p w14:paraId="0FB52E41" w14:textId="77777777" w:rsidR="00B67779" w:rsidRDefault="00B67779" w:rsidP="00ED4F4C">
            <w:pPr>
              <w:rPr>
                <w:rFonts w:ascii="Aptos" w:hAnsi="Aptos" w:cs="Arial"/>
                <w:b/>
                <w:bCs/>
                <w:color w:val="002060"/>
                <w:lang w:val="en"/>
              </w:rPr>
            </w:pPr>
            <w:r w:rsidRPr="00675BBA">
              <w:rPr>
                <w:rFonts w:ascii="Aptos" w:hAnsi="Aptos" w:cs="Arial"/>
                <w:b/>
                <w:bCs/>
                <w:color w:val="002060"/>
                <w:lang w:val="en"/>
              </w:rPr>
              <w:t xml:space="preserve">State of Nebraska &gt; Purchasing &gt; </w:t>
            </w:r>
            <w:r>
              <w:rPr>
                <w:rFonts w:ascii="Aptos" w:hAnsi="Aptos" w:cs="Arial"/>
                <w:b/>
                <w:bCs/>
                <w:color w:val="002060"/>
                <w:lang w:val="en"/>
              </w:rPr>
              <w:t>Purchase Orders &gt; Work with Purchase Order</w:t>
            </w:r>
          </w:p>
          <w:p w14:paraId="34BC2E22" w14:textId="77777777" w:rsidR="00B67779" w:rsidRPr="00816E8A" w:rsidRDefault="00B67779" w:rsidP="00ED4F4C">
            <w:pPr>
              <w:rPr>
                <w:rFonts w:ascii="Aptos" w:hAnsi="Aptos" w:cs="Arial"/>
                <w:b/>
                <w:bCs/>
                <w:color w:val="002060"/>
                <w:lang w:val="en"/>
              </w:rPr>
            </w:pPr>
          </w:p>
          <w:p w14:paraId="416F1AA8" w14:textId="556CDE9D" w:rsidR="00F84AD6" w:rsidRPr="00ED4F4C" w:rsidRDefault="00B67779" w:rsidP="00ED4F4C">
            <w:pPr>
              <w:rPr>
                <w:rFonts w:ascii="Aptos" w:hAnsi="Aptos" w:cs="Calibri"/>
              </w:rPr>
            </w:pPr>
            <w:r w:rsidRPr="00F84AD6">
              <w:rPr>
                <w:rFonts w:ascii="Aptos" w:hAnsi="Aptos" w:cs="Calibri"/>
              </w:rPr>
              <w:t xml:space="preserve">The process </w:t>
            </w:r>
            <w:r>
              <w:rPr>
                <w:rFonts w:ascii="Aptos" w:hAnsi="Aptos" w:cs="Calibri"/>
              </w:rPr>
              <w:t xml:space="preserve">is the same </w:t>
            </w:r>
            <w:r w:rsidRPr="00F84AD6">
              <w:rPr>
                <w:rFonts w:ascii="Aptos" w:hAnsi="Aptos" w:cs="Calibri"/>
              </w:rPr>
              <w:t xml:space="preserve">for all </w:t>
            </w:r>
            <w:r w:rsidR="00351B6E">
              <w:rPr>
                <w:rFonts w:ascii="Aptos" w:hAnsi="Aptos" w:cs="Calibri"/>
              </w:rPr>
              <w:t xml:space="preserve">purchase order </w:t>
            </w:r>
            <w:r w:rsidRPr="00F84AD6">
              <w:rPr>
                <w:rFonts w:ascii="Aptos" w:hAnsi="Aptos" w:cs="Calibri"/>
              </w:rPr>
              <w:t>doc</w:t>
            </w:r>
            <w:r w:rsidR="00351B6E">
              <w:rPr>
                <w:rFonts w:ascii="Aptos" w:hAnsi="Aptos" w:cs="Calibri"/>
              </w:rPr>
              <w:t>ument</w:t>
            </w:r>
            <w:r w:rsidRPr="00F84AD6">
              <w:rPr>
                <w:rFonts w:ascii="Aptos" w:hAnsi="Aptos" w:cs="Calibri"/>
              </w:rPr>
              <w:t xml:space="preserve"> types</w:t>
            </w:r>
            <w:r>
              <w:rPr>
                <w:rFonts w:ascii="Aptos" w:hAnsi="Aptos" w:cs="Calibri"/>
              </w:rPr>
              <w:t>.</w:t>
            </w:r>
            <w:r w:rsidR="00ED4F4C">
              <w:rPr>
                <w:rFonts w:ascii="Aptos" w:hAnsi="Aptos" w:cs="Calibri"/>
              </w:rPr>
              <w:t xml:space="preserve"> </w:t>
            </w:r>
            <w:r>
              <w:rPr>
                <w:rFonts w:ascii="Aptos" w:hAnsi="Aptos" w:cs="Calibri"/>
              </w:rPr>
              <w:t>T</w:t>
            </w:r>
            <w:r w:rsidR="00F84AD6">
              <w:rPr>
                <w:rFonts w:ascii="Aptos" w:hAnsi="Aptos" w:cs="Calibri"/>
              </w:rPr>
              <w:t xml:space="preserve">his example </w:t>
            </w:r>
            <w:r>
              <w:rPr>
                <w:rFonts w:ascii="Aptos" w:hAnsi="Aptos" w:cs="Calibri"/>
              </w:rPr>
              <w:t>demonstrates</w:t>
            </w:r>
            <w:r w:rsidR="00F84AD6">
              <w:rPr>
                <w:rFonts w:ascii="Aptos" w:hAnsi="Aptos" w:cs="Calibri"/>
              </w:rPr>
              <w:t xml:space="preserve"> adding a </w:t>
            </w:r>
            <w:r>
              <w:rPr>
                <w:rFonts w:ascii="Aptos" w:hAnsi="Aptos" w:cs="Calibri"/>
              </w:rPr>
              <w:t xml:space="preserve">document </w:t>
            </w:r>
            <w:r w:rsidR="00F84AD6">
              <w:rPr>
                <w:rFonts w:ascii="Aptos" w:hAnsi="Aptos" w:cs="Calibri"/>
              </w:rPr>
              <w:t>file</w:t>
            </w:r>
            <w:r w:rsidR="00ED4F4C">
              <w:rPr>
                <w:rFonts w:ascii="Aptos" w:hAnsi="Aptos" w:cs="Calibri"/>
              </w:rPr>
              <w:t xml:space="preserve"> attachment</w:t>
            </w:r>
            <w:r w:rsidR="00F84AD6">
              <w:rPr>
                <w:rFonts w:ascii="Aptos" w:hAnsi="Aptos" w:cs="Calibri"/>
              </w:rPr>
              <w:t xml:space="preserve"> and text attachment to a</w:t>
            </w:r>
            <w:r w:rsidR="00351B6E">
              <w:rPr>
                <w:rFonts w:ascii="Aptos" w:hAnsi="Aptos" w:cs="Calibri"/>
              </w:rPr>
              <w:t xml:space="preserve"> Commodity Purchase Order</w:t>
            </w:r>
            <w:r w:rsidR="00836676">
              <w:rPr>
                <w:rFonts w:ascii="Aptos" w:hAnsi="Aptos" w:cs="Calibri"/>
              </w:rPr>
              <w:t xml:space="preserve"> (OP)</w:t>
            </w:r>
            <w:r w:rsidR="00F84AD6">
              <w:rPr>
                <w:rFonts w:ascii="Aptos" w:hAnsi="Aptos" w:cs="Calibri"/>
              </w:rPr>
              <w:t xml:space="preserve">. </w:t>
            </w:r>
            <w:r w:rsidR="00F84AD6" w:rsidRPr="00F84AD6">
              <w:rPr>
                <w:rFonts w:ascii="Aptos" w:hAnsi="Aptos" w:cs="Calibri"/>
              </w:rPr>
              <w:t xml:space="preserve"> </w:t>
            </w:r>
          </w:p>
        </w:tc>
      </w:tr>
      <w:tr w:rsidR="00117C0F" w:rsidRPr="00BF0284" w14:paraId="07B0FA11" w14:textId="77777777" w:rsidTr="00FD302C">
        <w:tc>
          <w:tcPr>
            <w:tcW w:w="900" w:type="dxa"/>
          </w:tcPr>
          <w:p w14:paraId="67198E29" w14:textId="77777777" w:rsidR="00117C0F" w:rsidRPr="00590B1A" w:rsidRDefault="00117C0F" w:rsidP="00ED4F4C">
            <w:pPr>
              <w:pStyle w:val="ListParagraph"/>
              <w:numPr>
                <w:ilvl w:val="0"/>
                <w:numId w:val="33"/>
              </w:numPr>
              <w:rPr>
                <w:rFonts w:ascii="Aptos" w:hAnsi="Aptos" w:cstheme="majorHAnsi"/>
              </w:rPr>
            </w:pPr>
          </w:p>
        </w:tc>
        <w:tc>
          <w:tcPr>
            <w:tcW w:w="9540" w:type="dxa"/>
          </w:tcPr>
          <w:p w14:paraId="5A6F9A80" w14:textId="036CC3D6" w:rsidR="00117C0F" w:rsidRPr="00942646" w:rsidRDefault="00117C0F" w:rsidP="00ED4F4C">
            <w:pPr>
              <w:rPr>
                <w:rFonts w:ascii="Aptos" w:hAnsi="Aptos" w:cs="Calibri"/>
              </w:rPr>
            </w:pPr>
            <w:r w:rsidRPr="00942646">
              <w:rPr>
                <w:rFonts w:ascii="Aptos" w:hAnsi="Aptos" w:cs="Calibri"/>
              </w:rPr>
              <w:t>Enter the purchase order</w:t>
            </w:r>
            <w:r w:rsidR="00B67779">
              <w:rPr>
                <w:rFonts w:ascii="Aptos" w:hAnsi="Aptos" w:cs="Calibri"/>
              </w:rPr>
              <w:t xml:space="preserve"> number</w:t>
            </w:r>
            <w:r w:rsidRPr="00942646">
              <w:rPr>
                <w:rFonts w:ascii="Aptos" w:hAnsi="Aptos" w:cs="Calibri"/>
              </w:rPr>
              <w:t xml:space="preserve"> </w:t>
            </w:r>
            <w:r w:rsidR="00897035">
              <w:rPr>
                <w:rFonts w:ascii="Aptos" w:hAnsi="Aptos" w:cs="Calibri"/>
              </w:rPr>
              <w:t xml:space="preserve">to </w:t>
            </w:r>
            <w:r w:rsidR="008F791C">
              <w:rPr>
                <w:rFonts w:ascii="Aptos" w:hAnsi="Aptos" w:cs="Calibri"/>
              </w:rPr>
              <w:t xml:space="preserve">which </w:t>
            </w:r>
            <w:r w:rsidR="003712CE">
              <w:rPr>
                <w:rFonts w:ascii="Aptos" w:hAnsi="Aptos" w:cs="Calibri"/>
              </w:rPr>
              <w:t xml:space="preserve">attachments will be added </w:t>
            </w:r>
            <w:r w:rsidR="008F791C" w:rsidRPr="00942646">
              <w:rPr>
                <w:rFonts w:ascii="Aptos" w:hAnsi="Aptos" w:cs="Calibri"/>
              </w:rPr>
              <w:t xml:space="preserve">in the Order Number </w:t>
            </w:r>
            <w:r w:rsidR="008F791C">
              <w:rPr>
                <w:rFonts w:ascii="Aptos" w:hAnsi="Aptos" w:cs="Calibri"/>
              </w:rPr>
              <w:t>f</w:t>
            </w:r>
            <w:r w:rsidR="008F791C" w:rsidRPr="00942646">
              <w:rPr>
                <w:rFonts w:ascii="Aptos" w:hAnsi="Aptos" w:cs="Calibri"/>
              </w:rPr>
              <w:t xml:space="preserve">ield </w:t>
            </w:r>
            <w:r w:rsidR="003712CE">
              <w:rPr>
                <w:rFonts w:ascii="Aptos" w:hAnsi="Aptos" w:cs="Calibri"/>
              </w:rPr>
              <w:t xml:space="preserve">and </w:t>
            </w:r>
            <w:r w:rsidR="008F791C">
              <w:rPr>
                <w:rFonts w:ascii="Aptos" w:hAnsi="Aptos" w:cs="Calibri"/>
              </w:rPr>
              <w:t xml:space="preserve">the doc type in the blank field to the right of the Order Number </w:t>
            </w:r>
            <w:r w:rsidR="00A90258">
              <w:rPr>
                <w:rFonts w:ascii="Aptos" w:hAnsi="Aptos" w:cs="Calibri"/>
              </w:rPr>
              <w:t>field and</w:t>
            </w:r>
            <w:r w:rsidR="008F791C" w:rsidRPr="00942646">
              <w:rPr>
                <w:rFonts w:ascii="Aptos" w:hAnsi="Aptos" w:cs="Calibri"/>
              </w:rPr>
              <w:t xml:space="preserve"> click the</w:t>
            </w:r>
            <w:r w:rsidR="008F791C">
              <w:rPr>
                <w:rFonts w:ascii="Aptos" w:hAnsi="Aptos" w:cs="Calibri"/>
              </w:rPr>
              <w:t xml:space="preserve"> “</w:t>
            </w:r>
            <w:r w:rsidR="008F791C" w:rsidRPr="003625C2">
              <w:rPr>
                <w:rFonts w:ascii="Aptos" w:hAnsi="Aptos" w:cs="Calibri"/>
                <w:b/>
                <w:bCs/>
              </w:rPr>
              <w:t>Find</w:t>
            </w:r>
            <w:r w:rsidR="008F791C">
              <w:rPr>
                <w:rFonts w:ascii="Aptos" w:hAnsi="Aptos" w:cs="Calibri"/>
              </w:rPr>
              <w:t>” button (</w:t>
            </w:r>
            <w:r w:rsidR="008F791C" w:rsidRPr="00942646">
              <w:rPr>
                <w:rFonts w:ascii="Aptos" w:hAnsi="Aptos" w:cs="Calibri"/>
              </w:rPr>
              <w:t>magnifying glass</w:t>
            </w:r>
            <w:r w:rsidR="008F791C">
              <w:rPr>
                <w:rFonts w:ascii="Aptos" w:hAnsi="Aptos" w:cs="Calibri"/>
              </w:rPr>
              <w:t>)</w:t>
            </w:r>
            <w:r w:rsidR="008F791C" w:rsidRPr="00942646">
              <w:rPr>
                <w:rFonts w:ascii="Aptos" w:hAnsi="Aptos" w:cs="Calibri"/>
              </w:rPr>
              <w:t>.</w:t>
            </w:r>
          </w:p>
          <w:p w14:paraId="06871804" w14:textId="5BC5B1E1" w:rsidR="00117C0F" w:rsidRPr="00942646" w:rsidRDefault="003712CE" w:rsidP="00ED4F4C">
            <w:pPr>
              <w:jc w:val="center"/>
              <w:rPr>
                <w:rFonts w:ascii="Aptos" w:hAnsi="Aptos" w:cstheme="majorHAnsi"/>
              </w:rPr>
            </w:pPr>
            <w:r w:rsidRPr="00942646">
              <w:rPr>
                <w:rFonts w:ascii="Aptos" w:hAnsi="Aptos" w:cs="Calibri"/>
                <w:noProof/>
              </w:rPr>
              <mc:AlternateContent>
                <mc:Choice Requires="wps">
                  <w:drawing>
                    <wp:anchor distT="0" distB="0" distL="114300" distR="114300" simplePos="0" relativeHeight="251760640" behindDoc="0" locked="0" layoutInCell="1" allowOverlap="1" wp14:anchorId="03784412" wp14:editId="33D9C200">
                      <wp:simplePos x="0" y="0"/>
                      <wp:positionH relativeFrom="column">
                        <wp:posOffset>1499622</wp:posOffset>
                      </wp:positionH>
                      <wp:positionV relativeFrom="paragraph">
                        <wp:posOffset>422220</wp:posOffset>
                      </wp:positionV>
                      <wp:extent cx="389614" cy="242018"/>
                      <wp:effectExtent l="19050" t="38100" r="0" b="62865"/>
                      <wp:wrapNone/>
                      <wp:docPr id="221066420"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5CCC6" id="Arrow: Right 9" o:spid="_x0000_s1026" type="#_x0000_t13" style="position:absolute;margin-left:118.1pt;margin-top:33.25pt;width:30.7pt;height:19.05pt;rotation:-2560056fd;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" adj="14891" fillcolor="red" strokecolor="#030e13 [484]" strokeweight=".25pt"/>
                  </w:pict>
                </mc:Fallback>
              </mc:AlternateContent>
            </w:r>
            <w:r w:rsidR="00117C0F" w:rsidRPr="00942646">
              <w:rPr>
                <w:rFonts w:ascii="Aptos" w:hAnsi="Aptos" w:cstheme="minorHAnsi"/>
                <w:bCs/>
                <w:noProof/>
              </w:rPr>
              <mc:AlternateContent>
                <mc:Choice Requires="wps">
                  <w:drawing>
                    <wp:anchor distT="0" distB="0" distL="114300" distR="114300" simplePos="0" relativeHeight="251761664" behindDoc="0" locked="0" layoutInCell="1" allowOverlap="1" wp14:anchorId="5611FE66" wp14:editId="1814F161">
                      <wp:simplePos x="0" y="0"/>
                      <wp:positionH relativeFrom="column">
                        <wp:posOffset>2463552</wp:posOffset>
                      </wp:positionH>
                      <wp:positionV relativeFrom="paragraph">
                        <wp:posOffset>537182</wp:posOffset>
                      </wp:positionV>
                      <wp:extent cx="1143000" cy="230588"/>
                      <wp:effectExtent l="0" t="0" r="19050" b="17145"/>
                      <wp:wrapNone/>
                      <wp:docPr id="346810572" name="Rectangle: Rounded Corners 5"/>
                      <wp:cNvGraphicFramePr/>
                      <a:graphic xmlns:a="http://schemas.openxmlformats.org/drawingml/2006/main">
                        <a:graphicData uri="http://schemas.microsoft.com/office/word/2010/wordprocessingShape">
                          <wps:wsp>
                            <wps:cNvSpPr/>
                            <wps:spPr>
                              <a:xfrm>
                                <a:off x="0" y="0"/>
                                <a:ext cx="1143000"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3C57C" id="Rectangle: Rounded Corners 5" o:spid="_x0000_s1026" style="position:absolute;margin-left:194pt;margin-top:42.3pt;width:90pt;height:18.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" filled="f" strokecolor="red" strokeweight="1pt">
                      <v:stroke joinstyle="miter"/>
                    </v:roundrect>
                  </w:pict>
                </mc:Fallback>
              </mc:AlternateContent>
            </w:r>
            <w:r w:rsidR="00117C0F" w:rsidRPr="00942646">
              <w:rPr>
                <w:rFonts w:ascii="Aptos" w:hAnsi="Aptos" w:cstheme="majorHAnsi"/>
                <w:noProof/>
              </w:rPr>
              <w:drawing>
                <wp:inline distT="0" distB="0" distL="0" distR="0" wp14:anchorId="770C2CE6" wp14:editId="46B2579F">
                  <wp:extent cx="2405263" cy="1577975"/>
                  <wp:effectExtent l="171450" t="171450" r="243205" b="288925"/>
                  <wp:docPr id="1446900123" name="Picture 26"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45474" name="Picture 26" descr="Graphical user interface&#10;&#10;AI-generated content may be incorrect."/>
                          <pic:cNvPicPr/>
                        </pic:nvPicPr>
                        <pic:blipFill>
                          <a:blip r:embed="rId47"/>
                          <a:stretch>
                            <a:fillRect/>
                          </a:stretch>
                        </pic:blipFill>
                        <pic:spPr>
                          <a:xfrm>
                            <a:off x="0" y="0"/>
                            <a:ext cx="2411118" cy="1581816"/>
                          </a:xfrm>
                          <a:prstGeom prst="rect">
                            <a:avLst/>
                          </a:prstGeom>
                          <a:ln w="3175">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F84AD6" w:rsidRPr="00BF0284" w14:paraId="447B1A93" w14:textId="77777777" w:rsidTr="00FD302C">
        <w:tc>
          <w:tcPr>
            <w:tcW w:w="900" w:type="dxa"/>
          </w:tcPr>
          <w:p w14:paraId="2B7622E3" w14:textId="77777777" w:rsidR="00F84AD6" w:rsidRPr="00590B1A" w:rsidRDefault="00F84AD6" w:rsidP="00ED4F4C">
            <w:pPr>
              <w:pStyle w:val="ListParagraph"/>
              <w:numPr>
                <w:ilvl w:val="0"/>
                <w:numId w:val="33"/>
              </w:numPr>
              <w:rPr>
                <w:rFonts w:ascii="Aptos" w:hAnsi="Aptos" w:cstheme="majorHAnsi"/>
              </w:rPr>
            </w:pPr>
          </w:p>
        </w:tc>
        <w:tc>
          <w:tcPr>
            <w:tcW w:w="9540" w:type="dxa"/>
          </w:tcPr>
          <w:p w14:paraId="50A71C02" w14:textId="77777777" w:rsidR="003712CE" w:rsidRDefault="00F84AD6" w:rsidP="00ED4F4C">
            <w:pPr>
              <w:rPr>
                <w:rFonts w:ascii="Aptos" w:hAnsi="Aptos" w:cs="Calibri"/>
              </w:rPr>
            </w:pPr>
            <w:r>
              <w:rPr>
                <w:rFonts w:ascii="Aptos" w:hAnsi="Aptos" w:cs="Calibri"/>
              </w:rPr>
              <w:t>Next, select the purchase order</w:t>
            </w:r>
            <w:r w:rsidR="003712CE">
              <w:rPr>
                <w:rFonts w:ascii="Aptos" w:hAnsi="Aptos" w:cs="Calibri"/>
              </w:rPr>
              <w:t xml:space="preserve">. </w:t>
            </w:r>
          </w:p>
          <w:p w14:paraId="21B5C301" w14:textId="77777777" w:rsidR="003712CE" w:rsidRDefault="003712CE" w:rsidP="00ED4F4C">
            <w:pPr>
              <w:pStyle w:val="ListParagraph"/>
              <w:numPr>
                <w:ilvl w:val="0"/>
                <w:numId w:val="34"/>
              </w:numPr>
              <w:rPr>
                <w:rFonts w:ascii="Aptos" w:hAnsi="Aptos" w:cs="Calibri"/>
              </w:rPr>
            </w:pPr>
            <w:r w:rsidRPr="003712CE">
              <w:rPr>
                <w:rFonts w:ascii="Aptos" w:hAnsi="Aptos" w:cs="Calibri"/>
              </w:rPr>
              <w:t xml:space="preserve">To add attachments to the header, </w:t>
            </w:r>
            <w:r w:rsidR="00FC53CC" w:rsidRPr="00B84F41">
              <w:rPr>
                <w:rFonts w:ascii="Aptos" w:hAnsi="Aptos" w:cs="Calibri"/>
                <w:b/>
                <w:bCs/>
              </w:rPr>
              <w:t>either</w:t>
            </w:r>
            <w:r w:rsidR="00FC53CC" w:rsidRPr="003712CE">
              <w:rPr>
                <w:rFonts w:ascii="Aptos" w:hAnsi="Aptos" w:cs="Calibri"/>
              </w:rPr>
              <w:t xml:space="preserve"> </w:t>
            </w:r>
            <w:r w:rsidR="00F84AD6" w:rsidRPr="003712CE">
              <w:rPr>
                <w:rFonts w:ascii="Aptos" w:hAnsi="Aptos" w:cs="Calibri"/>
              </w:rPr>
              <w:t>click the green check</w:t>
            </w:r>
            <w:r w:rsidR="00192CDE" w:rsidRPr="003712CE">
              <w:rPr>
                <w:rFonts w:ascii="Aptos" w:hAnsi="Aptos" w:cs="Calibri"/>
              </w:rPr>
              <w:t>mark</w:t>
            </w:r>
            <w:r w:rsidR="00FC53CC" w:rsidRPr="003712CE">
              <w:rPr>
                <w:rFonts w:ascii="Aptos" w:hAnsi="Aptos" w:cs="Calibri"/>
              </w:rPr>
              <w:t xml:space="preserve">, </w:t>
            </w:r>
            <w:r w:rsidR="00FC53CC" w:rsidRPr="00B84F41">
              <w:rPr>
                <w:rFonts w:ascii="Aptos" w:hAnsi="Aptos" w:cs="Calibri"/>
                <w:b/>
                <w:bCs/>
              </w:rPr>
              <w:t>or</w:t>
            </w:r>
            <w:r w:rsidR="00FC53CC" w:rsidRPr="003712CE">
              <w:rPr>
                <w:rFonts w:ascii="Aptos" w:hAnsi="Aptos" w:cs="Calibri"/>
              </w:rPr>
              <w:t xml:space="preserve"> click the “</w:t>
            </w:r>
            <w:r w:rsidR="00FC53CC" w:rsidRPr="00B84F41">
              <w:rPr>
                <w:rFonts w:ascii="Aptos" w:hAnsi="Aptos" w:cs="Calibri"/>
                <w:b/>
                <w:bCs/>
              </w:rPr>
              <w:t>Header Revisions</w:t>
            </w:r>
            <w:r w:rsidR="00FC53CC" w:rsidRPr="003712CE">
              <w:rPr>
                <w:rFonts w:ascii="Aptos" w:hAnsi="Aptos" w:cs="Calibri"/>
              </w:rPr>
              <w:t>” button</w:t>
            </w:r>
            <w:r w:rsidR="00A65AAC" w:rsidRPr="003712CE">
              <w:rPr>
                <w:rFonts w:ascii="Aptos" w:hAnsi="Aptos" w:cs="Calibri"/>
              </w:rPr>
              <w:t>, to get to the Order Header screen</w:t>
            </w:r>
            <w:r w:rsidR="00F84AD6" w:rsidRPr="003712CE">
              <w:rPr>
                <w:rFonts w:ascii="Aptos" w:hAnsi="Aptos" w:cs="Calibri"/>
              </w:rPr>
              <w:t>.</w:t>
            </w:r>
            <w:r w:rsidR="00A65AAC" w:rsidRPr="003712CE">
              <w:rPr>
                <w:rFonts w:ascii="Aptos" w:hAnsi="Aptos" w:cs="Calibri"/>
              </w:rPr>
              <w:t xml:space="preserve"> </w:t>
            </w:r>
          </w:p>
          <w:p w14:paraId="6E252798" w14:textId="26ABD7B6" w:rsidR="00F84AD6" w:rsidRPr="003712CE" w:rsidRDefault="00A65AAC" w:rsidP="00ED4F4C">
            <w:pPr>
              <w:pStyle w:val="ListParagraph"/>
              <w:numPr>
                <w:ilvl w:val="0"/>
                <w:numId w:val="34"/>
              </w:numPr>
              <w:rPr>
                <w:rFonts w:ascii="Aptos" w:hAnsi="Aptos" w:cs="Calibri"/>
              </w:rPr>
            </w:pPr>
            <w:r w:rsidRPr="003712CE">
              <w:rPr>
                <w:rFonts w:ascii="Aptos" w:hAnsi="Aptos" w:cs="Calibri"/>
              </w:rPr>
              <w:t xml:space="preserve">To </w:t>
            </w:r>
            <w:r w:rsidR="003712CE">
              <w:rPr>
                <w:rFonts w:ascii="Aptos" w:hAnsi="Aptos" w:cs="Calibri"/>
              </w:rPr>
              <w:t xml:space="preserve">add </w:t>
            </w:r>
            <w:r w:rsidR="003712CE" w:rsidRPr="003712CE">
              <w:rPr>
                <w:rFonts w:ascii="Aptos" w:hAnsi="Aptos" w:cs="Calibri"/>
              </w:rPr>
              <w:t>attachments to a detail line</w:t>
            </w:r>
            <w:r w:rsidRPr="003712CE">
              <w:rPr>
                <w:rFonts w:ascii="Aptos" w:hAnsi="Aptos" w:cs="Calibri"/>
              </w:rPr>
              <w:t>, click the “</w:t>
            </w:r>
            <w:r w:rsidRPr="00B84F41">
              <w:rPr>
                <w:rFonts w:ascii="Aptos" w:hAnsi="Aptos" w:cs="Calibri"/>
                <w:b/>
                <w:bCs/>
              </w:rPr>
              <w:t>Detail Revisions</w:t>
            </w:r>
            <w:r w:rsidRPr="003712CE">
              <w:rPr>
                <w:rFonts w:ascii="Aptos" w:hAnsi="Aptos" w:cs="Calibri"/>
              </w:rPr>
              <w:t xml:space="preserve">” button and skip to step </w:t>
            </w:r>
            <w:r w:rsidR="00351B6E" w:rsidRPr="003712CE">
              <w:rPr>
                <w:rFonts w:ascii="Aptos" w:hAnsi="Aptos" w:cs="Calibri"/>
              </w:rPr>
              <w:t>10</w:t>
            </w:r>
            <w:r w:rsidRPr="003712CE">
              <w:rPr>
                <w:rFonts w:ascii="Aptos" w:hAnsi="Aptos" w:cs="Calibri"/>
              </w:rPr>
              <w:t>.</w:t>
            </w:r>
          </w:p>
          <w:p w14:paraId="226CD6D9" w14:textId="77777777" w:rsidR="00F84AD6" w:rsidRPr="00942646" w:rsidRDefault="0070748C" w:rsidP="00ED4F4C">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39488" behindDoc="0" locked="0" layoutInCell="1" allowOverlap="1" wp14:anchorId="76AEC346" wp14:editId="72F51943">
                      <wp:simplePos x="0" y="0"/>
                      <wp:positionH relativeFrom="column">
                        <wp:posOffset>1188365</wp:posOffset>
                      </wp:positionH>
                      <wp:positionV relativeFrom="paragraph">
                        <wp:posOffset>423866</wp:posOffset>
                      </wp:positionV>
                      <wp:extent cx="389614" cy="242018"/>
                      <wp:effectExtent l="19050" t="38100" r="0" b="62865"/>
                      <wp:wrapNone/>
                      <wp:docPr id="971017009"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EC57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93.55pt;margin-top:33.4pt;width:30.7pt;height:19.05pt;rotation:-2560056fd;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" adj="14891"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837440" behindDoc="0" locked="0" layoutInCell="1" allowOverlap="1" wp14:anchorId="245AE308" wp14:editId="2EFF1F6A">
                      <wp:simplePos x="0" y="0"/>
                      <wp:positionH relativeFrom="column">
                        <wp:posOffset>1495771</wp:posOffset>
                      </wp:positionH>
                      <wp:positionV relativeFrom="paragraph">
                        <wp:posOffset>2252600</wp:posOffset>
                      </wp:positionV>
                      <wp:extent cx="1033669" cy="742950"/>
                      <wp:effectExtent l="0" t="0" r="14605" b="19050"/>
                      <wp:wrapNone/>
                      <wp:docPr id="1166322955" name="Rectangle: Rounded Corners 8"/>
                      <wp:cNvGraphicFramePr/>
                      <a:graphic xmlns:a="http://schemas.openxmlformats.org/drawingml/2006/main">
                        <a:graphicData uri="http://schemas.microsoft.com/office/word/2010/wordprocessingShape">
                          <wps:wsp>
                            <wps:cNvSpPr/>
                            <wps:spPr>
                              <a:xfrm>
                                <a:off x="0" y="0"/>
                                <a:ext cx="1033669" cy="7429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2172A" id="Rectangle: Rounded Corners 8" o:spid="_x0000_s1026" style="position:absolute;margin-left:117.8pt;margin-top:177.35pt;width:81.4pt;height:5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" filled="f" strokecolor="red" strokeweight="1pt">
                      <v:stroke joinstyle="miter"/>
                    </v:roundrect>
                  </w:pict>
                </mc:Fallback>
              </mc:AlternateContent>
            </w:r>
            <w:r>
              <w:rPr>
                <w:rFonts w:ascii="Aptos" w:hAnsi="Aptos" w:cs="Calibri"/>
                <w:noProof/>
              </w:rPr>
              <mc:AlternateContent>
                <mc:Choice Requires="wps">
                  <w:drawing>
                    <wp:anchor distT="0" distB="0" distL="114300" distR="114300" simplePos="0" relativeHeight="252114944" behindDoc="0" locked="0" layoutInCell="1" allowOverlap="1" wp14:anchorId="4125E64C" wp14:editId="061D03C2">
                      <wp:simplePos x="0" y="0"/>
                      <wp:positionH relativeFrom="column">
                        <wp:posOffset>3387047</wp:posOffset>
                      </wp:positionH>
                      <wp:positionV relativeFrom="paragraph">
                        <wp:posOffset>1815637</wp:posOffset>
                      </wp:positionV>
                      <wp:extent cx="393700" cy="222250"/>
                      <wp:effectExtent l="85725" t="0" r="130175" b="73025"/>
                      <wp:wrapNone/>
                      <wp:docPr id="1894094794" name="Arrow: Right 3"/>
                      <wp:cNvGraphicFramePr/>
                      <a:graphic xmlns:a="http://schemas.openxmlformats.org/drawingml/2006/main">
                        <a:graphicData uri="http://schemas.microsoft.com/office/word/2010/wordprocessingShape">
                          <wps:wsp>
                            <wps:cNvSpPr/>
                            <wps:spPr>
                              <a:xfrm rot="13516315">
                                <a:off x="0" y="0"/>
                                <a:ext cx="393700" cy="222250"/>
                              </a:xfrm>
                              <a:prstGeom prst="rightArrow">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20E81" id="Arrow: Right 3" o:spid="_x0000_s1026" type="#_x0000_t13" style="position:absolute;margin-left:266.7pt;margin-top:142.95pt;width:31pt;height:17.5pt;rotation:-8829540fd;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" adj="15503" fillcolor="red" strokecolor="black [3213]">
                      <v:shadow on="t" color="black" opacity="22937f" origin=",.5" offset="0,.63889mm"/>
                    </v:shape>
                  </w:pict>
                </mc:Fallback>
              </mc:AlternateContent>
            </w:r>
            <w:r>
              <w:rPr>
                <w:rFonts w:ascii="Aptos" w:hAnsi="Aptos" w:cs="Calibri"/>
                <w:noProof/>
              </w:rPr>
              <mc:AlternateContent>
                <mc:Choice Requires="wps">
                  <w:drawing>
                    <wp:anchor distT="0" distB="0" distL="114300" distR="114300" simplePos="0" relativeHeight="252113920" behindDoc="0" locked="0" layoutInCell="1" allowOverlap="1" wp14:anchorId="0E025E7C" wp14:editId="5C707C0D">
                      <wp:simplePos x="0" y="0"/>
                      <wp:positionH relativeFrom="column">
                        <wp:posOffset>2628545</wp:posOffset>
                      </wp:positionH>
                      <wp:positionV relativeFrom="paragraph">
                        <wp:posOffset>1524000</wp:posOffset>
                      </wp:positionV>
                      <wp:extent cx="1174750" cy="184150"/>
                      <wp:effectExtent l="57150" t="19050" r="63500" b="101600"/>
                      <wp:wrapNone/>
                      <wp:docPr id="1770083175" name="Rectangle: Rounded Corners 1"/>
                      <wp:cNvGraphicFramePr/>
                      <a:graphic xmlns:a="http://schemas.openxmlformats.org/drawingml/2006/main">
                        <a:graphicData uri="http://schemas.microsoft.com/office/word/2010/wordprocessingShape">
                          <wps:wsp>
                            <wps:cNvSpPr/>
                            <wps:spPr>
                              <a:xfrm>
                                <a:off x="0" y="0"/>
                                <a:ext cx="1174750" cy="184150"/>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FBF07" id="Rectangle: Rounded Corners 1" o:spid="_x0000_s1026" style="position:absolute;margin-left:206.95pt;margin-top:120pt;width:92.5pt;height:14.5pt;z-index:25211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" filled="f" strokecolor="red">
                      <v:shadow on="t" color="black" opacity="22937f" origin=",.5" offset="0,.63889mm"/>
                    </v:roundrect>
                  </w:pict>
                </mc:Fallback>
              </mc:AlternateContent>
            </w:r>
            <w:r w:rsidR="00F84AD6">
              <w:rPr>
                <w:rFonts w:ascii="Aptos" w:hAnsi="Aptos" w:cs="Calibri"/>
                <w:noProof/>
              </w:rPr>
              <w:drawing>
                <wp:inline distT="0" distB="0" distL="0" distR="0" wp14:anchorId="7FE0136A" wp14:editId="4C425D51">
                  <wp:extent cx="2661809" cy="2756535"/>
                  <wp:effectExtent l="171450" t="171450" r="253365" b="234315"/>
                  <wp:docPr id="32682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8820" name="Picture 326828820"/>
                          <pic:cNvPicPr/>
                        </pic:nvPicPr>
                        <pic:blipFill>
                          <a:blip r:embed="rId59"/>
                          <a:stretch>
                            <a:fillRect/>
                          </a:stretch>
                        </pic:blipFill>
                        <pic:spPr>
                          <a:xfrm>
                            <a:off x="0" y="0"/>
                            <a:ext cx="2663891" cy="2758692"/>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F84AD6" w:rsidRPr="00BF0284" w14:paraId="63485CC9" w14:textId="77777777" w:rsidTr="00FD302C">
        <w:tc>
          <w:tcPr>
            <w:tcW w:w="900" w:type="dxa"/>
          </w:tcPr>
          <w:p w14:paraId="41B747C7" w14:textId="77777777" w:rsidR="00F84AD6" w:rsidRPr="00590B1A" w:rsidRDefault="00F84AD6" w:rsidP="00B84F41">
            <w:pPr>
              <w:pStyle w:val="ListParagraph"/>
              <w:keepNext/>
              <w:numPr>
                <w:ilvl w:val="0"/>
                <w:numId w:val="33"/>
              </w:numPr>
              <w:rPr>
                <w:rFonts w:ascii="Aptos" w:hAnsi="Aptos" w:cstheme="majorHAnsi"/>
              </w:rPr>
            </w:pPr>
            <w:bookmarkStart w:id="6" w:name="_Ref225695106"/>
          </w:p>
        </w:tc>
        <w:bookmarkEnd w:id="6"/>
        <w:tc>
          <w:tcPr>
            <w:tcW w:w="9540" w:type="dxa"/>
          </w:tcPr>
          <w:p w14:paraId="2F4976FC" w14:textId="77777777" w:rsidR="00F84AD6" w:rsidRPr="00675BBA" w:rsidRDefault="00DB14C9" w:rsidP="00B84F41">
            <w:pPr>
              <w:keepNext/>
              <w:rPr>
                <w:rFonts w:ascii="Aptos" w:hAnsi="Aptos" w:cs="Calibri"/>
              </w:rPr>
            </w:pPr>
            <w:r>
              <w:rPr>
                <w:rFonts w:ascii="Aptos" w:hAnsi="Aptos" w:cs="Calibri"/>
              </w:rPr>
              <w:t>T</w:t>
            </w:r>
            <w:r w:rsidR="00F84AD6">
              <w:rPr>
                <w:rFonts w:ascii="Aptos" w:hAnsi="Aptos" w:cs="Calibri"/>
              </w:rPr>
              <w:t>he Order Header screen</w:t>
            </w:r>
            <w:r>
              <w:rPr>
                <w:rFonts w:ascii="Aptos" w:hAnsi="Aptos" w:cs="Calibri"/>
              </w:rPr>
              <w:t xml:space="preserve"> will open</w:t>
            </w:r>
            <w:r w:rsidR="00F84AD6">
              <w:rPr>
                <w:rFonts w:ascii="Aptos" w:hAnsi="Aptos" w:cs="Calibri"/>
              </w:rPr>
              <w:t>. Click the “</w:t>
            </w:r>
            <w:r w:rsidR="00F84AD6" w:rsidRPr="00B84F41">
              <w:rPr>
                <w:rFonts w:ascii="Aptos" w:hAnsi="Aptos" w:cs="Calibri"/>
                <w:b/>
                <w:bCs/>
              </w:rPr>
              <w:t>Form</w:t>
            </w:r>
            <w:r w:rsidR="00F84AD6">
              <w:rPr>
                <w:rFonts w:ascii="Aptos" w:hAnsi="Aptos" w:cs="Calibri"/>
              </w:rPr>
              <w:t>” tab and choose the “</w:t>
            </w:r>
            <w:r w:rsidR="00F84AD6" w:rsidRPr="00B84F41">
              <w:rPr>
                <w:rFonts w:ascii="Aptos" w:hAnsi="Aptos" w:cs="Calibri"/>
                <w:b/>
                <w:bCs/>
              </w:rPr>
              <w:t>Attachments</w:t>
            </w:r>
            <w:r w:rsidR="00F84AD6">
              <w:rPr>
                <w:rFonts w:ascii="Aptos" w:hAnsi="Aptos" w:cs="Calibri"/>
              </w:rPr>
              <w:t>” option.</w:t>
            </w:r>
          </w:p>
          <w:p w14:paraId="30666549" w14:textId="066115A8" w:rsidR="00F84AD6" w:rsidRPr="00942646" w:rsidRDefault="00B84F41" w:rsidP="00B84F41">
            <w:pPr>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41536" behindDoc="0" locked="0" layoutInCell="1" allowOverlap="1" wp14:anchorId="1F4960CD" wp14:editId="07D33997">
                      <wp:simplePos x="0" y="0"/>
                      <wp:positionH relativeFrom="column">
                        <wp:posOffset>2115738</wp:posOffset>
                      </wp:positionH>
                      <wp:positionV relativeFrom="paragraph">
                        <wp:posOffset>1819275</wp:posOffset>
                      </wp:positionV>
                      <wp:extent cx="1033669" cy="265513"/>
                      <wp:effectExtent l="0" t="0" r="14605" b="20320"/>
                      <wp:wrapNone/>
                      <wp:docPr id="251061314" name="Rectangle: Rounded Corners 8"/>
                      <wp:cNvGraphicFramePr/>
                      <a:graphic xmlns:a="http://schemas.openxmlformats.org/drawingml/2006/main">
                        <a:graphicData uri="http://schemas.microsoft.com/office/word/2010/wordprocessingShape">
                          <wps:wsp>
                            <wps:cNvSpPr/>
                            <wps:spPr>
                              <a:xfrm>
                                <a:off x="0" y="0"/>
                                <a:ext cx="1033669" cy="26551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36644" id="Rectangle: Rounded Corners 8" o:spid="_x0000_s1026" style="position:absolute;margin-left:166.6pt;margin-top:143.25pt;width:81.4pt;height:20.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" filled="f" strokecolor="red" strokeweight="1pt">
                      <v:stroke joinstyle="miter"/>
                    </v:roundrect>
                  </w:pict>
                </mc:Fallback>
              </mc:AlternateContent>
            </w:r>
            <w:r w:rsidR="0070748C" w:rsidRPr="00675BBA">
              <w:rPr>
                <w:rFonts w:ascii="Aptos" w:hAnsi="Aptos" w:cs="Calibri"/>
                <w:noProof/>
              </w:rPr>
              <mc:AlternateContent>
                <mc:Choice Requires="wps">
                  <w:drawing>
                    <wp:anchor distT="0" distB="0" distL="114300" distR="114300" simplePos="0" relativeHeight="251842560" behindDoc="0" locked="0" layoutInCell="1" allowOverlap="1" wp14:anchorId="4B74AE00" wp14:editId="6E234D00">
                      <wp:simplePos x="0" y="0"/>
                      <wp:positionH relativeFrom="column">
                        <wp:posOffset>1728751</wp:posOffset>
                      </wp:positionH>
                      <wp:positionV relativeFrom="paragraph">
                        <wp:posOffset>328930</wp:posOffset>
                      </wp:positionV>
                      <wp:extent cx="389255" cy="241935"/>
                      <wp:effectExtent l="19050" t="38100" r="0" b="62865"/>
                      <wp:wrapNone/>
                      <wp:docPr id="1859569490"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549FD" id="Arrow: Right 9" o:spid="_x0000_s1026" type="#_x0000_t13" style="position:absolute;margin-left:136.1pt;margin-top:25.9pt;width:30.65pt;height:19.05pt;rotation:-2560056fd;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" adj="14887" fillcolor="red" strokecolor="#042433" strokeweight="1pt"/>
                  </w:pict>
                </mc:Fallback>
              </mc:AlternateContent>
            </w:r>
            <w:r w:rsidR="00F84AD6">
              <w:rPr>
                <w:rFonts w:ascii="Aptos" w:hAnsi="Aptos" w:cs="Calibri"/>
                <w:noProof/>
              </w:rPr>
              <w:drawing>
                <wp:inline distT="0" distB="0" distL="0" distR="0" wp14:anchorId="0B7CA427" wp14:editId="3C364290">
                  <wp:extent cx="2437265" cy="2561590"/>
                  <wp:effectExtent l="171450" t="171450" r="248920" b="238760"/>
                  <wp:docPr id="14989275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27581" name="Picture 1498927581"/>
                          <pic:cNvPicPr/>
                        </pic:nvPicPr>
                        <pic:blipFill rotWithShape="1">
                          <a:blip r:embed="rId60">
                            <a:extLst>
                              <a:ext uri="{28A0092B-C50C-407E-A947-70E740481C1C}">
                                <a14:useLocalDpi xmlns:a14="http://schemas.microsoft.com/office/drawing/2010/main" val="0"/>
                              </a:ext>
                            </a:extLst>
                          </a:blip>
                          <a:srcRect t="4724"/>
                          <a:stretch>
                            <a:fillRect/>
                          </a:stretch>
                        </pic:blipFill>
                        <pic:spPr bwMode="auto">
                          <a:xfrm>
                            <a:off x="0" y="0"/>
                            <a:ext cx="2451925" cy="25769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F84AD6" w:rsidRPr="00BF0284" w14:paraId="014BCA43" w14:textId="77777777" w:rsidTr="00FD302C">
        <w:tc>
          <w:tcPr>
            <w:tcW w:w="900" w:type="dxa"/>
          </w:tcPr>
          <w:p w14:paraId="6A1C7EDB" w14:textId="77777777" w:rsidR="00F84AD6" w:rsidRPr="00590B1A" w:rsidRDefault="00F84AD6" w:rsidP="00ED4F4C">
            <w:pPr>
              <w:pStyle w:val="ListParagraph"/>
              <w:numPr>
                <w:ilvl w:val="0"/>
                <w:numId w:val="33"/>
              </w:numPr>
              <w:rPr>
                <w:rFonts w:ascii="Aptos" w:hAnsi="Aptos" w:cstheme="majorHAnsi"/>
              </w:rPr>
            </w:pPr>
            <w:bookmarkStart w:id="7" w:name="_Ref225695494"/>
          </w:p>
        </w:tc>
        <w:bookmarkEnd w:id="7"/>
        <w:tc>
          <w:tcPr>
            <w:tcW w:w="9540" w:type="dxa"/>
          </w:tcPr>
          <w:p w14:paraId="623B90B7" w14:textId="016DE6E7" w:rsidR="00D2484A" w:rsidRPr="00675BBA" w:rsidRDefault="00D2484A" w:rsidP="00ED4F4C">
            <w:pPr>
              <w:rPr>
                <w:rFonts w:ascii="Aptos" w:hAnsi="Aptos" w:cs="Calibri"/>
              </w:rPr>
            </w:pPr>
            <w:r>
              <w:rPr>
                <w:rFonts w:ascii="Aptos" w:hAnsi="Aptos" w:cs="Calibri"/>
              </w:rPr>
              <w:t>To attach a document, click the “</w:t>
            </w:r>
            <w:r w:rsidRPr="00B84F41">
              <w:rPr>
                <w:rFonts w:ascii="Aptos" w:hAnsi="Aptos" w:cs="Calibri"/>
                <w:b/>
                <w:bCs/>
              </w:rPr>
              <w:t>File</w:t>
            </w:r>
            <w:r>
              <w:rPr>
                <w:rFonts w:ascii="Aptos" w:hAnsi="Aptos" w:cs="Calibri"/>
              </w:rPr>
              <w:t xml:space="preserve">” icon. To add a </w:t>
            </w:r>
            <w:r w:rsidR="00B84F41">
              <w:rPr>
                <w:rFonts w:ascii="Aptos" w:hAnsi="Aptos" w:cs="Calibri"/>
              </w:rPr>
              <w:t>t</w:t>
            </w:r>
            <w:r>
              <w:rPr>
                <w:rFonts w:ascii="Aptos" w:hAnsi="Aptos" w:cs="Calibri"/>
              </w:rPr>
              <w:t xml:space="preserve">ext </w:t>
            </w:r>
            <w:r w:rsidR="00B84F41">
              <w:rPr>
                <w:rFonts w:ascii="Aptos" w:hAnsi="Aptos" w:cs="Calibri"/>
              </w:rPr>
              <w:t>a</w:t>
            </w:r>
            <w:r>
              <w:rPr>
                <w:rFonts w:ascii="Aptos" w:hAnsi="Aptos" w:cs="Calibri"/>
              </w:rPr>
              <w:t>ttachment, click the “</w:t>
            </w:r>
            <w:r w:rsidRPr="00B84F41">
              <w:rPr>
                <w:rFonts w:ascii="Aptos" w:hAnsi="Aptos" w:cs="Calibri"/>
                <w:b/>
                <w:bCs/>
              </w:rPr>
              <w:t>Text</w:t>
            </w:r>
            <w:r>
              <w:rPr>
                <w:rFonts w:ascii="Aptos" w:hAnsi="Aptos" w:cs="Calibri"/>
              </w:rPr>
              <w:t xml:space="preserve">” </w:t>
            </w:r>
            <w:r w:rsidR="00B84F41">
              <w:rPr>
                <w:rFonts w:ascii="Aptos" w:hAnsi="Aptos" w:cs="Calibri"/>
              </w:rPr>
              <w:t>icon</w:t>
            </w:r>
            <w:r>
              <w:rPr>
                <w:rFonts w:ascii="Aptos" w:hAnsi="Aptos" w:cs="Calibri"/>
              </w:rPr>
              <w:t>.</w:t>
            </w:r>
          </w:p>
          <w:p w14:paraId="222BB1AC" w14:textId="77777777" w:rsidR="00F84AD6" w:rsidRPr="00942646" w:rsidRDefault="00D2484A" w:rsidP="00ED4F4C">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44608" behindDoc="0" locked="0" layoutInCell="1" allowOverlap="1" wp14:anchorId="74B33801" wp14:editId="534AD108">
                      <wp:simplePos x="0" y="0"/>
                      <wp:positionH relativeFrom="column">
                        <wp:posOffset>1631039</wp:posOffset>
                      </wp:positionH>
                      <wp:positionV relativeFrom="paragraph">
                        <wp:posOffset>367030</wp:posOffset>
                      </wp:positionV>
                      <wp:extent cx="1019454" cy="357505"/>
                      <wp:effectExtent l="0" t="0" r="28575" b="23495"/>
                      <wp:wrapNone/>
                      <wp:docPr id="1377319467" name="Rectangle: Rounded Corners 8"/>
                      <wp:cNvGraphicFramePr/>
                      <a:graphic xmlns:a="http://schemas.openxmlformats.org/drawingml/2006/main">
                        <a:graphicData uri="http://schemas.microsoft.com/office/word/2010/wordprocessingShape">
                          <wps:wsp>
                            <wps:cNvSpPr/>
                            <wps:spPr>
                              <a:xfrm>
                                <a:off x="0" y="0"/>
                                <a:ext cx="1019454" cy="35750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0622B" id="Rectangle: Rounded Corners 8" o:spid="_x0000_s1026" style="position:absolute;margin-left:128.45pt;margin-top:28.9pt;width:80.25pt;height:28.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" filled="f" strokecolor="red" strokeweight="1pt">
                      <v:stroke joinstyle="miter"/>
                    </v:roundrect>
                  </w:pict>
                </mc:Fallback>
              </mc:AlternateContent>
            </w:r>
            <w:r w:rsidR="00F84AD6">
              <w:rPr>
                <w:rFonts w:ascii="Aptos" w:hAnsi="Aptos" w:cs="Calibri"/>
                <w:noProof/>
              </w:rPr>
              <w:drawing>
                <wp:inline distT="0" distB="0" distL="0" distR="0" wp14:anchorId="01AFB5C0" wp14:editId="3F40969B">
                  <wp:extent cx="4191585" cy="647790"/>
                  <wp:effectExtent l="171450" t="171450" r="171450" b="342900"/>
                  <wp:docPr id="9747529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52992" name="Picture 974752992"/>
                          <pic:cNvPicPr/>
                        </pic:nvPicPr>
                        <pic:blipFill>
                          <a:blip r:embed="rId61">
                            <a:extLst>
                              <a:ext uri="{28A0092B-C50C-407E-A947-70E740481C1C}">
                                <a14:useLocalDpi xmlns:a14="http://schemas.microsoft.com/office/drawing/2010/main" val="0"/>
                              </a:ext>
                            </a:extLst>
                          </a:blip>
                          <a:stretch>
                            <a:fillRect/>
                          </a:stretch>
                        </pic:blipFill>
                        <pic:spPr>
                          <a:xfrm>
                            <a:off x="0" y="0"/>
                            <a:ext cx="4191585" cy="647790"/>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F84AD6" w:rsidRPr="00BF0284" w14:paraId="3E7974DB" w14:textId="77777777" w:rsidTr="00FD302C">
        <w:tc>
          <w:tcPr>
            <w:tcW w:w="900" w:type="dxa"/>
          </w:tcPr>
          <w:p w14:paraId="539B1759" w14:textId="77777777" w:rsidR="00F84AD6" w:rsidRPr="00590B1A" w:rsidRDefault="00F84AD6" w:rsidP="00017DD0">
            <w:pPr>
              <w:pStyle w:val="ListParagraph"/>
              <w:numPr>
                <w:ilvl w:val="0"/>
                <w:numId w:val="33"/>
              </w:numPr>
              <w:rPr>
                <w:rFonts w:ascii="Aptos" w:hAnsi="Aptos" w:cstheme="majorHAnsi"/>
              </w:rPr>
            </w:pPr>
          </w:p>
        </w:tc>
        <w:tc>
          <w:tcPr>
            <w:tcW w:w="9540" w:type="dxa"/>
          </w:tcPr>
          <w:p w14:paraId="7FDB9536" w14:textId="460242ED" w:rsidR="00FC53CC" w:rsidRDefault="00FC53CC" w:rsidP="00017DD0">
            <w:pPr>
              <w:pStyle w:val="steptext"/>
              <w:rPr>
                <w:rFonts w:ascii="Aptos" w:hAnsi="Aptos" w:cs="Calibri"/>
              </w:rPr>
            </w:pPr>
            <w:r w:rsidRPr="00017DD0">
              <w:rPr>
                <w:rFonts w:ascii="Aptos" w:hAnsi="Aptos" w:cs="Calibri"/>
                <w:b/>
                <w:bCs/>
              </w:rPr>
              <w:t xml:space="preserve">Text </w:t>
            </w:r>
            <w:r w:rsidR="00B84F41" w:rsidRPr="00017DD0">
              <w:rPr>
                <w:rFonts w:ascii="Aptos" w:hAnsi="Aptos" w:cs="Calibri"/>
                <w:b/>
                <w:bCs/>
              </w:rPr>
              <w:t>a</w:t>
            </w:r>
            <w:r w:rsidRPr="00017DD0">
              <w:rPr>
                <w:rFonts w:ascii="Aptos" w:hAnsi="Aptos" w:cs="Calibri"/>
                <w:b/>
                <w:bCs/>
              </w:rPr>
              <w:t>ttachments</w:t>
            </w:r>
            <w:r>
              <w:rPr>
                <w:rFonts w:ascii="Aptos" w:hAnsi="Aptos" w:cs="Calibri"/>
              </w:rPr>
              <w:t xml:space="preserve"> are free-text fields that can include any additional information for the purchase order. The first </w:t>
            </w:r>
            <w:r w:rsidR="00B84F41">
              <w:rPr>
                <w:rFonts w:ascii="Aptos" w:hAnsi="Aptos" w:cs="Calibri"/>
              </w:rPr>
              <w:t>t</w:t>
            </w:r>
            <w:r>
              <w:rPr>
                <w:rFonts w:ascii="Aptos" w:hAnsi="Aptos" w:cs="Calibri"/>
              </w:rPr>
              <w:t xml:space="preserve">ext </w:t>
            </w:r>
            <w:r w:rsidR="00B84F41">
              <w:rPr>
                <w:rFonts w:ascii="Aptos" w:hAnsi="Aptos" w:cs="Calibri"/>
              </w:rPr>
              <w:t>a</w:t>
            </w:r>
            <w:r>
              <w:rPr>
                <w:rFonts w:ascii="Aptos" w:hAnsi="Aptos" w:cs="Calibri"/>
              </w:rPr>
              <w:t xml:space="preserve">ttachment </w:t>
            </w:r>
            <w:r w:rsidR="00B84F41">
              <w:rPr>
                <w:rFonts w:ascii="Aptos" w:hAnsi="Aptos" w:cs="Calibri"/>
              </w:rPr>
              <w:t xml:space="preserve">(and only the first) </w:t>
            </w:r>
            <w:r>
              <w:rPr>
                <w:rFonts w:ascii="Aptos" w:hAnsi="Aptos" w:cs="Calibri"/>
              </w:rPr>
              <w:t>will print out on the purchase order</w:t>
            </w:r>
            <w:r w:rsidR="00FD302C">
              <w:rPr>
                <w:rFonts w:ascii="Aptos" w:hAnsi="Aptos" w:cs="Calibri"/>
              </w:rPr>
              <w:t>, whether on a header or detail line</w:t>
            </w:r>
            <w:r>
              <w:rPr>
                <w:rFonts w:ascii="Aptos" w:hAnsi="Aptos" w:cs="Calibri"/>
              </w:rPr>
              <w:t xml:space="preserve">. </w:t>
            </w:r>
          </w:p>
          <w:p w14:paraId="25F822CB" w14:textId="1F302D57" w:rsidR="00FC53CC" w:rsidRDefault="00017DD0" w:rsidP="00017DD0">
            <w:pPr>
              <w:pStyle w:val="stept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2165120" behindDoc="0" locked="0" layoutInCell="1" allowOverlap="1" wp14:anchorId="1648297E" wp14:editId="2F164F34">
                      <wp:simplePos x="0" y="0"/>
                      <wp:positionH relativeFrom="column">
                        <wp:posOffset>1071838</wp:posOffset>
                      </wp:positionH>
                      <wp:positionV relativeFrom="paragraph">
                        <wp:posOffset>458607</wp:posOffset>
                      </wp:positionV>
                      <wp:extent cx="388735" cy="246078"/>
                      <wp:effectExtent l="71437" t="0" r="44768" b="6667"/>
                      <wp:wrapNone/>
                      <wp:docPr id="551089341"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23B5" id="Arrow: Right 9" o:spid="_x0000_s1026" type="#_x0000_t13" style="position:absolute;margin-left:84.4pt;margin-top:36.1pt;width:30.6pt;height:19.4pt;rotation:-3144457fd;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" adj="14763" fillcolor="red" strokecolor="#042433" strokeweight="1pt"/>
                  </w:pict>
                </mc:Fallback>
              </mc:AlternateContent>
            </w:r>
            <w:r w:rsidR="00FC53CC">
              <w:rPr>
                <w:rFonts w:ascii="Aptos" w:hAnsi="Aptos" w:cs="Calibri"/>
                <w:noProof/>
              </w:rPr>
              <w:drawing>
                <wp:inline distT="0" distB="0" distL="0" distR="0" wp14:anchorId="1D1831FA" wp14:editId="6C0789B8">
                  <wp:extent cx="3124782" cy="878122"/>
                  <wp:effectExtent l="171450" t="171450" r="209550" b="322580"/>
                  <wp:docPr id="50342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620" name="Picture 243086620"/>
                          <pic:cNvPicPr/>
                        </pic:nvPicPr>
                        <pic:blipFill rotWithShape="1">
                          <a:blip r:embed="rId62"/>
                          <a:srcRect b="17440"/>
                          <a:stretch>
                            <a:fillRect/>
                          </a:stretch>
                        </pic:blipFill>
                        <pic:spPr bwMode="auto">
                          <a:xfrm>
                            <a:off x="0" y="0"/>
                            <a:ext cx="3287002" cy="9237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17F77C6" w14:textId="06243C3A" w:rsidR="00A62C36" w:rsidRDefault="00FC53CC" w:rsidP="00017DD0">
            <w:pPr>
              <w:pStyle w:val="steptext"/>
              <w:keepNext/>
              <w:rPr>
                <w:rFonts w:ascii="Aptos" w:hAnsi="Aptos" w:cs="Calibri"/>
              </w:rPr>
            </w:pPr>
            <w:r>
              <w:rPr>
                <w:rFonts w:ascii="Aptos" w:hAnsi="Aptos" w:cs="Calibri"/>
              </w:rPr>
              <w:t xml:space="preserve">To attach a </w:t>
            </w:r>
            <w:r w:rsidRPr="00017DD0">
              <w:rPr>
                <w:rFonts w:ascii="Aptos" w:hAnsi="Aptos" w:cs="Calibri"/>
                <w:b/>
                <w:bCs/>
              </w:rPr>
              <w:t>file</w:t>
            </w:r>
            <w:r w:rsidR="00017DD0" w:rsidRPr="00017DD0">
              <w:rPr>
                <w:rFonts w:ascii="Aptos" w:hAnsi="Aptos" w:cs="Calibri"/>
                <w:b/>
                <w:bCs/>
              </w:rPr>
              <w:t xml:space="preserve"> or document</w:t>
            </w:r>
            <w:r>
              <w:rPr>
                <w:rFonts w:ascii="Aptos" w:hAnsi="Aptos" w:cs="Calibri"/>
              </w:rPr>
              <w:t>, d</w:t>
            </w:r>
            <w:r w:rsidR="00F84AD6">
              <w:rPr>
                <w:rFonts w:ascii="Aptos" w:hAnsi="Aptos" w:cs="Calibri"/>
              </w:rPr>
              <w:t xml:space="preserve">rag the file to </w:t>
            </w:r>
            <w:r w:rsidR="00DB14C9">
              <w:rPr>
                <w:rFonts w:ascii="Aptos" w:hAnsi="Aptos" w:cs="Calibri"/>
              </w:rPr>
              <w:t xml:space="preserve">be </w:t>
            </w:r>
            <w:r w:rsidR="00F84AD6">
              <w:rPr>
                <w:rFonts w:ascii="Aptos" w:hAnsi="Aptos" w:cs="Calibri"/>
              </w:rPr>
              <w:t>attach</w:t>
            </w:r>
            <w:r w:rsidR="00DB14C9">
              <w:rPr>
                <w:rFonts w:ascii="Aptos" w:hAnsi="Aptos" w:cs="Calibri"/>
              </w:rPr>
              <w:t>ed</w:t>
            </w:r>
            <w:r w:rsidR="00F84AD6">
              <w:rPr>
                <w:rFonts w:ascii="Aptos" w:hAnsi="Aptos" w:cs="Calibri"/>
              </w:rPr>
              <w:t xml:space="preserve"> </w:t>
            </w:r>
            <w:r w:rsidR="00DB14C9">
              <w:rPr>
                <w:rFonts w:ascii="Aptos" w:hAnsi="Aptos" w:cs="Calibri"/>
              </w:rPr>
              <w:t xml:space="preserve">into </w:t>
            </w:r>
            <w:r w:rsidR="00F84AD6">
              <w:rPr>
                <w:rFonts w:ascii="Aptos" w:hAnsi="Aptos" w:cs="Calibri"/>
              </w:rPr>
              <w:t xml:space="preserve">the </w:t>
            </w:r>
            <w:r w:rsidR="00B84F41">
              <w:rPr>
                <w:rFonts w:ascii="Aptos" w:hAnsi="Aptos" w:cs="Calibri"/>
              </w:rPr>
              <w:t xml:space="preserve">“drop file here” area </w:t>
            </w:r>
            <w:r w:rsidR="00F84AD6">
              <w:rPr>
                <w:rFonts w:ascii="Aptos" w:hAnsi="Aptos" w:cs="Calibri"/>
              </w:rPr>
              <w:t xml:space="preserve">or </w:t>
            </w:r>
            <w:r w:rsidR="00B84F41">
              <w:rPr>
                <w:rFonts w:ascii="Aptos" w:hAnsi="Aptos" w:cs="Calibri"/>
              </w:rPr>
              <w:t xml:space="preserve">browse </w:t>
            </w:r>
            <w:r w:rsidR="00F84AD6">
              <w:rPr>
                <w:rFonts w:ascii="Aptos" w:hAnsi="Aptos" w:cs="Calibri"/>
              </w:rPr>
              <w:t xml:space="preserve">for </w:t>
            </w:r>
            <w:r w:rsidR="00DB14C9">
              <w:rPr>
                <w:rFonts w:ascii="Aptos" w:hAnsi="Aptos" w:cs="Calibri"/>
              </w:rPr>
              <w:t xml:space="preserve">the </w:t>
            </w:r>
            <w:r w:rsidR="00F84AD6">
              <w:rPr>
                <w:rFonts w:ascii="Aptos" w:hAnsi="Aptos" w:cs="Calibri"/>
              </w:rPr>
              <w:t xml:space="preserve">document </w:t>
            </w:r>
            <w:r w:rsidR="00DB14C9">
              <w:rPr>
                <w:rFonts w:ascii="Aptos" w:hAnsi="Aptos" w:cs="Calibri"/>
              </w:rPr>
              <w:t xml:space="preserve">by </w:t>
            </w:r>
            <w:r w:rsidR="00F84AD6">
              <w:rPr>
                <w:rFonts w:ascii="Aptos" w:hAnsi="Aptos" w:cs="Calibri"/>
              </w:rPr>
              <w:t xml:space="preserve">clicking the “Choose File” option. </w:t>
            </w:r>
          </w:p>
          <w:p w14:paraId="7B39CE11" w14:textId="65CF3CF3" w:rsidR="000B534F" w:rsidRDefault="00017DD0" w:rsidP="00017DD0">
            <w:pPr>
              <w:pStyle w:val="steptext"/>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46656" behindDoc="0" locked="0" layoutInCell="1" allowOverlap="1" wp14:anchorId="3202D65F" wp14:editId="335CA937">
                      <wp:simplePos x="0" y="0"/>
                      <wp:positionH relativeFrom="column">
                        <wp:posOffset>1547523</wp:posOffset>
                      </wp:positionH>
                      <wp:positionV relativeFrom="paragraph">
                        <wp:posOffset>884197</wp:posOffset>
                      </wp:positionV>
                      <wp:extent cx="2614930" cy="659958"/>
                      <wp:effectExtent l="0" t="0" r="13970" b="26035"/>
                      <wp:wrapNone/>
                      <wp:docPr id="481850129" name="Rectangle: Rounded Corners 8"/>
                      <wp:cNvGraphicFramePr/>
                      <a:graphic xmlns:a="http://schemas.openxmlformats.org/drawingml/2006/main">
                        <a:graphicData uri="http://schemas.microsoft.com/office/word/2010/wordprocessingShape">
                          <wps:wsp>
                            <wps:cNvSpPr/>
                            <wps:spPr>
                              <a:xfrm>
                                <a:off x="0" y="0"/>
                                <a:ext cx="2614930" cy="65995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C3561" id="Rectangle: Rounded Corners 8" o:spid="_x0000_s1026" style="position:absolute;margin-left:121.85pt;margin-top:69.6pt;width:205.9pt;height:5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" filled="f" strokecolor="red" strokeweight="1pt">
                      <v:stroke joinstyle="miter"/>
                    </v:roundrect>
                  </w:pict>
                </mc:Fallback>
              </mc:AlternateContent>
            </w:r>
            <w:r w:rsidRPr="00675BBA">
              <w:rPr>
                <w:rFonts w:ascii="Aptos" w:hAnsi="Aptos" w:cs="Calibri"/>
                <w:noProof/>
              </w:rPr>
              <mc:AlternateContent>
                <mc:Choice Requires="wps">
                  <w:drawing>
                    <wp:anchor distT="0" distB="0" distL="114300" distR="114300" simplePos="0" relativeHeight="252167168" behindDoc="0" locked="0" layoutInCell="1" allowOverlap="1" wp14:anchorId="32E78927" wp14:editId="7720D16F">
                      <wp:simplePos x="0" y="0"/>
                      <wp:positionH relativeFrom="column">
                        <wp:posOffset>1270621</wp:posOffset>
                      </wp:positionH>
                      <wp:positionV relativeFrom="paragraph">
                        <wp:posOffset>458606</wp:posOffset>
                      </wp:positionV>
                      <wp:extent cx="388735" cy="246078"/>
                      <wp:effectExtent l="71437" t="0" r="44768" b="6667"/>
                      <wp:wrapNone/>
                      <wp:docPr id="1909465792"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C41A" id="Arrow: Right 9" o:spid="_x0000_s1026" type="#_x0000_t13" style="position:absolute;margin-left:100.05pt;margin-top:36.1pt;width:30.6pt;height:19.4pt;rotation:-3144457fd;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" adj="14763" fillcolor="red" strokecolor="#042433" strokeweight="1pt"/>
                  </w:pict>
                </mc:Fallback>
              </mc:AlternateContent>
            </w:r>
            <w:r w:rsidR="000B534F">
              <w:rPr>
                <w:rFonts w:ascii="Aptos" w:hAnsi="Aptos" w:cs="Calibri"/>
                <w:noProof/>
                <w14:ligatures w14:val="standardContextual"/>
              </w:rPr>
              <w:drawing>
                <wp:inline distT="0" distB="0" distL="0" distR="0" wp14:anchorId="0D9ED033" wp14:editId="587ECB42">
                  <wp:extent cx="2476335" cy="1438494"/>
                  <wp:effectExtent l="171450" t="171450" r="248285" b="295275"/>
                  <wp:docPr id="12776530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53017" name="Picture 1277653017"/>
                          <pic:cNvPicPr/>
                        </pic:nvPicPr>
                        <pic:blipFill>
                          <a:blip r:embed="rId63">
                            <a:extLst>
                              <a:ext uri="{28A0092B-C50C-407E-A947-70E740481C1C}">
                                <a14:useLocalDpi xmlns:a14="http://schemas.microsoft.com/office/drawing/2010/main" val="0"/>
                              </a:ext>
                            </a:extLst>
                          </a:blip>
                          <a:stretch>
                            <a:fillRect/>
                          </a:stretch>
                        </pic:blipFill>
                        <pic:spPr>
                          <a:xfrm>
                            <a:off x="0" y="0"/>
                            <a:ext cx="2517912" cy="1462646"/>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p w14:paraId="3D1B5754" w14:textId="787C9F6D" w:rsidR="00017DD0" w:rsidRDefault="00017DD0" w:rsidP="00017DD0">
            <w:pPr>
              <w:pStyle w:val="steptext"/>
              <w:jc w:val="both"/>
              <w:rPr>
                <w:rFonts w:ascii="Aptos" w:hAnsi="Aptos" w:cs="Calibri"/>
              </w:rPr>
            </w:pPr>
            <w:r>
              <w:rPr>
                <w:rFonts w:ascii="Aptos" w:hAnsi="Aptos" w:cs="Calibri"/>
              </w:rPr>
              <w:t xml:space="preserve">Once the text is completed or the document has been selected, click the </w:t>
            </w:r>
            <w:r w:rsidRPr="00017DD0">
              <w:rPr>
                <w:rFonts w:ascii="Aptos" w:hAnsi="Aptos" w:cs="Calibri"/>
                <w:b/>
                <w:bCs/>
              </w:rPr>
              <w:t>green save</w:t>
            </w:r>
            <w:r>
              <w:rPr>
                <w:rFonts w:ascii="Aptos" w:hAnsi="Aptos" w:cs="Calibri"/>
              </w:rPr>
              <w:t xml:space="preserve"> button.</w:t>
            </w:r>
          </w:p>
          <w:p w14:paraId="4362B735" w14:textId="77777777" w:rsidR="00017DD0" w:rsidRDefault="00017DD0" w:rsidP="00017DD0">
            <w:pPr>
              <w:pStyle w:val="steptext"/>
              <w:jc w:val="center"/>
              <w:rPr>
                <w:rFonts w:ascii="Aptos" w:hAnsi="Aptos" w:cs="Calibri"/>
              </w:rPr>
            </w:pPr>
          </w:p>
          <w:p w14:paraId="18AC29DD" w14:textId="6B5A46B3" w:rsidR="00A62C36" w:rsidRDefault="000B534F" w:rsidP="00017DD0">
            <w:pPr>
              <w:pStyle w:val="steptext"/>
              <w:rPr>
                <w:rFonts w:ascii="Aptos" w:hAnsi="Aptos" w:cs="Calibri"/>
              </w:rPr>
            </w:pPr>
            <w:r>
              <w:rPr>
                <w:rFonts w:ascii="Aptos" w:hAnsi="Aptos" w:cs="Calibri"/>
                <w:b/>
                <w:bCs/>
              </w:rPr>
              <w:t xml:space="preserve">ERROR </w:t>
            </w:r>
            <w:r w:rsidR="00A62C36">
              <w:rPr>
                <w:rFonts w:ascii="Aptos" w:hAnsi="Aptos" w:cs="Calibri"/>
                <w:b/>
                <w:bCs/>
              </w:rPr>
              <w:t>NOTE:</w:t>
            </w:r>
            <w:r w:rsidR="00A62C36">
              <w:rPr>
                <w:rFonts w:ascii="Aptos" w:hAnsi="Aptos" w:cs="Calibri"/>
              </w:rPr>
              <w:t xml:space="preserve"> File names with punctuation in them will result in an Administrator error. To avoid this, use naming conventions that do not include punctuation. </w:t>
            </w:r>
          </w:p>
          <w:p w14:paraId="62E9CD65" w14:textId="37272E4D" w:rsidR="00F84AD6" w:rsidRPr="00942646" w:rsidRDefault="00FC53CC" w:rsidP="00017DD0">
            <w:pPr>
              <w:pStyle w:val="steptext"/>
              <w:jc w:val="center"/>
              <w:rPr>
                <w:rFonts w:ascii="Aptos" w:hAnsi="Aptos" w:cs="Calibri"/>
              </w:rPr>
            </w:pPr>
            <w:r>
              <w:rPr>
                <w:rFonts w:ascii="Aptos" w:hAnsi="Aptos" w:cs="Calibri"/>
                <w:noProof/>
                <w14:ligatures w14:val="standardContextual"/>
              </w:rPr>
              <w:drawing>
                <wp:inline distT="0" distB="0" distL="0" distR="0" wp14:anchorId="002A3AD2" wp14:editId="2FA540FB">
                  <wp:extent cx="2341163" cy="888616"/>
                  <wp:effectExtent l="171450" t="171450" r="250190" b="330835"/>
                  <wp:docPr id="578523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321" name="Picture 162772321"/>
                          <pic:cNvPicPr/>
                        </pic:nvPicPr>
                        <pic:blipFill>
                          <a:blip r:embed="rId64">
                            <a:extLst>
                              <a:ext uri="{28A0092B-C50C-407E-A947-70E740481C1C}">
                                <a14:useLocalDpi xmlns:a14="http://schemas.microsoft.com/office/drawing/2010/main" val="0"/>
                              </a:ext>
                            </a:extLst>
                          </a:blip>
                          <a:stretch>
                            <a:fillRect/>
                          </a:stretch>
                        </pic:blipFill>
                        <pic:spPr>
                          <a:xfrm>
                            <a:off x="0" y="0"/>
                            <a:ext cx="2355112" cy="893910"/>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F84AD6" w:rsidRPr="00BF0284" w14:paraId="5DA19520" w14:textId="77777777" w:rsidTr="00FD302C">
        <w:tc>
          <w:tcPr>
            <w:tcW w:w="900" w:type="dxa"/>
          </w:tcPr>
          <w:p w14:paraId="5484D53E" w14:textId="77777777" w:rsidR="00F84AD6" w:rsidRPr="00590B1A" w:rsidRDefault="00F84AD6" w:rsidP="00ED4F4C">
            <w:pPr>
              <w:pStyle w:val="ListParagraph"/>
              <w:keepNext/>
              <w:numPr>
                <w:ilvl w:val="0"/>
                <w:numId w:val="33"/>
              </w:numPr>
              <w:rPr>
                <w:rFonts w:ascii="Aptos" w:hAnsi="Aptos" w:cstheme="majorHAnsi"/>
              </w:rPr>
            </w:pPr>
            <w:bookmarkStart w:id="8" w:name="_Ref225695119"/>
          </w:p>
        </w:tc>
        <w:bookmarkEnd w:id="8"/>
        <w:tc>
          <w:tcPr>
            <w:tcW w:w="9540" w:type="dxa"/>
          </w:tcPr>
          <w:p w14:paraId="06F583A5" w14:textId="119A38A2" w:rsidR="00A62C36" w:rsidRDefault="00F84AD6" w:rsidP="00ED4F4C">
            <w:pPr>
              <w:pStyle w:val="steptext"/>
              <w:keepNext/>
              <w:rPr>
                <w:rFonts w:ascii="Aptos" w:hAnsi="Aptos" w:cs="Calibri"/>
              </w:rPr>
            </w:pPr>
            <w:r>
              <w:rPr>
                <w:rFonts w:ascii="Aptos" w:hAnsi="Aptos" w:cs="Calibri"/>
              </w:rPr>
              <w:t xml:space="preserve">Verify the </w:t>
            </w:r>
            <w:r w:rsidR="00017DD0">
              <w:rPr>
                <w:rFonts w:ascii="Aptos" w:hAnsi="Aptos" w:cs="Calibri"/>
              </w:rPr>
              <w:t>text or file attachment</w:t>
            </w:r>
            <w:r>
              <w:rPr>
                <w:rFonts w:ascii="Aptos" w:hAnsi="Aptos" w:cs="Calibri"/>
              </w:rPr>
              <w:t xml:space="preserve"> and click the </w:t>
            </w:r>
            <w:r w:rsidRPr="00017DD0">
              <w:rPr>
                <w:rFonts w:ascii="Aptos" w:hAnsi="Aptos" w:cs="Calibri"/>
                <w:b/>
                <w:bCs/>
              </w:rPr>
              <w:t>green save</w:t>
            </w:r>
            <w:r>
              <w:rPr>
                <w:rFonts w:ascii="Aptos" w:hAnsi="Aptos" w:cs="Calibri"/>
              </w:rPr>
              <w:t xml:space="preserve"> </w:t>
            </w:r>
            <w:r w:rsidR="00DB14C9">
              <w:rPr>
                <w:rFonts w:ascii="Aptos" w:hAnsi="Aptos" w:cs="Calibri"/>
              </w:rPr>
              <w:t>button</w:t>
            </w:r>
            <w:r>
              <w:rPr>
                <w:rFonts w:ascii="Aptos" w:hAnsi="Aptos" w:cs="Calibri"/>
              </w:rPr>
              <w:t xml:space="preserve">. </w:t>
            </w:r>
          </w:p>
          <w:p w14:paraId="13C7F56F" w14:textId="77777777" w:rsidR="00A62C36" w:rsidRDefault="00A62C36" w:rsidP="00ED4F4C">
            <w:pPr>
              <w:pStyle w:val="steptext"/>
              <w:keepNext/>
              <w:rPr>
                <w:rFonts w:ascii="Aptos" w:hAnsi="Aptos" w:cs="Calibri"/>
              </w:rPr>
            </w:pPr>
          </w:p>
          <w:p w14:paraId="791F6868" w14:textId="6465610A" w:rsidR="00F84AD6" w:rsidRDefault="00D33405" w:rsidP="00ED4F4C">
            <w:pPr>
              <w:pStyle w:val="steptext"/>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54848" behindDoc="0" locked="0" layoutInCell="1" allowOverlap="1" wp14:anchorId="589B51F8" wp14:editId="3D400C6A">
                      <wp:simplePos x="0" y="0"/>
                      <wp:positionH relativeFrom="column">
                        <wp:posOffset>882748</wp:posOffset>
                      </wp:positionH>
                      <wp:positionV relativeFrom="paragraph">
                        <wp:posOffset>528417</wp:posOffset>
                      </wp:positionV>
                      <wp:extent cx="388735" cy="246078"/>
                      <wp:effectExtent l="71437" t="0" r="44768" b="6667"/>
                      <wp:wrapNone/>
                      <wp:docPr id="1993399464"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5B4FC" id="Arrow: Right 9" o:spid="_x0000_s1026" type="#_x0000_t13" style="position:absolute;margin-left:69.5pt;margin-top:41.6pt;width:30.6pt;height:19.4pt;rotation:-3144457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" adj="14763" fillcolor="red" strokecolor="#042433" strokeweight="1pt"/>
                  </w:pict>
                </mc:Fallback>
              </mc:AlternateContent>
            </w:r>
            <w:r w:rsidRPr="00865D81">
              <w:rPr>
                <w:rFonts w:ascii="Aptos" w:hAnsi="Aptos" w:cs="Calibri"/>
                <w:noProof/>
              </w:rPr>
              <mc:AlternateContent>
                <mc:Choice Requires="wps">
                  <w:drawing>
                    <wp:anchor distT="45720" distB="45720" distL="114300" distR="114300" simplePos="0" relativeHeight="252088320" behindDoc="0" locked="0" layoutInCell="1" allowOverlap="1" wp14:anchorId="38AFE180" wp14:editId="29CE76A0">
                      <wp:simplePos x="0" y="0"/>
                      <wp:positionH relativeFrom="column">
                        <wp:posOffset>1483637</wp:posOffset>
                      </wp:positionH>
                      <wp:positionV relativeFrom="paragraph">
                        <wp:posOffset>1552906</wp:posOffset>
                      </wp:positionV>
                      <wp:extent cx="2901950" cy="304800"/>
                      <wp:effectExtent l="0" t="0" r="0" b="0"/>
                      <wp:wrapNone/>
                      <wp:docPr id="190940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04800"/>
                              </a:xfrm>
                              <a:prstGeom prst="rect">
                                <a:avLst/>
                              </a:prstGeom>
                              <a:noFill/>
                              <a:ln w="9525">
                                <a:noFill/>
                                <a:miter lim="800000"/>
                                <a:headEnd/>
                                <a:tailEnd/>
                              </a:ln>
                            </wps:spPr>
                            <wps:txbx>
                              <w:txbxContent>
                                <w:p w14:paraId="07CB27F7" w14:textId="77777777" w:rsidR="00A62C36" w:rsidRPr="005F6B26" w:rsidRDefault="00A62C36" w:rsidP="00A62C36">
                                  <w:pPr>
                                    <w:jc w:val="center"/>
                                    <w:rPr>
                                      <w:rFonts w:ascii="Aptos" w:hAnsi="Aptos"/>
                                      <w:b/>
                                      <w:bCs/>
                                    </w:rPr>
                                  </w:pPr>
                                  <w:r>
                                    <w:rPr>
                                      <w:rFonts w:ascii="Aptos" w:hAnsi="Aptos"/>
                                      <w:b/>
                                      <w:bCs/>
                                    </w:rPr>
                                    <w:t>Attached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E180" id="_x0000_s1042" type="#_x0000_t202" style="position:absolute;left:0;text-align:left;margin-left:116.8pt;margin-top:122.3pt;width:228.5pt;height:24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" filled="f" stroked="f">
                      <v:textbox>
                        <w:txbxContent>
                          <w:p w14:paraId="07CB27F7" w14:textId="77777777" w:rsidR="00A62C36" w:rsidRPr="005F6B26" w:rsidRDefault="00A62C36" w:rsidP="00A62C36">
                            <w:pPr>
                              <w:jc w:val="center"/>
                              <w:rPr>
                                <w:rFonts w:ascii="Aptos" w:hAnsi="Aptos"/>
                                <w:b/>
                                <w:bCs/>
                              </w:rPr>
                            </w:pPr>
                            <w:r>
                              <w:rPr>
                                <w:rFonts w:ascii="Aptos" w:hAnsi="Aptos"/>
                                <w:b/>
                                <w:bCs/>
                              </w:rPr>
                              <w:t>Attached Document</w:t>
                            </w:r>
                          </w:p>
                        </w:txbxContent>
                      </v:textbox>
                    </v:shape>
                  </w:pict>
                </mc:Fallback>
              </mc:AlternateContent>
            </w:r>
            <w:r w:rsidRPr="00865D81">
              <w:rPr>
                <w:rFonts w:ascii="Aptos" w:hAnsi="Aptos" w:cs="Calibri"/>
                <w:noProof/>
              </w:rPr>
              <mc:AlternateContent>
                <mc:Choice Requires="wps">
                  <w:drawing>
                    <wp:anchor distT="45720" distB="45720" distL="114300" distR="114300" simplePos="0" relativeHeight="251848704" behindDoc="0" locked="0" layoutInCell="1" allowOverlap="1" wp14:anchorId="108EF01D" wp14:editId="689D2800">
                      <wp:simplePos x="0" y="0"/>
                      <wp:positionH relativeFrom="column">
                        <wp:posOffset>4399556</wp:posOffset>
                      </wp:positionH>
                      <wp:positionV relativeFrom="paragraph">
                        <wp:posOffset>1183198</wp:posOffset>
                      </wp:positionV>
                      <wp:extent cx="1248354" cy="1404620"/>
                      <wp:effectExtent l="0" t="0" r="0" b="0"/>
                      <wp:wrapNone/>
                      <wp:docPr id="1854097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4" cy="1404620"/>
                              </a:xfrm>
                              <a:prstGeom prst="rect">
                                <a:avLst/>
                              </a:prstGeom>
                              <a:noFill/>
                              <a:ln w="9525">
                                <a:noFill/>
                                <a:miter lim="800000"/>
                                <a:headEnd/>
                                <a:tailEnd/>
                              </a:ln>
                            </wps:spPr>
                            <wps:txbx>
                              <w:txbxContent>
                                <w:p w14:paraId="35FB1EF9" w14:textId="77777777" w:rsidR="00F84AD6" w:rsidRPr="00F84AD6" w:rsidRDefault="00F84AD6">
                                  <w:pPr>
                                    <w:rPr>
                                      <w:rFonts w:ascii="Aptos" w:hAnsi="Aptos"/>
                                    </w:rPr>
                                  </w:pPr>
                                  <w:r w:rsidRPr="00F84AD6">
                                    <w:rPr>
                                      <w:rFonts w:ascii="Aptos" w:hAnsi="Aptos"/>
                                    </w:rPr>
                                    <w:t>Document that has been added will show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EF01D" id="_x0000_s1043" type="#_x0000_t202" style="position:absolute;left:0;text-align:left;margin-left:346.4pt;margin-top:93.15pt;width:98.3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" filled="f" stroked="f">
                      <v:textbox style="mso-fit-shape-to-text:t">
                        <w:txbxContent>
                          <w:p w14:paraId="35FB1EF9" w14:textId="77777777" w:rsidR="00F84AD6" w:rsidRPr="00F84AD6" w:rsidRDefault="00F84AD6">
                            <w:pPr>
                              <w:rPr>
                                <w:rFonts w:ascii="Aptos" w:hAnsi="Aptos"/>
                              </w:rPr>
                            </w:pPr>
                            <w:r w:rsidRPr="00F84AD6">
                              <w:rPr>
                                <w:rFonts w:ascii="Aptos" w:hAnsi="Aptos"/>
                              </w:rPr>
                              <w:t>Document that has been added will show here</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849728" behindDoc="0" locked="0" layoutInCell="1" allowOverlap="1" wp14:anchorId="251D3437" wp14:editId="00C5D558">
                      <wp:simplePos x="0" y="0"/>
                      <wp:positionH relativeFrom="column">
                        <wp:posOffset>2034666</wp:posOffset>
                      </wp:positionH>
                      <wp:positionV relativeFrom="paragraph">
                        <wp:posOffset>1176775</wp:posOffset>
                      </wp:positionV>
                      <wp:extent cx="2004810" cy="203832"/>
                      <wp:effectExtent l="0" t="171450" r="14605" b="139700"/>
                      <wp:wrapNone/>
                      <wp:docPr id="1849516607" name="Arrow: Right 9"/>
                      <wp:cNvGraphicFramePr/>
                      <a:graphic xmlns:a="http://schemas.openxmlformats.org/drawingml/2006/main">
                        <a:graphicData uri="http://schemas.microsoft.com/office/word/2010/wordprocessingShape">
                          <wps:wsp>
                            <wps:cNvSpPr/>
                            <wps:spPr>
                              <a:xfrm rot="11375763">
                                <a:off x="0" y="0"/>
                                <a:ext cx="2004810" cy="203832"/>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4EBB" id="Arrow: Right 9" o:spid="_x0000_s1026" type="#_x0000_t13" style="position:absolute;margin-left:160.2pt;margin-top:92.65pt;width:157.85pt;height:16.05pt;rotation:-11167593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" adj="20502" fillcolor="red" strokecolor="#042433" strokeweight="1pt"/>
                  </w:pict>
                </mc:Fallback>
              </mc:AlternateContent>
            </w:r>
            <w:r w:rsidR="0070748C" w:rsidRPr="00865D81">
              <w:rPr>
                <w:rFonts w:ascii="Aptos" w:hAnsi="Aptos" w:cs="Calibri"/>
                <w:noProof/>
              </w:rPr>
              <mc:AlternateContent>
                <mc:Choice Requires="wps">
                  <w:drawing>
                    <wp:anchor distT="45720" distB="45720" distL="114300" distR="114300" simplePos="0" relativeHeight="251852800" behindDoc="0" locked="0" layoutInCell="1" allowOverlap="1" wp14:anchorId="20AD7528" wp14:editId="6E5AB326">
                      <wp:simplePos x="0" y="0"/>
                      <wp:positionH relativeFrom="column">
                        <wp:posOffset>189437</wp:posOffset>
                      </wp:positionH>
                      <wp:positionV relativeFrom="paragraph">
                        <wp:posOffset>729796</wp:posOffset>
                      </wp:positionV>
                      <wp:extent cx="890546" cy="548640"/>
                      <wp:effectExtent l="0" t="0" r="0" b="3810"/>
                      <wp:wrapNone/>
                      <wp:docPr id="2000312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548640"/>
                              </a:xfrm>
                              <a:prstGeom prst="rect">
                                <a:avLst/>
                              </a:prstGeom>
                              <a:noFill/>
                              <a:ln w="9525">
                                <a:noFill/>
                                <a:miter lim="800000"/>
                                <a:headEnd/>
                                <a:tailEnd/>
                              </a:ln>
                            </wps:spPr>
                            <wps:txbx>
                              <w:txbxContent>
                                <w:p w14:paraId="17990863" w14:textId="015012FF" w:rsidR="00F84AD6" w:rsidRPr="00F84AD6" w:rsidRDefault="00F84AD6" w:rsidP="00865D81">
                                  <w:pPr>
                                    <w:jc w:val="center"/>
                                    <w:rPr>
                                      <w:rFonts w:ascii="Aptos" w:hAnsi="Aptos"/>
                                    </w:rPr>
                                  </w:pPr>
                                  <w:r w:rsidRPr="00F84AD6">
                                    <w:rPr>
                                      <w:rFonts w:ascii="Aptos" w:hAnsi="Aptos"/>
                                    </w:rPr>
                                    <w:t xml:space="preserve">Green Save </w:t>
                                  </w:r>
                                  <w:r w:rsidR="00D33405">
                                    <w:rPr>
                                      <w:rFonts w:ascii="Aptos" w:hAnsi="Aptos"/>
                                    </w:rPr>
                                    <w:t>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7528" id="_x0000_s1044" type="#_x0000_t202" style="position:absolute;left:0;text-align:left;margin-left:14.9pt;margin-top:57.45pt;width:70.1pt;height:43.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" filled="f" stroked="f">
                      <v:textbox>
                        <w:txbxContent>
                          <w:p w14:paraId="17990863" w14:textId="015012FF" w:rsidR="00F84AD6" w:rsidRPr="00F84AD6" w:rsidRDefault="00F84AD6" w:rsidP="00865D81">
                            <w:pPr>
                              <w:jc w:val="center"/>
                              <w:rPr>
                                <w:rFonts w:ascii="Aptos" w:hAnsi="Aptos"/>
                              </w:rPr>
                            </w:pPr>
                            <w:r w:rsidRPr="00F84AD6">
                              <w:rPr>
                                <w:rFonts w:ascii="Aptos" w:hAnsi="Aptos"/>
                              </w:rPr>
                              <w:t xml:space="preserve">Green Save </w:t>
                            </w:r>
                            <w:r w:rsidR="00D33405">
                              <w:rPr>
                                <w:rFonts w:ascii="Aptos" w:hAnsi="Aptos"/>
                              </w:rPr>
                              <w:t>button</w:t>
                            </w:r>
                          </w:p>
                        </w:txbxContent>
                      </v:textbox>
                    </v:shape>
                  </w:pict>
                </mc:Fallback>
              </mc:AlternateContent>
            </w:r>
            <w:r w:rsidR="0070748C" w:rsidRPr="00675BBA">
              <w:rPr>
                <w:rFonts w:ascii="Aptos" w:hAnsi="Aptos" w:cs="Calibri"/>
                <w:noProof/>
              </w:rPr>
              <mc:AlternateContent>
                <mc:Choice Requires="wps">
                  <w:drawing>
                    <wp:anchor distT="0" distB="0" distL="114300" distR="114300" simplePos="0" relativeHeight="251847680" behindDoc="0" locked="0" layoutInCell="1" allowOverlap="1" wp14:anchorId="10B30248" wp14:editId="71CF5A9E">
                      <wp:simplePos x="0" y="0"/>
                      <wp:positionH relativeFrom="column">
                        <wp:posOffset>1204743</wp:posOffset>
                      </wp:positionH>
                      <wp:positionV relativeFrom="paragraph">
                        <wp:posOffset>493748</wp:posOffset>
                      </wp:positionV>
                      <wp:extent cx="826936" cy="539750"/>
                      <wp:effectExtent l="0" t="0" r="11430" b="12700"/>
                      <wp:wrapNone/>
                      <wp:docPr id="1330503205" name="Rectangle: Rounded Corners 8"/>
                      <wp:cNvGraphicFramePr/>
                      <a:graphic xmlns:a="http://schemas.openxmlformats.org/drawingml/2006/main">
                        <a:graphicData uri="http://schemas.microsoft.com/office/word/2010/wordprocessingShape">
                          <wps:wsp>
                            <wps:cNvSpPr/>
                            <wps:spPr>
                              <a:xfrm>
                                <a:off x="0" y="0"/>
                                <a:ext cx="826936" cy="5397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A93AF" id="Rectangle: Rounded Corners 8" o:spid="_x0000_s1026" style="position:absolute;margin-left:94.85pt;margin-top:38.9pt;width:65.1pt;height: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" filled="f" strokecolor="red" strokeweight="1pt">
                      <v:stroke joinstyle="miter"/>
                    </v:roundrect>
                  </w:pict>
                </mc:Fallback>
              </mc:AlternateContent>
            </w:r>
            <w:r w:rsidR="00F84AD6">
              <w:rPr>
                <w:rFonts w:ascii="Aptos" w:hAnsi="Aptos" w:cs="Calibri"/>
                <w:noProof/>
                <w14:ligatures w14:val="standardContextual"/>
              </w:rPr>
              <w:drawing>
                <wp:inline distT="0" distB="0" distL="0" distR="0" wp14:anchorId="15288B84" wp14:editId="7EB4C915">
                  <wp:extent cx="3222803" cy="1285042"/>
                  <wp:effectExtent l="171450" t="171450" r="377825" b="372745"/>
                  <wp:docPr id="16059988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98838" name="Picture 1605998838"/>
                          <pic:cNvPicPr/>
                        </pic:nvPicPr>
                        <pic:blipFill>
                          <a:blip r:embed="rId65">
                            <a:extLst>
                              <a:ext uri="{28A0092B-C50C-407E-A947-70E740481C1C}">
                                <a14:useLocalDpi xmlns:a14="http://schemas.microsoft.com/office/drawing/2010/main" val="0"/>
                              </a:ext>
                            </a:extLst>
                          </a:blip>
                          <a:stretch>
                            <a:fillRect/>
                          </a:stretch>
                        </pic:blipFill>
                        <pic:spPr>
                          <a:xfrm>
                            <a:off x="0" y="0"/>
                            <a:ext cx="3231840" cy="128864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4F549C1" w14:textId="77777777" w:rsidR="00A62C36" w:rsidRDefault="00A62C36" w:rsidP="00ED4F4C">
            <w:pPr>
              <w:pStyle w:val="steptext"/>
              <w:keepNext/>
              <w:jc w:val="center"/>
              <w:rPr>
                <w:rFonts w:ascii="Aptos" w:hAnsi="Aptos" w:cs="Calibri"/>
              </w:rPr>
            </w:pPr>
          </w:p>
          <w:p w14:paraId="111B4137" w14:textId="39D695CD" w:rsidR="00A62C36" w:rsidRPr="00942646" w:rsidRDefault="00D33405" w:rsidP="00ED4F4C">
            <w:pPr>
              <w:pStyle w:val="steptext"/>
              <w:keepNext/>
              <w:jc w:val="center"/>
              <w:rPr>
                <w:rFonts w:ascii="Aptos" w:hAnsi="Aptos" w:cs="Calibri"/>
              </w:rPr>
            </w:pPr>
            <w:r w:rsidRPr="00675BBA">
              <w:rPr>
                <w:rFonts w:ascii="Aptos" w:hAnsi="Aptos" w:cs="Calibri"/>
                <w:noProof/>
              </w:rPr>
              <mc:AlternateContent>
                <mc:Choice Requires="wps">
                  <w:drawing>
                    <wp:anchor distT="0" distB="0" distL="114300" distR="114300" simplePos="0" relativeHeight="252090368" behindDoc="0" locked="0" layoutInCell="1" allowOverlap="1" wp14:anchorId="436FA024" wp14:editId="6055D33B">
                      <wp:simplePos x="0" y="0"/>
                      <wp:positionH relativeFrom="column">
                        <wp:posOffset>960825</wp:posOffset>
                      </wp:positionH>
                      <wp:positionV relativeFrom="paragraph">
                        <wp:posOffset>434298</wp:posOffset>
                      </wp:positionV>
                      <wp:extent cx="388735" cy="246078"/>
                      <wp:effectExtent l="71437" t="0" r="44768" b="6667"/>
                      <wp:wrapNone/>
                      <wp:docPr id="1405606694"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05FB" id="Arrow: Right 9" o:spid="_x0000_s1026" type="#_x0000_t13" style="position:absolute;margin-left:75.65pt;margin-top:34.2pt;width:30.6pt;height:19.4pt;rotation:-3144457fd;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" adj="14763" fillcolor="red" strokecolor="#042433" strokeweight="1pt"/>
                  </w:pict>
                </mc:Fallback>
              </mc:AlternateContent>
            </w:r>
            <w:r w:rsidRPr="00865D81">
              <w:rPr>
                <w:rFonts w:ascii="Aptos" w:hAnsi="Aptos" w:cs="Calibri"/>
                <w:noProof/>
              </w:rPr>
              <mc:AlternateContent>
                <mc:Choice Requires="wps">
                  <w:drawing>
                    <wp:anchor distT="45720" distB="45720" distL="114300" distR="114300" simplePos="0" relativeHeight="252086272" behindDoc="0" locked="0" layoutInCell="1" allowOverlap="1" wp14:anchorId="6A585CA8" wp14:editId="4089D054">
                      <wp:simplePos x="0" y="0"/>
                      <wp:positionH relativeFrom="column">
                        <wp:posOffset>1476983</wp:posOffset>
                      </wp:positionH>
                      <wp:positionV relativeFrom="paragraph">
                        <wp:posOffset>1277592</wp:posOffset>
                      </wp:positionV>
                      <wp:extent cx="2901950" cy="304800"/>
                      <wp:effectExtent l="0" t="0" r="0" b="0"/>
                      <wp:wrapNone/>
                      <wp:docPr id="207129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04800"/>
                              </a:xfrm>
                              <a:prstGeom prst="rect">
                                <a:avLst/>
                              </a:prstGeom>
                              <a:noFill/>
                              <a:ln w="9525">
                                <a:noFill/>
                                <a:miter lim="800000"/>
                                <a:headEnd/>
                                <a:tailEnd/>
                              </a:ln>
                            </wps:spPr>
                            <wps:txbx>
                              <w:txbxContent>
                                <w:p w14:paraId="0E6D3605" w14:textId="77777777" w:rsidR="00A62C36" w:rsidRPr="005F6B26" w:rsidRDefault="00A62C36" w:rsidP="00A62C36">
                                  <w:pPr>
                                    <w:jc w:val="center"/>
                                    <w:rPr>
                                      <w:rFonts w:ascii="Aptos" w:hAnsi="Aptos"/>
                                      <w:b/>
                                      <w:bCs/>
                                    </w:rPr>
                                  </w:pPr>
                                  <w:r w:rsidRPr="005F6B26">
                                    <w:rPr>
                                      <w:rFonts w:ascii="Aptos" w:hAnsi="Aptos"/>
                                      <w:b/>
                                      <w:bCs/>
                                    </w:rPr>
                                    <w:t>Text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85CA8" id="_x0000_s1045" type="#_x0000_t202" style="position:absolute;left:0;text-align:left;margin-left:116.3pt;margin-top:100.6pt;width:228.5pt;height:24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" filled="f" stroked="f">
                      <v:textbox>
                        <w:txbxContent>
                          <w:p w14:paraId="0E6D3605" w14:textId="77777777" w:rsidR="00A62C36" w:rsidRPr="005F6B26" w:rsidRDefault="00A62C36" w:rsidP="00A62C36">
                            <w:pPr>
                              <w:jc w:val="center"/>
                              <w:rPr>
                                <w:rFonts w:ascii="Aptos" w:hAnsi="Aptos"/>
                                <w:b/>
                                <w:bCs/>
                              </w:rPr>
                            </w:pPr>
                            <w:r w:rsidRPr="005F6B26">
                              <w:rPr>
                                <w:rFonts w:ascii="Aptos" w:hAnsi="Aptos"/>
                                <w:b/>
                                <w:bCs/>
                              </w:rPr>
                              <w:t>Text Attachment</w:t>
                            </w:r>
                          </w:p>
                        </w:txbxContent>
                      </v:textbox>
                    </v:shape>
                  </w:pict>
                </mc:Fallback>
              </mc:AlternateContent>
            </w:r>
            <w:r w:rsidR="00A62C36">
              <w:rPr>
                <w:rFonts w:ascii="Aptos" w:hAnsi="Aptos" w:cs="Calibri"/>
                <w:noProof/>
              </w:rPr>
              <w:drawing>
                <wp:inline distT="0" distB="0" distL="0" distR="0" wp14:anchorId="62E3AB55" wp14:editId="768A99C9">
                  <wp:extent cx="3126162" cy="1064095"/>
                  <wp:effectExtent l="171450" t="171450" r="360045" b="384175"/>
                  <wp:docPr id="37997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620" name="Picture 243086620"/>
                          <pic:cNvPicPr/>
                        </pic:nvPicPr>
                        <pic:blipFill>
                          <a:blip r:embed="rId62"/>
                          <a:stretch>
                            <a:fillRect/>
                          </a:stretch>
                        </pic:blipFill>
                        <pic:spPr>
                          <a:xfrm>
                            <a:off x="0" y="0"/>
                            <a:ext cx="3287002" cy="111884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AD552C" w:rsidRPr="00BF0284" w14:paraId="6D974DEE" w14:textId="77777777" w:rsidTr="00FD302C">
        <w:tc>
          <w:tcPr>
            <w:tcW w:w="900" w:type="dxa"/>
          </w:tcPr>
          <w:p w14:paraId="1AE2C4AB" w14:textId="77777777" w:rsidR="00AD552C" w:rsidRPr="00AD552C" w:rsidRDefault="00AD552C" w:rsidP="00ED4F4C">
            <w:pPr>
              <w:pStyle w:val="ListParagraph"/>
              <w:numPr>
                <w:ilvl w:val="0"/>
                <w:numId w:val="33"/>
              </w:numPr>
              <w:rPr>
                <w:rFonts w:ascii="Aptos" w:hAnsi="Aptos" w:cstheme="majorHAnsi"/>
              </w:rPr>
            </w:pPr>
          </w:p>
        </w:tc>
        <w:tc>
          <w:tcPr>
            <w:tcW w:w="9540" w:type="dxa"/>
          </w:tcPr>
          <w:p w14:paraId="089F9803" w14:textId="365D4803" w:rsidR="00AD552C" w:rsidRDefault="00AD552C" w:rsidP="00ED4F4C">
            <w:pPr>
              <w:pStyle w:val="steptext"/>
              <w:keepNext/>
              <w:rPr>
                <w:rFonts w:ascii="Aptos" w:hAnsi="Aptos" w:cs="Calibri"/>
              </w:rPr>
            </w:pPr>
            <w:r>
              <w:rPr>
                <w:rFonts w:ascii="Aptos" w:hAnsi="Aptos" w:cs="Calibri"/>
              </w:rPr>
              <w:t xml:space="preserve">To </w:t>
            </w:r>
            <w:r w:rsidR="00D33405">
              <w:rPr>
                <w:rFonts w:ascii="Aptos" w:hAnsi="Aptos" w:cs="Calibri"/>
              </w:rPr>
              <w:t>add additional attachments</w:t>
            </w:r>
            <w:r>
              <w:rPr>
                <w:rFonts w:ascii="Aptos" w:hAnsi="Aptos" w:cs="Calibri"/>
              </w:rPr>
              <w:t xml:space="preserve">, repeat steps </w:t>
            </w:r>
            <w:r w:rsidR="00D33405" w:rsidRPr="00D33405">
              <w:rPr>
                <w:rFonts w:ascii="Aptos" w:hAnsi="Aptos" w:cs="Calibri"/>
                <w:b/>
                <w:bCs/>
              </w:rPr>
              <w:fldChar w:fldCharType="begin"/>
            </w:r>
            <w:r w:rsidR="00D33405" w:rsidRPr="00D33405">
              <w:rPr>
                <w:rFonts w:ascii="Aptos" w:hAnsi="Aptos" w:cs="Calibri"/>
                <w:b/>
                <w:bCs/>
              </w:rPr>
              <w:instrText xml:space="preserve"> REF _Ref225695106 \r \h </w:instrText>
            </w:r>
            <w:r w:rsidR="00D33405">
              <w:rPr>
                <w:rFonts w:ascii="Aptos" w:hAnsi="Aptos" w:cs="Calibri"/>
                <w:b/>
                <w:bCs/>
              </w:rPr>
              <w:instrText xml:space="preserve"> \* MERGEFORMAT </w:instrText>
            </w:r>
            <w:r w:rsidR="00D33405" w:rsidRPr="00D33405">
              <w:rPr>
                <w:rFonts w:ascii="Aptos" w:hAnsi="Aptos" w:cs="Calibri"/>
                <w:b/>
                <w:bCs/>
              </w:rPr>
            </w:r>
            <w:r w:rsidR="00D33405" w:rsidRPr="00D33405">
              <w:rPr>
                <w:rFonts w:ascii="Aptos" w:hAnsi="Aptos" w:cs="Calibri"/>
                <w:b/>
                <w:bCs/>
              </w:rPr>
              <w:fldChar w:fldCharType="separate"/>
            </w:r>
            <w:r w:rsidR="00D33405" w:rsidRPr="00D33405">
              <w:rPr>
                <w:rFonts w:ascii="Aptos" w:hAnsi="Aptos" w:cs="Calibri"/>
                <w:b/>
                <w:bCs/>
              </w:rPr>
              <w:t>4</w:t>
            </w:r>
            <w:r w:rsidR="00D33405" w:rsidRPr="00D33405">
              <w:rPr>
                <w:rFonts w:ascii="Aptos" w:hAnsi="Aptos" w:cs="Calibri"/>
                <w:b/>
                <w:bCs/>
              </w:rPr>
              <w:fldChar w:fldCharType="end"/>
            </w:r>
            <w:r w:rsidR="00D33405">
              <w:rPr>
                <w:rFonts w:ascii="Aptos" w:hAnsi="Aptos" w:cs="Calibri"/>
              </w:rPr>
              <w:t xml:space="preserve"> </w:t>
            </w:r>
            <w:r>
              <w:rPr>
                <w:rFonts w:ascii="Aptos" w:hAnsi="Aptos" w:cs="Calibri"/>
              </w:rPr>
              <w:t xml:space="preserve">thru </w:t>
            </w:r>
            <w:r w:rsidR="00D33405" w:rsidRPr="00D33405">
              <w:rPr>
                <w:rFonts w:ascii="Aptos" w:hAnsi="Aptos" w:cs="Calibri"/>
                <w:b/>
                <w:bCs/>
              </w:rPr>
              <w:fldChar w:fldCharType="begin"/>
            </w:r>
            <w:r w:rsidR="00D33405" w:rsidRPr="00D33405">
              <w:rPr>
                <w:rFonts w:ascii="Aptos" w:hAnsi="Aptos" w:cs="Calibri"/>
                <w:b/>
                <w:bCs/>
              </w:rPr>
              <w:instrText xml:space="preserve"> REF _Ref225695119 \r \h </w:instrText>
            </w:r>
            <w:r w:rsidR="00D33405">
              <w:rPr>
                <w:rFonts w:ascii="Aptos" w:hAnsi="Aptos" w:cs="Calibri"/>
                <w:b/>
                <w:bCs/>
              </w:rPr>
              <w:instrText xml:space="preserve"> \* MERGEFORMAT </w:instrText>
            </w:r>
            <w:r w:rsidR="00D33405" w:rsidRPr="00D33405">
              <w:rPr>
                <w:rFonts w:ascii="Aptos" w:hAnsi="Aptos" w:cs="Calibri"/>
                <w:b/>
                <w:bCs/>
              </w:rPr>
            </w:r>
            <w:r w:rsidR="00D33405" w:rsidRPr="00D33405">
              <w:rPr>
                <w:rFonts w:ascii="Aptos" w:hAnsi="Aptos" w:cs="Calibri"/>
                <w:b/>
                <w:bCs/>
              </w:rPr>
              <w:fldChar w:fldCharType="separate"/>
            </w:r>
            <w:r w:rsidR="00D33405" w:rsidRPr="00D33405">
              <w:rPr>
                <w:rFonts w:ascii="Aptos" w:hAnsi="Aptos" w:cs="Calibri"/>
                <w:b/>
                <w:bCs/>
              </w:rPr>
              <w:t>7</w:t>
            </w:r>
            <w:r w:rsidR="00D33405" w:rsidRPr="00D33405">
              <w:rPr>
                <w:rFonts w:ascii="Aptos" w:hAnsi="Aptos" w:cs="Calibri"/>
                <w:b/>
                <w:bCs/>
              </w:rPr>
              <w:fldChar w:fldCharType="end"/>
            </w:r>
            <w:r>
              <w:rPr>
                <w:rFonts w:ascii="Aptos" w:hAnsi="Aptos" w:cs="Calibri"/>
              </w:rPr>
              <w:t xml:space="preserve">. </w:t>
            </w:r>
          </w:p>
        </w:tc>
      </w:tr>
      <w:tr w:rsidR="00A65AAC" w:rsidRPr="00BF0284" w14:paraId="4AD0F803" w14:textId="77777777" w:rsidTr="00FD302C">
        <w:tc>
          <w:tcPr>
            <w:tcW w:w="900" w:type="dxa"/>
          </w:tcPr>
          <w:p w14:paraId="60958F0E" w14:textId="77777777" w:rsidR="00A65AAC" w:rsidRPr="00AD552C" w:rsidRDefault="00A65AAC" w:rsidP="00ED4F4C">
            <w:pPr>
              <w:pStyle w:val="ListParagraph"/>
              <w:numPr>
                <w:ilvl w:val="0"/>
                <w:numId w:val="33"/>
              </w:numPr>
              <w:rPr>
                <w:rFonts w:ascii="Aptos" w:hAnsi="Aptos" w:cstheme="majorHAnsi"/>
              </w:rPr>
            </w:pPr>
          </w:p>
        </w:tc>
        <w:tc>
          <w:tcPr>
            <w:tcW w:w="9540" w:type="dxa"/>
          </w:tcPr>
          <w:p w14:paraId="649E05FE" w14:textId="77777777" w:rsidR="00A65AAC" w:rsidRDefault="00A65AAC" w:rsidP="00ED4F4C">
            <w:pPr>
              <w:keepNext/>
              <w:rPr>
                <w:rFonts w:ascii="Aptos" w:hAnsi="Aptos" w:cs="Calibri"/>
              </w:rPr>
            </w:pPr>
            <w:r>
              <w:rPr>
                <w:rFonts w:ascii="Aptos" w:hAnsi="Aptos" w:cs="Calibri"/>
              </w:rPr>
              <w:t xml:space="preserve">Click the </w:t>
            </w:r>
            <w:r w:rsidRPr="00D33405">
              <w:rPr>
                <w:rFonts w:ascii="Aptos" w:hAnsi="Aptos" w:cs="Calibri"/>
                <w:b/>
                <w:bCs/>
              </w:rPr>
              <w:t>green checkmark</w:t>
            </w:r>
            <w:r>
              <w:rPr>
                <w:rFonts w:ascii="Aptos" w:hAnsi="Aptos" w:cs="Calibri"/>
              </w:rPr>
              <w:t xml:space="preserve"> to continue to </w:t>
            </w:r>
            <w:r w:rsidR="00351B6E">
              <w:rPr>
                <w:rFonts w:ascii="Aptos" w:hAnsi="Aptos" w:cs="Calibri"/>
              </w:rPr>
              <w:t xml:space="preserve">the </w:t>
            </w:r>
            <w:r>
              <w:rPr>
                <w:rFonts w:ascii="Aptos" w:hAnsi="Aptos" w:cs="Calibri"/>
              </w:rPr>
              <w:t>Detail Revisions</w:t>
            </w:r>
            <w:r w:rsidR="00351B6E">
              <w:rPr>
                <w:rFonts w:ascii="Aptos" w:hAnsi="Aptos" w:cs="Calibri"/>
              </w:rPr>
              <w:t xml:space="preserve"> screen</w:t>
            </w:r>
            <w:r>
              <w:rPr>
                <w:rFonts w:ascii="Aptos" w:hAnsi="Aptos" w:cs="Calibri"/>
              </w:rPr>
              <w:t xml:space="preserve">. </w:t>
            </w:r>
          </w:p>
          <w:p w14:paraId="1D58CF6C" w14:textId="77777777" w:rsidR="00A65AAC" w:rsidRDefault="00A65AAC" w:rsidP="00ED4F4C">
            <w:pPr>
              <w:keepNext/>
              <w:rPr>
                <w:rFonts w:ascii="Aptos" w:hAnsi="Aptos" w:cs="Calibri"/>
              </w:rPr>
            </w:pPr>
          </w:p>
          <w:p w14:paraId="731A1628" w14:textId="2E6A97DB" w:rsidR="00A65AAC" w:rsidRDefault="00A65AAC" w:rsidP="00ED4F4C">
            <w:pPr>
              <w:pStyle w:val="steptext"/>
              <w:keepNext/>
              <w:rPr>
                <w:rFonts w:ascii="Aptos" w:hAnsi="Aptos" w:cs="Calibri"/>
              </w:rPr>
            </w:pPr>
            <w:r w:rsidRPr="005A3C02">
              <w:rPr>
                <w:rFonts w:ascii="Aptos" w:hAnsi="Aptos" w:cs="Calibri"/>
                <w:b/>
                <w:bCs/>
              </w:rPr>
              <w:t>NOTE</w:t>
            </w:r>
            <w:r>
              <w:rPr>
                <w:rFonts w:ascii="Aptos" w:hAnsi="Aptos" w:cs="Calibri"/>
              </w:rPr>
              <w:t xml:space="preserve">: If making no detail revisions, click the </w:t>
            </w:r>
            <w:r w:rsidRPr="00D33405">
              <w:rPr>
                <w:rFonts w:ascii="Aptos" w:hAnsi="Aptos" w:cs="Calibri"/>
                <w:b/>
                <w:bCs/>
              </w:rPr>
              <w:t>green checkmark</w:t>
            </w:r>
            <w:r>
              <w:rPr>
                <w:rFonts w:ascii="Aptos" w:hAnsi="Aptos" w:cs="Calibri"/>
              </w:rPr>
              <w:t xml:space="preserve"> again to return to the “Work </w:t>
            </w:r>
            <w:r w:rsidR="00D33405">
              <w:rPr>
                <w:rFonts w:ascii="Aptos" w:hAnsi="Aptos" w:cs="Calibri"/>
              </w:rPr>
              <w:t>w</w:t>
            </w:r>
            <w:r>
              <w:rPr>
                <w:rFonts w:ascii="Aptos" w:hAnsi="Aptos" w:cs="Calibri"/>
              </w:rPr>
              <w:t>ith Purchase Order” home screen.</w:t>
            </w:r>
          </w:p>
        </w:tc>
      </w:tr>
      <w:tr w:rsidR="00A65AAC" w:rsidRPr="00BF0284" w14:paraId="79D8A0C3" w14:textId="77777777" w:rsidTr="00FD302C">
        <w:tc>
          <w:tcPr>
            <w:tcW w:w="900" w:type="dxa"/>
          </w:tcPr>
          <w:p w14:paraId="4DC7721E" w14:textId="77777777" w:rsidR="00A65AAC" w:rsidRPr="00590B1A" w:rsidRDefault="00A65AAC" w:rsidP="00ED4F4C">
            <w:pPr>
              <w:pStyle w:val="ListParagraph"/>
              <w:numPr>
                <w:ilvl w:val="0"/>
                <w:numId w:val="33"/>
              </w:numPr>
              <w:rPr>
                <w:rFonts w:ascii="Aptos" w:hAnsi="Aptos" w:cstheme="majorHAnsi"/>
              </w:rPr>
            </w:pPr>
          </w:p>
        </w:tc>
        <w:tc>
          <w:tcPr>
            <w:tcW w:w="9540" w:type="dxa"/>
          </w:tcPr>
          <w:p w14:paraId="7771B95E" w14:textId="77777777" w:rsidR="00A65AAC" w:rsidRDefault="00A65AAC" w:rsidP="00ED4F4C">
            <w:pPr>
              <w:pStyle w:val="steptext"/>
              <w:rPr>
                <w:rFonts w:ascii="Aptos" w:hAnsi="Aptos" w:cs="Calibri"/>
              </w:rPr>
            </w:pPr>
            <w:r>
              <w:rPr>
                <w:rFonts w:ascii="Aptos" w:hAnsi="Aptos" w:cs="Calibri"/>
              </w:rPr>
              <w:t xml:space="preserve">The only difference between adding a line attachment and a header attachment is </w:t>
            </w:r>
            <w:r w:rsidRPr="00C26222">
              <w:rPr>
                <w:rFonts w:ascii="Aptos" w:hAnsi="Aptos" w:cs="Calibri"/>
                <w:b/>
                <w:bCs/>
              </w:rPr>
              <w:t>where</w:t>
            </w:r>
            <w:r>
              <w:rPr>
                <w:rFonts w:ascii="Aptos" w:hAnsi="Aptos" w:cs="Calibri"/>
              </w:rPr>
              <w:t xml:space="preserve"> the attachment is placed.</w:t>
            </w:r>
          </w:p>
          <w:p w14:paraId="60E14E7F" w14:textId="77777777" w:rsidR="00A65AAC" w:rsidRDefault="00A65AAC" w:rsidP="00ED4F4C">
            <w:pPr>
              <w:pStyle w:val="steptext"/>
              <w:rPr>
                <w:rFonts w:ascii="Aptos" w:hAnsi="Aptos" w:cs="Calibri"/>
              </w:rPr>
            </w:pPr>
          </w:p>
          <w:p w14:paraId="3E8D4803" w14:textId="4BD25F35" w:rsidR="00A65AAC" w:rsidRDefault="00FD302C" w:rsidP="00ED4F4C">
            <w:pPr>
              <w:pStyle w:val="steptext"/>
              <w:rPr>
                <w:rFonts w:ascii="Aptos" w:hAnsi="Aptos" w:cs="Calibri"/>
              </w:rPr>
            </w:pPr>
            <w:r w:rsidRPr="00865D81">
              <w:rPr>
                <w:rFonts w:ascii="Aptos" w:hAnsi="Aptos" w:cs="Calibri"/>
                <w:noProof/>
              </w:rPr>
              <mc:AlternateContent>
                <mc:Choice Requires="wps">
                  <w:drawing>
                    <wp:anchor distT="45720" distB="45720" distL="114300" distR="114300" simplePos="0" relativeHeight="252118016" behindDoc="0" locked="0" layoutInCell="1" allowOverlap="1" wp14:anchorId="0847958E" wp14:editId="44799913">
                      <wp:simplePos x="0" y="0"/>
                      <wp:positionH relativeFrom="column">
                        <wp:posOffset>1181764</wp:posOffset>
                      </wp:positionH>
                      <wp:positionV relativeFrom="paragraph">
                        <wp:posOffset>1486756</wp:posOffset>
                      </wp:positionV>
                      <wp:extent cx="1971730" cy="279400"/>
                      <wp:effectExtent l="0" t="0" r="0" b="6350"/>
                      <wp:wrapNone/>
                      <wp:docPr id="719385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730" cy="279400"/>
                              </a:xfrm>
                              <a:prstGeom prst="rect">
                                <a:avLst/>
                              </a:prstGeom>
                              <a:noFill/>
                              <a:ln w="9525">
                                <a:noFill/>
                                <a:miter lim="800000"/>
                                <a:headEnd/>
                                <a:tailEnd/>
                              </a:ln>
                            </wps:spPr>
                            <wps:txbx>
                              <w:txbxContent>
                                <w:p w14:paraId="2BAD474D" w14:textId="7EF2316D" w:rsidR="00A65AAC" w:rsidRPr="0086289C" w:rsidRDefault="00A65AAC" w:rsidP="00EC2B4D">
                                  <w:pPr>
                                    <w:jc w:val="center"/>
                                    <w:rPr>
                                      <w:rFonts w:ascii="Aptos" w:hAnsi="Aptos"/>
                                    </w:rPr>
                                  </w:pPr>
                                  <w:r w:rsidRPr="0086289C">
                                    <w:rPr>
                                      <w:rFonts w:ascii="Aptos" w:hAnsi="Aptos"/>
                                    </w:rPr>
                                    <w:t xml:space="preserve">Click here </w:t>
                                  </w:r>
                                  <w:r w:rsidR="00FD302C">
                                    <w:rPr>
                                      <w:rFonts w:ascii="Aptos" w:hAnsi="Aptos"/>
                                    </w:rPr>
                                    <w:t xml:space="preserve">                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7958E" id="_x0000_s1046" type="#_x0000_t202" style="position:absolute;margin-left:93.05pt;margin-top:117.05pt;width:155.25pt;height:22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" filled="f" stroked="f">
                      <v:textbox>
                        <w:txbxContent>
                          <w:p w14:paraId="2BAD474D" w14:textId="7EF2316D" w:rsidR="00A65AAC" w:rsidRPr="0086289C" w:rsidRDefault="00A65AAC" w:rsidP="00EC2B4D">
                            <w:pPr>
                              <w:jc w:val="center"/>
                              <w:rPr>
                                <w:rFonts w:ascii="Aptos" w:hAnsi="Aptos"/>
                              </w:rPr>
                            </w:pPr>
                            <w:r w:rsidRPr="0086289C">
                              <w:rPr>
                                <w:rFonts w:ascii="Aptos" w:hAnsi="Aptos"/>
                              </w:rPr>
                              <w:t xml:space="preserve">Click here </w:t>
                            </w:r>
                            <w:r w:rsidR="00FD302C">
                              <w:rPr>
                                <w:rFonts w:ascii="Aptos" w:hAnsi="Aptos"/>
                              </w:rPr>
                              <w:t xml:space="preserve">                OR</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2116992" behindDoc="0" locked="0" layoutInCell="1" allowOverlap="1" wp14:anchorId="6FFE6A7E" wp14:editId="62273A94">
                      <wp:simplePos x="0" y="0"/>
                      <wp:positionH relativeFrom="column">
                        <wp:posOffset>972351</wp:posOffset>
                      </wp:positionH>
                      <wp:positionV relativeFrom="paragraph">
                        <wp:posOffset>2361151</wp:posOffset>
                      </wp:positionV>
                      <wp:extent cx="152400" cy="184150"/>
                      <wp:effectExtent l="0" t="0" r="19050" b="25400"/>
                      <wp:wrapNone/>
                      <wp:docPr id="1913422923" name="Rectangle: Rounded Corners 8"/>
                      <wp:cNvGraphicFramePr/>
                      <a:graphic xmlns:a="http://schemas.openxmlformats.org/drawingml/2006/main">
                        <a:graphicData uri="http://schemas.microsoft.com/office/word/2010/wordprocessingShape">
                          <wps:wsp>
                            <wps:cNvSpPr/>
                            <wps:spPr>
                              <a:xfrm>
                                <a:off x="0" y="0"/>
                                <a:ext cx="1524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1659F" id="Rectangle: Rounded Corners 8" o:spid="_x0000_s1026" style="position:absolute;margin-left:76.55pt;margin-top:185.9pt;width:12pt;height:1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" filled="f" strokecolor="red" strokeweight="1pt">
                      <v:stroke joinstyle="miter"/>
                    </v:roundrect>
                  </w:pict>
                </mc:Fallback>
              </mc:AlternateContent>
            </w:r>
            <w:r w:rsidRPr="00675BBA">
              <w:rPr>
                <w:rFonts w:ascii="Aptos" w:hAnsi="Aptos" w:cs="Calibri"/>
                <w:noProof/>
              </w:rPr>
              <mc:AlternateContent>
                <mc:Choice Requires="wps">
                  <w:drawing>
                    <wp:anchor distT="0" distB="0" distL="114300" distR="114300" simplePos="0" relativeHeight="252119040" behindDoc="0" locked="0" layoutInCell="1" allowOverlap="1" wp14:anchorId="23690A3A" wp14:editId="17741BC5">
                      <wp:simplePos x="0" y="0"/>
                      <wp:positionH relativeFrom="column">
                        <wp:posOffset>951699</wp:posOffset>
                      </wp:positionH>
                      <wp:positionV relativeFrom="paragraph">
                        <wp:posOffset>2033325</wp:posOffset>
                      </wp:positionV>
                      <wp:extent cx="588717" cy="152054"/>
                      <wp:effectExtent l="104140" t="10160" r="106045" b="0"/>
                      <wp:wrapNone/>
                      <wp:docPr id="235473355" name="Arrow: Right 9"/>
                      <wp:cNvGraphicFramePr/>
                      <a:graphic xmlns:a="http://schemas.openxmlformats.org/drawingml/2006/main">
                        <a:graphicData uri="http://schemas.microsoft.com/office/word/2010/wordprocessingShape">
                          <wps:wsp>
                            <wps:cNvSpPr/>
                            <wps:spPr>
                              <a:xfrm rot="6857923">
                                <a:off x="0" y="0"/>
                                <a:ext cx="588717" cy="152054"/>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157E" id="Arrow: Right 9" o:spid="_x0000_s1026" type="#_x0000_t13" style="position:absolute;margin-left:74.95pt;margin-top:160.1pt;width:46.35pt;height:11.95pt;rotation:7490681fd;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" adj="18811" fillcolor="red" strokecolor="#042433" strokeweight="1pt"/>
                  </w:pict>
                </mc:Fallback>
              </mc:AlternateContent>
            </w:r>
            <w:r>
              <w:rPr>
                <w:rFonts w:ascii="Aptos" w:hAnsi="Aptos" w:cs="Calibri"/>
                <w:noProof/>
                <w14:ligatures w14:val="standardContextual"/>
              </w:rPr>
              <w:drawing>
                <wp:anchor distT="0" distB="0" distL="114300" distR="114300" simplePos="0" relativeHeight="251652090" behindDoc="0" locked="0" layoutInCell="1" allowOverlap="1" wp14:anchorId="41C8FC55" wp14:editId="2ADEF883">
                  <wp:simplePos x="0" y="0"/>
                  <wp:positionH relativeFrom="column">
                    <wp:posOffset>820309</wp:posOffset>
                  </wp:positionH>
                  <wp:positionV relativeFrom="paragraph">
                    <wp:posOffset>1769054</wp:posOffset>
                  </wp:positionV>
                  <wp:extent cx="1663700" cy="1326515"/>
                  <wp:effectExtent l="171450" t="171450" r="355600" b="387985"/>
                  <wp:wrapTopAndBottom/>
                  <wp:docPr id="11253458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45883" name="Picture 1125345883"/>
                          <pic:cNvPicPr/>
                        </pic:nvPicPr>
                        <pic:blipFill>
                          <a:blip r:embed="rId66">
                            <a:extLst>
                              <a:ext uri="{28A0092B-C50C-407E-A947-70E740481C1C}">
                                <a14:useLocalDpi xmlns:a14="http://schemas.microsoft.com/office/drawing/2010/main" val="0"/>
                              </a:ext>
                            </a:extLst>
                          </a:blip>
                          <a:stretch>
                            <a:fillRect/>
                          </a:stretch>
                        </pic:blipFill>
                        <pic:spPr>
                          <a:xfrm>
                            <a:off x="0" y="0"/>
                            <a:ext cx="1663700" cy="132651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Pr="00675BBA">
              <w:rPr>
                <w:rFonts w:ascii="Aptos" w:hAnsi="Aptos" w:cs="Calibri"/>
                <w:noProof/>
              </w:rPr>
              <mc:AlternateContent>
                <mc:Choice Requires="wps">
                  <w:drawing>
                    <wp:anchor distT="0" distB="0" distL="114300" distR="114300" simplePos="0" relativeHeight="252169216" behindDoc="0" locked="0" layoutInCell="1" allowOverlap="1" wp14:anchorId="0D4676EE" wp14:editId="1C7C7E03">
                      <wp:simplePos x="0" y="0"/>
                      <wp:positionH relativeFrom="column">
                        <wp:posOffset>4001163</wp:posOffset>
                      </wp:positionH>
                      <wp:positionV relativeFrom="paragraph">
                        <wp:posOffset>3624524</wp:posOffset>
                      </wp:positionV>
                      <wp:extent cx="1003300" cy="184150"/>
                      <wp:effectExtent l="0" t="0" r="25400" b="25400"/>
                      <wp:wrapNone/>
                      <wp:docPr id="1640241871" name="Rectangle: Rounded Corners 8"/>
                      <wp:cNvGraphicFramePr/>
                      <a:graphic xmlns:a="http://schemas.openxmlformats.org/drawingml/2006/main">
                        <a:graphicData uri="http://schemas.microsoft.com/office/word/2010/wordprocessingShape">
                          <wps:wsp>
                            <wps:cNvSpPr/>
                            <wps:spPr>
                              <a:xfrm>
                                <a:off x="0" y="0"/>
                                <a:ext cx="10033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18F63" id="Rectangle: Rounded Corners 8" o:spid="_x0000_s1026" style="position:absolute;margin-left:315.05pt;margin-top:285.4pt;width:79pt;height:1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" filled="f" strokecolor="red" strokeweight="1pt">
                      <v:stroke joinstyle="miter"/>
                    </v:roundrect>
                  </w:pict>
                </mc:Fallback>
              </mc:AlternateContent>
            </w:r>
            <w:r w:rsidRPr="00675BBA">
              <w:rPr>
                <w:rFonts w:ascii="Aptos" w:hAnsi="Aptos" w:cs="Calibri"/>
                <w:noProof/>
              </w:rPr>
              <mc:AlternateContent>
                <mc:Choice Requires="wps">
                  <w:drawing>
                    <wp:anchor distT="0" distB="0" distL="114300" distR="114300" simplePos="0" relativeHeight="252121088" behindDoc="0" locked="0" layoutInCell="1" allowOverlap="1" wp14:anchorId="55FBCB26" wp14:editId="1495FB18">
                      <wp:simplePos x="0" y="0"/>
                      <wp:positionH relativeFrom="column">
                        <wp:posOffset>3695148</wp:posOffset>
                      </wp:positionH>
                      <wp:positionV relativeFrom="paragraph">
                        <wp:posOffset>988363</wp:posOffset>
                      </wp:positionV>
                      <wp:extent cx="389856" cy="182545"/>
                      <wp:effectExtent l="19050" t="57150" r="0" b="84455"/>
                      <wp:wrapNone/>
                      <wp:docPr id="1723876882" name="Arrow: Right 9"/>
                      <wp:cNvGraphicFramePr/>
                      <a:graphic xmlns:a="http://schemas.openxmlformats.org/drawingml/2006/main">
                        <a:graphicData uri="http://schemas.microsoft.com/office/word/2010/wordprocessingShape">
                          <wps:wsp>
                            <wps:cNvSpPr/>
                            <wps:spPr>
                              <a:xfrm rot="19430975">
                                <a:off x="0" y="0"/>
                                <a:ext cx="389856" cy="18254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2E0" id="Arrow: Right 9" o:spid="_x0000_s1026" type="#_x0000_t13" style="position:absolute;margin-left:290.95pt;margin-top:77.8pt;width:30.7pt;height:14.35pt;rotation:-2369154fd;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" adj="16543" fillcolor="red" strokecolor="#042433" strokeweight="1pt"/>
                  </w:pict>
                </mc:Fallback>
              </mc:AlternateContent>
            </w:r>
            <w:r>
              <w:rPr>
                <w:rFonts w:ascii="Aptos" w:hAnsi="Aptos" w:cs="Calibri"/>
                <w:noProof/>
                <w14:ligatures w14:val="standardContextual"/>
              </w:rPr>
              <w:drawing>
                <wp:anchor distT="0" distB="0" distL="114300" distR="114300" simplePos="0" relativeHeight="252168192" behindDoc="0" locked="0" layoutInCell="1" allowOverlap="1" wp14:anchorId="207084BA" wp14:editId="414DBC49">
                  <wp:simplePos x="0" y="0"/>
                  <wp:positionH relativeFrom="column">
                    <wp:posOffset>3412407</wp:posOffset>
                  </wp:positionH>
                  <wp:positionV relativeFrom="paragraph">
                    <wp:posOffset>783452</wp:posOffset>
                  </wp:positionV>
                  <wp:extent cx="1498600" cy="3023870"/>
                  <wp:effectExtent l="171450" t="171450" r="387350" b="386080"/>
                  <wp:wrapTopAndBottom/>
                  <wp:docPr id="314069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69105" name="Picture 314069105"/>
                          <pic:cNvPicPr/>
                        </pic:nvPicPr>
                        <pic:blipFill rotWithShape="1">
                          <a:blip r:embed="rId67">
                            <a:extLst>
                              <a:ext uri="{28A0092B-C50C-407E-A947-70E740481C1C}">
                                <a14:useLocalDpi xmlns:a14="http://schemas.microsoft.com/office/drawing/2010/main" val="0"/>
                              </a:ext>
                            </a:extLst>
                          </a:blip>
                          <a:srcRect t="3251"/>
                          <a:stretch>
                            <a:fillRect/>
                          </a:stretch>
                        </pic:blipFill>
                        <pic:spPr bwMode="auto">
                          <a:xfrm>
                            <a:off x="0" y="0"/>
                            <a:ext cx="1498600" cy="30238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D33405">
              <w:rPr>
                <w:rFonts w:ascii="Aptos" w:hAnsi="Aptos" w:cs="Calibri"/>
              </w:rPr>
              <w:t xml:space="preserve">For any </w:t>
            </w:r>
            <w:r w:rsidR="00A90258">
              <w:rPr>
                <w:rFonts w:ascii="Aptos" w:hAnsi="Aptos" w:cs="Calibri"/>
              </w:rPr>
              <w:t>row or line, c</w:t>
            </w:r>
            <w:r w:rsidR="00A65AAC">
              <w:rPr>
                <w:rFonts w:ascii="Aptos" w:hAnsi="Aptos" w:cs="Calibri"/>
              </w:rPr>
              <w:t xml:space="preserve">lick the </w:t>
            </w:r>
            <w:r w:rsidR="00D33405">
              <w:rPr>
                <w:rFonts w:ascii="Aptos" w:hAnsi="Aptos" w:cs="Calibri"/>
              </w:rPr>
              <w:t xml:space="preserve">blank </w:t>
            </w:r>
            <w:r w:rsidR="00A90258">
              <w:rPr>
                <w:rFonts w:ascii="Aptos" w:hAnsi="Aptos" w:cs="Calibri"/>
              </w:rPr>
              <w:t>space in the column under the “</w:t>
            </w:r>
            <w:r w:rsidR="00A90258" w:rsidRPr="00A90258">
              <w:rPr>
                <w:rFonts w:ascii="Aptos" w:hAnsi="Aptos" w:cs="Calibri"/>
                <w:b/>
                <w:bCs/>
              </w:rPr>
              <w:t>paperclip</w:t>
            </w:r>
            <w:r w:rsidR="00A90258">
              <w:rPr>
                <w:rFonts w:ascii="Aptos" w:hAnsi="Aptos" w:cs="Calibri"/>
              </w:rPr>
              <w:t xml:space="preserve">” icon </w:t>
            </w:r>
            <w:r w:rsidR="00A65AAC">
              <w:rPr>
                <w:rFonts w:ascii="Aptos" w:hAnsi="Aptos" w:cs="Calibri"/>
              </w:rPr>
              <w:t>to add an attachment</w:t>
            </w:r>
            <w:r w:rsidR="00A90258">
              <w:rPr>
                <w:rFonts w:ascii="Aptos" w:hAnsi="Aptos" w:cs="Calibri"/>
              </w:rPr>
              <w:t xml:space="preserve"> or </w:t>
            </w:r>
            <w:r w:rsidR="00A65AAC">
              <w:rPr>
                <w:rFonts w:ascii="Aptos" w:hAnsi="Aptos" w:cs="Calibri"/>
              </w:rPr>
              <w:t>click the “</w:t>
            </w:r>
            <w:r w:rsidR="00A65AAC" w:rsidRPr="00A90258">
              <w:rPr>
                <w:rFonts w:ascii="Aptos" w:hAnsi="Aptos" w:cs="Calibri"/>
                <w:b/>
                <w:bCs/>
              </w:rPr>
              <w:t>Row</w:t>
            </w:r>
            <w:r w:rsidR="00A65AAC">
              <w:rPr>
                <w:rFonts w:ascii="Aptos" w:hAnsi="Aptos" w:cs="Calibri"/>
              </w:rPr>
              <w:t>” button and click the “</w:t>
            </w:r>
            <w:r w:rsidR="00A90258" w:rsidRPr="00A90258">
              <w:rPr>
                <w:rFonts w:ascii="Aptos" w:hAnsi="Aptos" w:cs="Calibri"/>
                <w:b/>
                <w:bCs/>
              </w:rPr>
              <w:t>L</w:t>
            </w:r>
            <w:r w:rsidR="00A65AAC" w:rsidRPr="00A90258">
              <w:rPr>
                <w:rFonts w:ascii="Aptos" w:hAnsi="Aptos" w:cs="Calibri"/>
                <w:b/>
                <w:bCs/>
              </w:rPr>
              <w:t>ine attachment</w:t>
            </w:r>
            <w:r w:rsidR="00A90258">
              <w:rPr>
                <w:rFonts w:ascii="Aptos" w:hAnsi="Aptos" w:cs="Calibri"/>
                <w:b/>
                <w:bCs/>
              </w:rPr>
              <w:t>s</w:t>
            </w:r>
            <w:r w:rsidR="00A65AAC">
              <w:rPr>
                <w:rFonts w:ascii="Aptos" w:hAnsi="Aptos" w:cs="Calibri"/>
              </w:rPr>
              <w:t xml:space="preserve">” option. Follow steps </w:t>
            </w:r>
            <w:r w:rsidR="00A90258" w:rsidRPr="00A90258">
              <w:rPr>
                <w:rFonts w:ascii="Aptos" w:hAnsi="Aptos" w:cs="Calibri"/>
                <w:b/>
                <w:bCs/>
              </w:rPr>
              <w:fldChar w:fldCharType="begin"/>
            </w:r>
            <w:r w:rsidR="00A90258" w:rsidRPr="00A90258">
              <w:rPr>
                <w:rFonts w:ascii="Aptos" w:hAnsi="Aptos" w:cs="Calibri"/>
                <w:b/>
                <w:bCs/>
              </w:rPr>
              <w:instrText xml:space="preserve"> REF _Ref225695494 \r \h </w:instrText>
            </w:r>
            <w:r w:rsidR="00A90258">
              <w:rPr>
                <w:rFonts w:ascii="Aptos" w:hAnsi="Aptos" w:cs="Calibri"/>
                <w:b/>
                <w:bCs/>
              </w:rPr>
              <w:instrText xml:space="preserve"> \* MERGEFORMAT </w:instrText>
            </w:r>
            <w:r w:rsidR="00A90258" w:rsidRPr="00A90258">
              <w:rPr>
                <w:rFonts w:ascii="Aptos" w:hAnsi="Aptos" w:cs="Calibri"/>
                <w:b/>
                <w:bCs/>
              </w:rPr>
            </w:r>
            <w:r w:rsidR="00A90258" w:rsidRPr="00A90258">
              <w:rPr>
                <w:rFonts w:ascii="Aptos" w:hAnsi="Aptos" w:cs="Calibri"/>
                <w:b/>
                <w:bCs/>
              </w:rPr>
              <w:fldChar w:fldCharType="separate"/>
            </w:r>
            <w:r w:rsidR="00A90258" w:rsidRPr="00A90258">
              <w:rPr>
                <w:rFonts w:ascii="Aptos" w:hAnsi="Aptos" w:cs="Calibri"/>
                <w:b/>
                <w:bCs/>
              </w:rPr>
              <w:t>5</w:t>
            </w:r>
            <w:r w:rsidR="00A90258" w:rsidRPr="00A90258">
              <w:rPr>
                <w:rFonts w:ascii="Aptos" w:hAnsi="Aptos" w:cs="Calibri"/>
                <w:b/>
                <w:bCs/>
              </w:rPr>
              <w:fldChar w:fldCharType="end"/>
            </w:r>
            <w:r w:rsidR="00A65AAC">
              <w:rPr>
                <w:rFonts w:ascii="Aptos" w:hAnsi="Aptos" w:cs="Calibri"/>
              </w:rPr>
              <w:t xml:space="preserve"> thru </w:t>
            </w:r>
            <w:r w:rsidR="00A90258" w:rsidRPr="00A90258">
              <w:rPr>
                <w:rFonts w:ascii="Aptos" w:hAnsi="Aptos" w:cs="Calibri"/>
                <w:b/>
                <w:bCs/>
              </w:rPr>
              <w:fldChar w:fldCharType="begin"/>
            </w:r>
            <w:r w:rsidR="00A90258" w:rsidRPr="00A90258">
              <w:rPr>
                <w:rFonts w:ascii="Aptos" w:hAnsi="Aptos" w:cs="Calibri"/>
                <w:b/>
                <w:bCs/>
              </w:rPr>
              <w:instrText xml:space="preserve"> REF _Ref225695119 \r \h </w:instrText>
            </w:r>
            <w:r w:rsidR="00A90258">
              <w:rPr>
                <w:rFonts w:ascii="Aptos" w:hAnsi="Aptos" w:cs="Calibri"/>
                <w:b/>
                <w:bCs/>
              </w:rPr>
              <w:instrText xml:space="preserve"> \* MERGEFORMAT </w:instrText>
            </w:r>
            <w:r w:rsidR="00A90258" w:rsidRPr="00A90258">
              <w:rPr>
                <w:rFonts w:ascii="Aptos" w:hAnsi="Aptos" w:cs="Calibri"/>
                <w:b/>
                <w:bCs/>
              </w:rPr>
            </w:r>
            <w:r w:rsidR="00A90258" w:rsidRPr="00A90258">
              <w:rPr>
                <w:rFonts w:ascii="Aptos" w:hAnsi="Aptos" w:cs="Calibri"/>
                <w:b/>
                <w:bCs/>
              </w:rPr>
              <w:fldChar w:fldCharType="separate"/>
            </w:r>
            <w:r w:rsidR="00A90258" w:rsidRPr="00A90258">
              <w:rPr>
                <w:rFonts w:ascii="Aptos" w:hAnsi="Aptos" w:cs="Calibri"/>
                <w:b/>
                <w:bCs/>
              </w:rPr>
              <w:t>7</w:t>
            </w:r>
            <w:r w:rsidR="00A90258" w:rsidRPr="00A90258">
              <w:rPr>
                <w:rFonts w:ascii="Aptos" w:hAnsi="Aptos" w:cs="Calibri"/>
                <w:b/>
                <w:bCs/>
              </w:rPr>
              <w:fldChar w:fldCharType="end"/>
            </w:r>
            <w:r w:rsidR="00A65AAC">
              <w:rPr>
                <w:rFonts w:ascii="Aptos" w:hAnsi="Aptos" w:cs="Calibri"/>
              </w:rPr>
              <w:t xml:space="preserve"> to add an attachment. </w:t>
            </w:r>
          </w:p>
          <w:p w14:paraId="7F83AEDF" w14:textId="6FE757A3" w:rsidR="00A65AAC" w:rsidRPr="00942646" w:rsidRDefault="00FD302C" w:rsidP="00FD302C">
            <w:pPr>
              <w:jc w:val="center"/>
              <w:rPr>
                <w:rFonts w:ascii="Aptos" w:hAnsi="Aptos" w:cs="Calibri"/>
              </w:rPr>
            </w:pPr>
            <w:r w:rsidRPr="00865D81">
              <w:rPr>
                <w:rFonts w:ascii="Aptos" w:hAnsi="Aptos" w:cs="Calibri"/>
                <w:noProof/>
              </w:rPr>
              <mc:AlternateContent>
                <mc:Choice Requires="wps">
                  <w:drawing>
                    <wp:anchor distT="45720" distB="45720" distL="114300" distR="114300" simplePos="0" relativeHeight="252123136" behindDoc="0" locked="0" layoutInCell="1" allowOverlap="1" wp14:anchorId="4DABB8CF" wp14:editId="46BA309A">
                      <wp:simplePos x="0" y="0"/>
                      <wp:positionH relativeFrom="column">
                        <wp:posOffset>1401859</wp:posOffset>
                      </wp:positionH>
                      <wp:positionV relativeFrom="paragraph">
                        <wp:posOffset>4839556</wp:posOffset>
                      </wp:positionV>
                      <wp:extent cx="2901950" cy="304800"/>
                      <wp:effectExtent l="0" t="0" r="0" b="0"/>
                      <wp:wrapNone/>
                      <wp:docPr id="105639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04800"/>
                              </a:xfrm>
                              <a:prstGeom prst="rect">
                                <a:avLst/>
                              </a:prstGeom>
                              <a:noFill/>
                              <a:ln w="9525">
                                <a:noFill/>
                                <a:miter lim="800000"/>
                                <a:headEnd/>
                                <a:tailEnd/>
                              </a:ln>
                            </wps:spPr>
                            <wps:txbx>
                              <w:txbxContent>
                                <w:p w14:paraId="3FFB9839" w14:textId="77777777" w:rsidR="00A65AAC" w:rsidRPr="005F6B26" w:rsidRDefault="00A65AAC" w:rsidP="00A62C36">
                                  <w:pPr>
                                    <w:jc w:val="center"/>
                                    <w:rPr>
                                      <w:rFonts w:ascii="Aptos" w:hAnsi="Aptos"/>
                                      <w:b/>
                                      <w:bCs/>
                                    </w:rPr>
                                  </w:pPr>
                                  <w:r>
                                    <w:rPr>
                                      <w:rFonts w:ascii="Aptos" w:hAnsi="Aptos"/>
                                      <w:b/>
                                      <w:bCs/>
                                    </w:rPr>
                                    <w:t xml:space="preserve">Line </w:t>
                                  </w:r>
                                  <w:r w:rsidRPr="005F6B26">
                                    <w:rPr>
                                      <w:rFonts w:ascii="Aptos" w:hAnsi="Aptos"/>
                                      <w:b/>
                                      <w:bCs/>
                                    </w:rPr>
                                    <w:t>Text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BB8CF" id="_x0000_s1047" type="#_x0000_t202" style="position:absolute;left:0;text-align:left;margin-left:110.4pt;margin-top:381.05pt;width:228.5pt;height:24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" filled="f" stroked="f">
                      <v:textbox>
                        <w:txbxContent>
                          <w:p w14:paraId="3FFB9839" w14:textId="77777777" w:rsidR="00A65AAC" w:rsidRPr="005F6B26" w:rsidRDefault="00A65AAC" w:rsidP="00A62C36">
                            <w:pPr>
                              <w:jc w:val="center"/>
                              <w:rPr>
                                <w:rFonts w:ascii="Aptos" w:hAnsi="Aptos"/>
                                <w:b/>
                                <w:bCs/>
                              </w:rPr>
                            </w:pPr>
                            <w:r>
                              <w:rPr>
                                <w:rFonts w:ascii="Aptos" w:hAnsi="Aptos"/>
                                <w:b/>
                                <w:bCs/>
                              </w:rPr>
                              <w:t xml:space="preserve">Line </w:t>
                            </w:r>
                            <w:r w:rsidRPr="005F6B26">
                              <w:rPr>
                                <w:rFonts w:ascii="Aptos" w:hAnsi="Aptos"/>
                                <w:b/>
                                <w:bCs/>
                              </w:rPr>
                              <w:t>Text Attachment</w:t>
                            </w:r>
                          </w:p>
                        </w:txbxContent>
                      </v:textbox>
                    </v:shape>
                  </w:pict>
                </mc:Fallback>
              </mc:AlternateContent>
            </w:r>
            <w:r w:rsidR="00A65AAC">
              <w:rPr>
                <w:rFonts w:ascii="Aptos" w:hAnsi="Aptos" w:cs="Calibri"/>
                <w:noProof/>
              </w:rPr>
              <w:drawing>
                <wp:inline distT="0" distB="0" distL="0" distR="0" wp14:anchorId="28178605" wp14:editId="297D3EBE">
                  <wp:extent cx="2880714" cy="980549"/>
                  <wp:effectExtent l="171450" t="171450" r="377190" b="372110"/>
                  <wp:docPr id="54564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620" name="Picture 243086620"/>
                          <pic:cNvPicPr/>
                        </pic:nvPicPr>
                        <pic:blipFill>
                          <a:blip r:embed="rId62"/>
                          <a:stretch>
                            <a:fillRect/>
                          </a:stretch>
                        </pic:blipFill>
                        <pic:spPr>
                          <a:xfrm>
                            <a:off x="0" y="0"/>
                            <a:ext cx="3026815" cy="103027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A65AAC" w:rsidRPr="00BF0284" w14:paraId="773ABB7A" w14:textId="77777777" w:rsidTr="00FD302C">
        <w:tc>
          <w:tcPr>
            <w:tcW w:w="10440" w:type="dxa"/>
            <w:gridSpan w:val="2"/>
            <w:tcBorders>
              <w:bottom w:val="single" w:sz="4" w:space="0" w:color="auto"/>
            </w:tcBorders>
          </w:tcPr>
          <w:p w14:paraId="069C4D82" w14:textId="77777777" w:rsidR="00836676" w:rsidRDefault="00A65AAC" w:rsidP="00ED4F4C">
            <w:pPr>
              <w:pStyle w:val="steptext"/>
              <w:jc w:val="center"/>
              <w:rPr>
                <w:rFonts w:ascii="Aptos" w:hAnsi="Aptos" w:cs="Calibri"/>
                <w:b/>
                <w:bCs/>
                <w:color w:val="196B24" w:themeColor="accent3"/>
              </w:rPr>
            </w:pPr>
            <w:r>
              <w:rPr>
                <w:rFonts w:ascii="Aptos" w:hAnsi="Aptos" w:cs="Calibri"/>
                <w:b/>
                <w:bCs/>
                <w:color w:val="196B24" w:themeColor="accent3"/>
              </w:rPr>
              <w:t>Adding Attachments to Purchase Order: Complete</w:t>
            </w:r>
          </w:p>
          <w:p w14:paraId="355620A9" w14:textId="77777777" w:rsidR="00A65AAC" w:rsidRDefault="00A65AAC" w:rsidP="00ED4F4C">
            <w:pPr>
              <w:pStyle w:val="steptext"/>
              <w:jc w:val="center"/>
              <w:rPr>
                <w:rFonts w:ascii="Aptos" w:hAnsi="Aptos" w:cs="Calibri"/>
                <w:b/>
                <w:bCs/>
                <w:color w:val="196B24" w:themeColor="accent3"/>
              </w:rPr>
            </w:pPr>
            <w:r>
              <w:rPr>
                <w:rFonts w:ascii="Aptos" w:hAnsi="Aptos" w:cs="Calibri"/>
                <w:b/>
                <w:bCs/>
                <w:color w:val="196B24" w:themeColor="accent3"/>
              </w:rPr>
              <w:t xml:space="preserve">Click the </w:t>
            </w:r>
            <w:r w:rsidRPr="00590B1A">
              <w:rPr>
                <w:rFonts w:ascii="Aptos" w:hAnsi="Aptos" w:cs="Calibri"/>
                <w:b/>
                <w:bCs/>
                <w:color w:val="FF0000"/>
              </w:rPr>
              <w:t>Red X</w:t>
            </w:r>
            <w:r>
              <w:rPr>
                <w:rFonts w:ascii="Aptos" w:hAnsi="Aptos" w:cs="Calibri"/>
                <w:b/>
                <w:bCs/>
                <w:color w:val="196B24" w:themeColor="accent3"/>
              </w:rPr>
              <w:t xml:space="preserve"> to close</w:t>
            </w:r>
          </w:p>
          <w:p w14:paraId="442FC238" w14:textId="4C3B0DAB" w:rsidR="00A65AAC" w:rsidRPr="00836676" w:rsidRDefault="00FD302C" w:rsidP="00ED4F4C">
            <w:pPr>
              <w:pStyle w:val="steptext"/>
              <w:jc w:val="center"/>
              <w:rPr>
                <w:rFonts w:ascii="Aptos" w:hAnsi="Aptos" w:cs="Calibri"/>
                <w:b/>
                <w:bCs/>
                <w:color w:val="196B24" w:themeColor="accent3"/>
              </w:rPr>
            </w:pPr>
            <w:r w:rsidRPr="002210D0">
              <w:rPr>
                <w:rFonts w:cstheme="minorHAnsi"/>
                <w:bCs/>
                <w:noProof/>
              </w:rPr>
              <mc:AlternateContent>
                <mc:Choice Requires="wps">
                  <w:drawing>
                    <wp:anchor distT="0" distB="0" distL="114300" distR="114300" simplePos="0" relativeHeight="252171264" behindDoc="0" locked="0" layoutInCell="1" allowOverlap="1" wp14:anchorId="10882E05" wp14:editId="36E5DD50">
                      <wp:simplePos x="0" y="0"/>
                      <wp:positionH relativeFrom="column">
                        <wp:posOffset>3003688</wp:posOffset>
                      </wp:positionH>
                      <wp:positionV relativeFrom="paragraph">
                        <wp:posOffset>197181</wp:posOffset>
                      </wp:positionV>
                      <wp:extent cx="209550" cy="182853"/>
                      <wp:effectExtent l="0" t="0" r="19050" b="27305"/>
                      <wp:wrapNone/>
                      <wp:docPr id="641787781" name="Rectangle: Rounded Corners 5"/>
                      <wp:cNvGraphicFramePr/>
                      <a:graphic xmlns:a="http://schemas.openxmlformats.org/drawingml/2006/main">
                        <a:graphicData uri="http://schemas.microsoft.com/office/word/2010/wordprocessingShape">
                          <wps:wsp>
                            <wps:cNvSpPr/>
                            <wps:spPr>
                              <a:xfrm>
                                <a:off x="0" y="0"/>
                                <a:ext cx="209550" cy="182853"/>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EA66E" id="Rectangle: Rounded Corners 5" o:spid="_x0000_s1026" style="position:absolute;margin-left:236.5pt;margin-top:15.55pt;width:16.5pt;height:14.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" filled="f" strokecolor="red" strokeweight="2pt"/>
                  </w:pict>
                </mc:Fallback>
              </mc:AlternateContent>
            </w:r>
            <w:r w:rsidR="00836676" w:rsidRPr="002210D0">
              <w:rPr>
                <w:rFonts w:asciiTheme="minorHAnsi" w:hAnsiTheme="minorHAnsi" w:cstheme="minorHAnsi"/>
                <w:b/>
                <w:bCs/>
                <w:noProof/>
                <w:color w:val="196B24" w:themeColor="accent3"/>
                <w14:ligatures w14:val="standardContextual"/>
              </w:rPr>
              <w:drawing>
                <wp:inline distT="0" distB="0" distL="0" distR="0" wp14:anchorId="3518C1A6" wp14:editId="11C9E024">
                  <wp:extent cx="2543530" cy="247685"/>
                  <wp:effectExtent l="171450" t="171450" r="352425" b="381000"/>
                  <wp:docPr id="1935143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1CF16E17" w14:textId="77777777" w:rsidR="00117C0F" w:rsidRPr="00590B1A" w:rsidRDefault="00117C0F" w:rsidP="001968AA">
      <w:pPr>
        <w:pStyle w:val="Heading1"/>
        <w:numPr>
          <w:ilvl w:val="0"/>
          <w:numId w:val="23"/>
        </w:numPr>
        <w:spacing w:before="0" w:line="480" w:lineRule="auto"/>
        <w15:collapsed/>
        <w:rPr>
          <w:rFonts w:ascii="Aptos" w:hAnsi="Aptos" w:cstheme="majorHAnsi"/>
          <w:color w:val="0A2F41" w:themeColor="accent1" w:themeShade="80"/>
        </w:rPr>
      </w:pPr>
      <w:r w:rsidRPr="00590B1A">
        <w:rPr>
          <w:rFonts w:ascii="Aptos" w:hAnsi="Aptos" w:cstheme="majorHAnsi"/>
          <w:color w:val="0A2F41" w:themeColor="accent1" w:themeShade="80"/>
        </w:rPr>
        <w:t>Import/Export Detail Lines</w:t>
      </w:r>
    </w:p>
    <w:tbl>
      <w:tblPr>
        <w:tblStyle w:val="TableGrid1"/>
        <w:tblW w:w="9450" w:type="dxa"/>
        <w:tblInd w:w="-95" w:type="dxa"/>
        <w:tblLayout w:type="fixed"/>
        <w:tblLook w:val="04A0" w:firstRow="1" w:lastRow="0" w:firstColumn="1" w:lastColumn="0" w:noHBand="0" w:noVBand="1"/>
      </w:tblPr>
      <w:tblGrid>
        <w:gridCol w:w="720"/>
        <w:gridCol w:w="8730"/>
      </w:tblGrid>
      <w:tr w:rsidR="00117C0F" w:rsidRPr="00675BBA" w14:paraId="569608C4" w14:textId="77777777" w:rsidTr="00A8619A">
        <w:trPr>
          <w:cantSplit/>
        </w:trPr>
        <w:tc>
          <w:tcPr>
            <w:tcW w:w="720" w:type="dxa"/>
            <w:shd w:val="clear" w:color="auto" w:fill="ADADAD" w:themeFill="background2" w:themeFillShade="BF"/>
          </w:tcPr>
          <w:p w14:paraId="75191CCD" w14:textId="1EC50115" w:rsidR="00117C0F" w:rsidRPr="00590B1A" w:rsidRDefault="00D60506" w:rsidP="00590B1A">
            <w:pPr>
              <w:rPr>
                <w:rFonts w:ascii="Aptos" w:hAnsi="Aptos" w:cs="Calibri"/>
                <w:b/>
                <w:bCs/>
              </w:rPr>
            </w:pPr>
            <w:r>
              <w:rPr>
                <w:rFonts w:ascii="Aptos" w:hAnsi="Aptos" w:cs="Calibri"/>
                <w:b/>
                <w:bCs/>
              </w:rPr>
              <w:t>Step</w:t>
            </w:r>
          </w:p>
        </w:tc>
        <w:tc>
          <w:tcPr>
            <w:tcW w:w="8730" w:type="dxa"/>
            <w:shd w:val="clear" w:color="auto" w:fill="ADADAD" w:themeFill="background2" w:themeFillShade="BF"/>
          </w:tcPr>
          <w:p w14:paraId="5F72EA5E" w14:textId="77777777" w:rsidR="00117C0F" w:rsidRPr="00675BBA" w:rsidRDefault="00117C0F" w:rsidP="00E53302">
            <w:pPr>
              <w:spacing w:after="200" w:line="276" w:lineRule="auto"/>
              <w:rPr>
                <w:rFonts w:ascii="Aptos" w:hAnsi="Aptos" w:cs="Calibri"/>
                <w:b/>
                <w:bCs/>
              </w:rPr>
            </w:pPr>
            <w:r w:rsidRPr="00675BBA">
              <w:rPr>
                <w:rFonts w:ascii="Aptos" w:hAnsi="Aptos" w:cs="Calibri"/>
                <w:b/>
                <w:bCs/>
              </w:rPr>
              <w:t>Instruction / Explanation</w:t>
            </w:r>
          </w:p>
        </w:tc>
      </w:tr>
      <w:tr w:rsidR="00117C0F" w:rsidRPr="00675BBA" w14:paraId="600D3286" w14:textId="77777777" w:rsidTr="00A8619A">
        <w:trPr>
          <w:cantSplit/>
        </w:trPr>
        <w:tc>
          <w:tcPr>
            <w:tcW w:w="720" w:type="dxa"/>
          </w:tcPr>
          <w:p w14:paraId="54DB2144" w14:textId="77777777" w:rsidR="00117C0F" w:rsidRPr="00590B1A" w:rsidRDefault="00117C0F" w:rsidP="00590B1A">
            <w:pPr>
              <w:pStyle w:val="ListParagraph"/>
              <w:numPr>
                <w:ilvl w:val="0"/>
                <w:numId w:val="32"/>
              </w:numPr>
              <w:rPr>
                <w:rFonts w:ascii="Aptos" w:hAnsi="Aptos" w:cs="Calibri"/>
              </w:rPr>
            </w:pPr>
          </w:p>
        </w:tc>
        <w:tc>
          <w:tcPr>
            <w:tcW w:w="8730" w:type="dxa"/>
          </w:tcPr>
          <w:p w14:paraId="75981447" w14:textId="77777777" w:rsidR="00351B6E" w:rsidRDefault="00351B6E" w:rsidP="00351B6E">
            <w:pPr>
              <w:rPr>
                <w:rFonts w:ascii="Aptos" w:hAnsi="Aptos" w:cs="Calibri"/>
              </w:rPr>
            </w:pPr>
            <w:r>
              <w:rPr>
                <w:rFonts w:ascii="Aptos" w:hAnsi="Aptos" w:cs="Calibri"/>
              </w:rPr>
              <w:t xml:space="preserve">Choose the Menu Selection/Pathway Option:  </w:t>
            </w:r>
          </w:p>
          <w:p w14:paraId="664EDB2E" w14:textId="77777777" w:rsidR="00351B6E" w:rsidRDefault="00351B6E" w:rsidP="00351B6E">
            <w:pPr>
              <w:rPr>
                <w:rFonts w:ascii="Aptos" w:hAnsi="Aptos" w:cs="Arial"/>
                <w:b/>
                <w:bCs/>
                <w:color w:val="002060"/>
                <w:lang w:val="en"/>
              </w:rPr>
            </w:pPr>
            <w:r w:rsidRPr="00675BBA">
              <w:rPr>
                <w:rFonts w:ascii="Aptos" w:hAnsi="Aptos" w:cs="Arial"/>
                <w:b/>
                <w:bCs/>
                <w:color w:val="002060"/>
                <w:lang w:val="en"/>
              </w:rPr>
              <w:t xml:space="preserve">State of Nebraska &gt; Purchasing &gt; </w:t>
            </w:r>
            <w:r>
              <w:rPr>
                <w:rFonts w:ascii="Aptos" w:hAnsi="Aptos" w:cs="Arial"/>
                <w:b/>
                <w:bCs/>
                <w:color w:val="002060"/>
                <w:lang w:val="en"/>
              </w:rPr>
              <w:t>Purchase Orders &gt; Work with Purchase Order</w:t>
            </w:r>
          </w:p>
          <w:p w14:paraId="7A3B696C" w14:textId="77777777" w:rsidR="00351B6E" w:rsidRPr="0097162D" w:rsidRDefault="00351B6E" w:rsidP="00351B6E">
            <w:pPr>
              <w:rPr>
                <w:rFonts w:ascii="Aptos" w:hAnsi="Aptos" w:cs="Arial"/>
                <w:b/>
                <w:bCs/>
                <w:color w:val="002060"/>
                <w:lang w:val="en"/>
              </w:rPr>
            </w:pPr>
          </w:p>
          <w:p w14:paraId="722A690E" w14:textId="4A4EAD67" w:rsidR="00117C0F" w:rsidRPr="00812F12" w:rsidRDefault="00351B6E" w:rsidP="002C72DD">
            <w:pPr>
              <w:spacing w:after="200" w:line="276" w:lineRule="auto"/>
              <w:rPr>
                <w:rFonts w:ascii="Aptos" w:hAnsi="Aptos" w:cs="Arial"/>
                <w:b/>
                <w:bCs/>
                <w:color w:val="000000" w:themeColor="text1"/>
                <w:lang w:val="en"/>
              </w:rPr>
            </w:pPr>
            <w:r w:rsidRPr="00F84AD6">
              <w:rPr>
                <w:rFonts w:ascii="Aptos" w:hAnsi="Aptos" w:cs="Calibri"/>
              </w:rPr>
              <w:t xml:space="preserve">The process </w:t>
            </w:r>
            <w:r>
              <w:rPr>
                <w:rFonts w:ascii="Aptos" w:hAnsi="Aptos" w:cs="Calibri"/>
              </w:rPr>
              <w:t xml:space="preserve">is the same </w:t>
            </w:r>
            <w:r w:rsidRPr="00F84AD6">
              <w:rPr>
                <w:rFonts w:ascii="Aptos" w:hAnsi="Aptos" w:cs="Calibri"/>
              </w:rPr>
              <w:t xml:space="preserve">for all </w:t>
            </w:r>
            <w:r>
              <w:rPr>
                <w:rFonts w:ascii="Aptos" w:hAnsi="Aptos" w:cs="Calibri"/>
              </w:rPr>
              <w:t xml:space="preserve">purchase order </w:t>
            </w:r>
            <w:r w:rsidRPr="00F84AD6">
              <w:rPr>
                <w:rFonts w:ascii="Aptos" w:hAnsi="Aptos" w:cs="Calibri"/>
              </w:rPr>
              <w:t>doc</w:t>
            </w:r>
            <w:r>
              <w:rPr>
                <w:rFonts w:ascii="Aptos" w:hAnsi="Aptos" w:cs="Calibri"/>
              </w:rPr>
              <w:t>ument</w:t>
            </w:r>
            <w:r w:rsidRPr="00F84AD6">
              <w:rPr>
                <w:rFonts w:ascii="Aptos" w:hAnsi="Aptos" w:cs="Calibri"/>
              </w:rPr>
              <w:t xml:space="preserve"> types</w:t>
            </w:r>
            <w:r>
              <w:rPr>
                <w:rFonts w:ascii="Aptos" w:hAnsi="Aptos" w:cs="Calibri"/>
              </w:rPr>
              <w:t>.</w:t>
            </w:r>
            <w:r w:rsidR="002C72DD">
              <w:rPr>
                <w:rFonts w:ascii="Aptos" w:hAnsi="Aptos" w:cs="Calibri"/>
              </w:rPr>
              <w:t xml:space="preserve"> </w:t>
            </w:r>
            <w:r>
              <w:rPr>
                <w:rFonts w:ascii="Aptos" w:hAnsi="Aptos" w:cs="Calibri"/>
              </w:rPr>
              <w:t>This example demonstrates</w:t>
            </w:r>
            <w:r w:rsidR="00117C0F">
              <w:rPr>
                <w:rFonts w:ascii="Aptos" w:hAnsi="Aptos" w:cs="Calibri"/>
              </w:rPr>
              <w:t xml:space="preserve"> importing/exporting detail lines to a</w:t>
            </w:r>
            <w:r w:rsidR="00836676">
              <w:rPr>
                <w:rFonts w:ascii="Aptos" w:hAnsi="Aptos" w:cs="Calibri"/>
              </w:rPr>
              <w:t xml:space="preserve"> c</w:t>
            </w:r>
            <w:r w:rsidR="00117C0F">
              <w:rPr>
                <w:rFonts w:ascii="Aptos" w:hAnsi="Aptos" w:cs="Calibri"/>
              </w:rPr>
              <w:t xml:space="preserve">ommodity </w:t>
            </w:r>
            <w:r w:rsidR="00836676">
              <w:rPr>
                <w:rFonts w:ascii="Aptos" w:hAnsi="Aptos" w:cs="Calibri"/>
              </w:rPr>
              <w:t>p</w:t>
            </w:r>
            <w:r w:rsidR="00117C0F">
              <w:rPr>
                <w:rFonts w:ascii="Aptos" w:hAnsi="Aptos" w:cs="Calibri"/>
              </w:rPr>
              <w:t xml:space="preserve">urchase </w:t>
            </w:r>
            <w:r w:rsidR="00836676">
              <w:rPr>
                <w:rFonts w:ascii="Aptos" w:hAnsi="Aptos" w:cs="Calibri"/>
              </w:rPr>
              <w:t>o</w:t>
            </w:r>
            <w:r w:rsidR="00117C0F">
              <w:rPr>
                <w:rFonts w:ascii="Aptos" w:hAnsi="Aptos" w:cs="Calibri"/>
              </w:rPr>
              <w:t>rder</w:t>
            </w:r>
            <w:r w:rsidR="00836676">
              <w:rPr>
                <w:rFonts w:ascii="Aptos" w:hAnsi="Aptos" w:cs="Calibri"/>
              </w:rPr>
              <w:t xml:space="preserve"> (OP)</w:t>
            </w:r>
            <w:r w:rsidR="00117C0F">
              <w:rPr>
                <w:rFonts w:ascii="Aptos" w:hAnsi="Aptos" w:cs="Calibri"/>
              </w:rPr>
              <w:t xml:space="preserve">. </w:t>
            </w:r>
          </w:p>
        </w:tc>
      </w:tr>
      <w:tr w:rsidR="00117C0F" w:rsidRPr="00675BBA" w14:paraId="336E3A54" w14:textId="77777777" w:rsidTr="00A8619A">
        <w:trPr>
          <w:cantSplit/>
        </w:trPr>
        <w:tc>
          <w:tcPr>
            <w:tcW w:w="720" w:type="dxa"/>
          </w:tcPr>
          <w:p w14:paraId="75582301" w14:textId="77777777" w:rsidR="00117C0F" w:rsidRPr="00590B1A" w:rsidRDefault="00117C0F" w:rsidP="00590B1A">
            <w:pPr>
              <w:pStyle w:val="ListParagraph"/>
              <w:numPr>
                <w:ilvl w:val="0"/>
                <w:numId w:val="32"/>
              </w:numPr>
              <w:rPr>
                <w:rFonts w:ascii="Aptos" w:hAnsi="Aptos" w:cs="Calibri"/>
              </w:rPr>
            </w:pPr>
          </w:p>
        </w:tc>
        <w:tc>
          <w:tcPr>
            <w:tcW w:w="8730" w:type="dxa"/>
          </w:tcPr>
          <w:p w14:paraId="5143E5E2" w14:textId="0DF383E6" w:rsidR="00D0529E" w:rsidRPr="00942646" w:rsidRDefault="00D0529E" w:rsidP="00D0529E">
            <w:pPr>
              <w:spacing w:after="200" w:line="276" w:lineRule="auto"/>
              <w:rPr>
                <w:rFonts w:ascii="Aptos" w:hAnsi="Aptos" w:cs="Calibri"/>
              </w:rPr>
            </w:pPr>
            <w:r w:rsidRPr="00942646">
              <w:rPr>
                <w:rFonts w:ascii="Aptos" w:hAnsi="Aptos" w:cs="Calibri"/>
              </w:rPr>
              <w:t>Enter the purchase order</w:t>
            </w:r>
            <w:r>
              <w:rPr>
                <w:rFonts w:ascii="Aptos" w:hAnsi="Aptos" w:cs="Calibri"/>
              </w:rPr>
              <w:t xml:space="preserve"> number</w:t>
            </w:r>
            <w:r w:rsidRPr="00942646">
              <w:rPr>
                <w:rFonts w:ascii="Aptos" w:hAnsi="Aptos" w:cs="Calibri"/>
              </w:rPr>
              <w:t xml:space="preserve"> in the Order Number </w:t>
            </w:r>
            <w:r>
              <w:rPr>
                <w:rFonts w:ascii="Aptos" w:hAnsi="Aptos" w:cs="Calibri"/>
              </w:rPr>
              <w:t>f</w:t>
            </w:r>
            <w:r w:rsidRPr="00942646">
              <w:rPr>
                <w:rFonts w:ascii="Aptos" w:hAnsi="Aptos" w:cs="Calibri"/>
              </w:rPr>
              <w:t>ield</w:t>
            </w:r>
            <w:r w:rsidR="00400C30">
              <w:rPr>
                <w:rFonts w:ascii="Aptos" w:hAnsi="Aptos" w:cs="Calibri"/>
              </w:rPr>
              <w:t>,</w:t>
            </w:r>
            <w:r w:rsidRPr="00942646">
              <w:rPr>
                <w:rFonts w:ascii="Aptos" w:hAnsi="Aptos" w:cs="Calibri"/>
              </w:rPr>
              <w:t xml:space="preserve"> </w:t>
            </w:r>
            <w:r>
              <w:rPr>
                <w:rFonts w:ascii="Aptos" w:hAnsi="Aptos" w:cs="Calibri"/>
              </w:rPr>
              <w:t xml:space="preserve">the doc type in the blank field to the right of the Order Number </w:t>
            </w:r>
            <w:r w:rsidR="003C2F4B">
              <w:rPr>
                <w:rFonts w:ascii="Aptos" w:hAnsi="Aptos" w:cs="Calibri"/>
              </w:rPr>
              <w:t>field and</w:t>
            </w:r>
            <w:r w:rsidRPr="00942646">
              <w:rPr>
                <w:rFonts w:ascii="Aptos" w:hAnsi="Aptos" w:cs="Calibri"/>
              </w:rPr>
              <w:t xml:space="preserve"> click the</w:t>
            </w:r>
            <w:r>
              <w:rPr>
                <w:rFonts w:ascii="Aptos" w:hAnsi="Aptos" w:cs="Calibri"/>
              </w:rPr>
              <w:t xml:space="preserve"> “</w:t>
            </w:r>
            <w:r w:rsidRPr="003625C2">
              <w:rPr>
                <w:rFonts w:ascii="Aptos" w:hAnsi="Aptos" w:cs="Calibri"/>
                <w:b/>
                <w:bCs/>
              </w:rPr>
              <w:t>Find</w:t>
            </w:r>
            <w:r>
              <w:rPr>
                <w:rFonts w:ascii="Aptos" w:hAnsi="Aptos" w:cs="Calibri"/>
              </w:rPr>
              <w:t>” button (</w:t>
            </w:r>
            <w:r w:rsidRPr="00942646">
              <w:rPr>
                <w:rFonts w:ascii="Aptos" w:hAnsi="Aptos" w:cs="Calibri"/>
              </w:rPr>
              <w:t>magnifying glass</w:t>
            </w:r>
            <w:r>
              <w:rPr>
                <w:rFonts w:ascii="Aptos" w:hAnsi="Aptos" w:cs="Calibri"/>
              </w:rPr>
              <w:t>)</w:t>
            </w:r>
            <w:r w:rsidRPr="00942646">
              <w:rPr>
                <w:rFonts w:ascii="Aptos" w:hAnsi="Aptos" w:cs="Calibri"/>
              </w:rPr>
              <w:t>.</w:t>
            </w:r>
          </w:p>
          <w:p w14:paraId="34D6E725" w14:textId="77777777" w:rsidR="00117C0F" w:rsidRPr="00675BBA" w:rsidRDefault="00101529" w:rsidP="00590B1A">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76000" behindDoc="0" locked="0" layoutInCell="1" allowOverlap="1" wp14:anchorId="3BDA3BFA" wp14:editId="37522AC8">
                      <wp:simplePos x="0" y="0"/>
                      <wp:positionH relativeFrom="column">
                        <wp:posOffset>1044398</wp:posOffset>
                      </wp:positionH>
                      <wp:positionV relativeFrom="paragraph">
                        <wp:posOffset>450545</wp:posOffset>
                      </wp:positionV>
                      <wp:extent cx="389614" cy="242018"/>
                      <wp:effectExtent l="19050" t="38100" r="0" b="62865"/>
                      <wp:wrapNone/>
                      <wp:docPr id="1539971705"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92522" id="Arrow: Right 9" o:spid="_x0000_s1026" type="#_x0000_t13" style="position:absolute;margin-left:82.25pt;margin-top:35.5pt;width:30.7pt;height:19.05pt;rotation:-2560056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" adj="14891"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74976" behindDoc="0" locked="0" layoutInCell="1" allowOverlap="1" wp14:anchorId="13B647A8" wp14:editId="2F0DFEFC">
                      <wp:simplePos x="0" y="0"/>
                      <wp:positionH relativeFrom="column">
                        <wp:posOffset>2112975</wp:posOffset>
                      </wp:positionH>
                      <wp:positionV relativeFrom="paragraph">
                        <wp:posOffset>673760</wp:posOffset>
                      </wp:positionV>
                      <wp:extent cx="1296063" cy="198783"/>
                      <wp:effectExtent l="0" t="0" r="18415" b="10795"/>
                      <wp:wrapNone/>
                      <wp:docPr id="436536326" name="Rectangle: Rounded Corners 8"/>
                      <wp:cNvGraphicFramePr/>
                      <a:graphic xmlns:a="http://schemas.openxmlformats.org/drawingml/2006/main">
                        <a:graphicData uri="http://schemas.microsoft.com/office/word/2010/wordprocessingShape">
                          <wps:wsp>
                            <wps:cNvSpPr/>
                            <wps:spPr>
                              <a:xfrm>
                                <a:off x="0" y="0"/>
                                <a:ext cx="1296063" cy="1987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BE3A0" id="Rectangle: Rounded Corners 8" o:spid="_x0000_s1026" style="position:absolute;margin-left:166.4pt;margin-top:53.05pt;width:102.05pt;height:15.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" filled="f" strokecolor="red" strokeweight="1pt">
                      <v:stroke joinstyle="miter"/>
                    </v:roundrect>
                  </w:pict>
                </mc:Fallback>
              </mc:AlternateContent>
            </w:r>
            <w:r>
              <w:rPr>
                <w:rFonts w:ascii="Aptos" w:hAnsi="Aptos" w:cs="Calibri"/>
                <w:noProof/>
              </w:rPr>
              <w:drawing>
                <wp:inline distT="0" distB="0" distL="0" distR="0" wp14:anchorId="7E9703A3" wp14:editId="282106BB">
                  <wp:extent cx="2830747" cy="774756"/>
                  <wp:effectExtent l="171450" t="171450" r="236855" b="349250"/>
                  <wp:docPr id="121968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89737" name="Picture 1219689737"/>
                          <pic:cNvPicPr/>
                        </pic:nvPicPr>
                        <pic:blipFill rotWithShape="1">
                          <a:blip r:embed="rId68"/>
                          <a:srcRect b="56780"/>
                          <a:stretch>
                            <a:fillRect/>
                          </a:stretch>
                        </pic:blipFill>
                        <pic:spPr bwMode="auto">
                          <a:xfrm>
                            <a:off x="0" y="0"/>
                            <a:ext cx="2841728" cy="77776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5000" sy="95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117C0F" w:rsidRPr="00675BBA" w14:paraId="569A525D" w14:textId="77777777" w:rsidTr="00A8619A">
        <w:trPr>
          <w:cantSplit/>
        </w:trPr>
        <w:tc>
          <w:tcPr>
            <w:tcW w:w="720" w:type="dxa"/>
          </w:tcPr>
          <w:p w14:paraId="26C071B9" w14:textId="0D5195F4" w:rsidR="00117C0F" w:rsidRPr="00590B1A" w:rsidRDefault="00117C0F" w:rsidP="00A8619A">
            <w:pPr>
              <w:pStyle w:val="ListParagraph"/>
              <w:numPr>
                <w:ilvl w:val="0"/>
                <w:numId w:val="32"/>
              </w:numPr>
              <w:rPr>
                <w:rFonts w:ascii="Aptos" w:hAnsi="Aptos" w:cs="Calibri"/>
              </w:rPr>
            </w:pPr>
          </w:p>
        </w:tc>
        <w:tc>
          <w:tcPr>
            <w:tcW w:w="8730" w:type="dxa"/>
          </w:tcPr>
          <w:p w14:paraId="3FD78B71" w14:textId="77777777" w:rsidR="00117C0F" w:rsidRPr="00675BBA" w:rsidRDefault="00117C0F" w:rsidP="00A8619A">
            <w:pPr>
              <w:rPr>
                <w:rFonts w:ascii="Aptos" w:hAnsi="Aptos" w:cs="Calibri"/>
              </w:rPr>
            </w:pPr>
            <w:r>
              <w:rPr>
                <w:rFonts w:ascii="Aptos" w:hAnsi="Aptos" w:cs="Calibri"/>
              </w:rPr>
              <w:t>Select the “</w:t>
            </w:r>
            <w:r w:rsidRPr="002C72DD">
              <w:rPr>
                <w:rFonts w:ascii="Aptos" w:hAnsi="Aptos" w:cs="Calibri"/>
                <w:b/>
                <w:bCs/>
              </w:rPr>
              <w:t xml:space="preserve">Detail </w:t>
            </w:r>
            <w:r w:rsidR="00351B6E" w:rsidRPr="002C72DD">
              <w:rPr>
                <w:rFonts w:ascii="Aptos" w:hAnsi="Aptos" w:cs="Calibri"/>
                <w:b/>
                <w:bCs/>
              </w:rPr>
              <w:t>R</w:t>
            </w:r>
            <w:r w:rsidRPr="002C72DD">
              <w:rPr>
                <w:rFonts w:ascii="Aptos" w:hAnsi="Aptos" w:cs="Calibri"/>
                <w:b/>
                <w:bCs/>
              </w:rPr>
              <w:t>evisions</w:t>
            </w:r>
            <w:r>
              <w:rPr>
                <w:rFonts w:ascii="Aptos" w:hAnsi="Aptos" w:cs="Calibri"/>
              </w:rPr>
              <w:t>” tab.</w:t>
            </w:r>
          </w:p>
          <w:p w14:paraId="4B0D4198" w14:textId="77777777" w:rsidR="00117C0F" w:rsidRPr="00675BBA" w:rsidRDefault="00525A76" w:rsidP="00A8619A">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80096" behindDoc="0" locked="0" layoutInCell="1" allowOverlap="1" wp14:anchorId="2D01D8B9" wp14:editId="0700F3B4">
                      <wp:simplePos x="0" y="0"/>
                      <wp:positionH relativeFrom="column">
                        <wp:posOffset>2014601</wp:posOffset>
                      </wp:positionH>
                      <wp:positionV relativeFrom="paragraph">
                        <wp:posOffset>387909</wp:posOffset>
                      </wp:positionV>
                      <wp:extent cx="389255" cy="241935"/>
                      <wp:effectExtent l="19050" t="38100" r="0" b="62865"/>
                      <wp:wrapNone/>
                      <wp:docPr id="505756468"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D1058" id="Arrow: Right 9" o:spid="_x0000_s1026" type="#_x0000_t13" style="position:absolute;margin-left:158.65pt;margin-top:30.55pt;width:30.65pt;height:19.05pt;rotation:-2560056fd;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" adj="14887" fillcolor="red" strokecolor="#042433" strokeweight="1pt"/>
                  </w:pict>
                </mc:Fallback>
              </mc:AlternateContent>
            </w:r>
            <w:r w:rsidR="00117C0F" w:rsidRPr="00675BBA">
              <w:rPr>
                <w:rFonts w:ascii="Aptos" w:hAnsi="Aptos" w:cs="Calibri"/>
                <w:noProof/>
              </w:rPr>
              <mc:AlternateContent>
                <mc:Choice Requires="wps">
                  <w:drawing>
                    <wp:anchor distT="0" distB="0" distL="114300" distR="114300" simplePos="0" relativeHeight="251779072" behindDoc="0" locked="0" layoutInCell="1" allowOverlap="1" wp14:anchorId="7244C3C2" wp14:editId="3E86B5A2">
                      <wp:simplePos x="0" y="0"/>
                      <wp:positionH relativeFrom="column">
                        <wp:posOffset>2367331</wp:posOffset>
                      </wp:positionH>
                      <wp:positionV relativeFrom="paragraph">
                        <wp:posOffset>154406</wp:posOffset>
                      </wp:positionV>
                      <wp:extent cx="667385" cy="182880"/>
                      <wp:effectExtent l="0" t="0" r="18415" b="26670"/>
                      <wp:wrapNone/>
                      <wp:docPr id="290646716" name="Rectangle: Rounded Corners 8"/>
                      <wp:cNvGraphicFramePr/>
                      <a:graphic xmlns:a="http://schemas.openxmlformats.org/drawingml/2006/main">
                        <a:graphicData uri="http://schemas.microsoft.com/office/word/2010/wordprocessingShape">
                          <wps:wsp>
                            <wps:cNvSpPr/>
                            <wps:spPr>
                              <a:xfrm>
                                <a:off x="0" y="0"/>
                                <a:ext cx="667385" cy="18288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E60C5" id="Rectangle: Rounded Corners 8" o:spid="_x0000_s1026" style="position:absolute;margin-left:186.4pt;margin-top:12.15pt;width:52.55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" filled="f" strokecolor="red" strokeweight="1pt">
                      <v:stroke joinstyle="miter"/>
                    </v:roundrect>
                  </w:pict>
                </mc:Fallback>
              </mc:AlternateContent>
            </w:r>
            <w:r w:rsidR="00101529">
              <w:rPr>
                <w:rFonts w:ascii="Aptos" w:hAnsi="Aptos" w:cs="Calibri"/>
                <w:noProof/>
              </w:rPr>
              <w:drawing>
                <wp:inline distT="0" distB="0" distL="0" distR="0" wp14:anchorId="4C7C68AC" wp14:editId="1D907039">
                  <wp:extent cx="3690239" cy="1711327"/>
                  <wp:effectExtent l="171450" t="171450" r="177165" b="288925"/>
                  <wp:docPr id="773323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23778" name="Picture 773323778"/>
                          <pic:cNvPicPr/>
                        </pic:nvPicPr>
                        <pic:blipFill>
                          <a:blip r:embed="rId69"/>
                          <a:stretch>
                            <a:fillRect/>
                          </a:stretch>
                        </pic:blipFill>
                        <pic:spPr>
                          <a:xfrm>
                            <a:off x="0" y="0"/>
                            <a:ext cx="3701557" cy="1716576"/>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117C0F" w:rsidRPr="00675BBA" w14:paraId="18DCFEF2" w14:textId="77777777" w:rsidTr="00A8619A">
        <w:trPr>
          <w:cantSplit/>
        </w:trPr>
        <w:tc>
          <w:tcPr>
            <w:tcW w:w="720" w:type="dxa"/>
          </w:tcPr>
          <w:p w14:paraId="79569412" w14:textId="77777777" w:rsidR="00117C0F" w:rsidRPr="00590B1A" w:rsidRDefault="00117C0F" w:rsidP="00A8619A">
            <w:pPr>
              <w:pStyle w:val="ListParagraph"/>
              <w:numPr>
                <w:ilvl w:val="0"/>
                <w:numId w:val="32"/>
              </w:numPr>
              <w:rPr>
                <w:rFonts w:ascii="Aptos" w:hAnsi="Aptos" w:cs="Calibri"/>
              </w:rPr>
            </w:pPr>
          </w:p>
        </w:tc>
        <w:tc>
          <w:tcPr>
            <w:tcW w:w="8730" w:type="dxa"/>
          </w:tcPr>
          <w:p w14:paraId="097B7206" w14:textId="1528EB5D" w:rsidR="00117C0F" w:rsidRDefault="00117C0F" w:rsidP="00A8619A">
            <w:pPr>
              <w:rPr>
                <w:rFonts w:ascii="Aptos" w:hAnsi="Aptos" w:cs="Calibri"/>
              </w:rPr>
            </w:pPr>
            <w:r>
              <w:rPr>
                <w:rFonts w:ascii="Aptos" w:hAnsi="Aptos" w:cs="Calibri"/>
              </w:rPr>
              <w:t xml:space="preserve">Expand the lines if </w:t>
            </w:r>
            <w:r w:rsidR="00FE6D1A">
              <w:rPr>
                <w:rFonts w:ascii="Aptos" w:hAnsi="Aptos" w:cs="Calibri"/>
              </w:rPr>
              <w:t>necessary</w:t>
            </w:r>
            <w:r w:rsidR="002C72DD">
              <w:rPr>
                <w:rFonts w:ascii="Aptos" w:hAnsi="Aptos" w:cs="Calibri"/>
              </w:rPr>
              <w:t>,</w:t>
            </w:r>
            <w:r>
              <w:rPr>
                <w:rFonts w:ascii="Aptos" w:hAnsi="Aptos" w:cs="Calibri"/>
              </w:rPr>
              <w:t xml:space="preserve"> select the lines </w:t>
            </w:r>
            <w:r w:rsidR="005E5865">
              <w:rPr>
                <w:rFonts w:ascii="Aptos" w:hAnsi="Aptos" w:cs="Calibri"/>
              </w:rPr>
              <w:t>to be exported</w:t>
            </w:r>
            <w:r w:rsidR="002C72DD">
              <w:rPr>
                <w:rFonts w:ascii="Aptos" w:hAnsi="Aptos" w:cs="Calibri"/>
              </w:rPr>
              <w:t>,</w:t>
            </w:r>
            <w:r>
              <w:rPr>
                <w:rFonts w:ascii="Aptos" w:hAnsi="Aptos" w:cs="Calibri"/>
              </w:rPr>
              <w:t xml:space="preserve"> and click the “</w:t>
            </w:r>
            <w:r w:rsidRPr="002C72DD">
              <w:rPr>
                <w:rFonts w:ascii="Aptos" w:hAnsi="Aptos" w:cs="Calibri"/>
                <w:b/>
                <w:bCs/>
              </w:rPr>
              <w:t>Export Grid Data</w:t>
            </w:r>
            <w:r>
              <w:rPr>
                <w:rFonts w:ascii="Aptos" w:hAnsi="Aptos" w:cs="Calibri"/>
              </w:rPr>
              <w:t xml:space="preserve">” button. </w:t>
            </w:r>
          </w:p>
          <w:p w14:paraId="5FD210D7" w14:textId="77777777" w:rsidR="00117C0F" w:rsidRDefault="00D2484A" w:rsidP="00A8619A">
            <w:pPr>
              <w:jc w:val="center"/>
              <w:rPr>
                <w:rFonts w:ascii="Aptos" w:hAnsi="Aptos" w:cs="Calibri"/>
              </w:rPr>
            </w:pPr>
            <w:r w:rsidRPr="00415891">
              <w:rPr>
                <w:rFonts w:ascii="Aptos" w:hAnsi="Aptos" w:cs="Calibri"/>
                <w:noProof/>
              </w:rPr>
              <mc:AlternateContent>
                <mc:Choice Requires="wps">
                  <w:drawing>
                    <wp:anchor distT="45720" distB="45720" distL="114300" distR="114300" simplePos="0" relativeHeight="251784192" behindDoc="0" locked="0" layoutInCell="1" allowOverlap="1" wp14:anchorId="147F689B" wp14:editId="402B7948">
                      <wp:simplePos x="0" y="0"/>
                      <wp:positionH relativeFrom="column">
                        <wp:posOffset>3829152</wp:posOffset>
                      </wp:positionH>
                      <wp:positionV relativeFrom="paragraph">
                        <wp:posOffset>2949803</wp:posOffset>
                      </wp:positionV>
                      <wp:extent cx="1152940" cy="524787"/>
                      <wp:effectExtent l="0" t="0" r="0" b="0"/>
                      <wp:wrapNone/>
                      <wp:docPr id="1448142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524787"/>
                              </a:xfrm>
                              <a:prstGeom prst="rect">
                                <a:avLst/>
                              </a:prstGeom>
                              <a:noFill/>
                              <a:ln w="9525">
                                <a:noFill/>
                                <a:miter lim="800000"/>
                                <a:headEnd/>
                                <a:tailEnd/>
                              </a:ln>
                            </wps:spPr>
                            <wps:txbx>
                              <w:txbxContent>
                                <w:p w14:paraId="00D80BAD" w14:textId="77777777" w:rsidR="00117C0F" w:rsidRPr="000B44F7" w:rsidRDefault="00117C0F" w:rsidP="00117C0F">
                                  <w:pPr>
                                    <w:jc w:val="center"/>
                                    <w:rPr>
                                      <w:rFonts w:ascii="Aptos" w:hAnsi="Aptos"/>
                                    </w:rPr>
                                  </w:pPr>
                                  <w:r w:rsidRPr="000B44F7">
                                    <w:rPr>
                                      <w:rFonts w:ascii="Aptos" w:hAnsi="Aptos"/>
                                    </w:rPr>
                                    <w:t>“Export Grid Data”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689B" id="_x0000_s1048" type="#_x0000_t202" style="position:absolute;left:0;text-align:left;margin-left:301.5pt;margin-top:232.25pt;width:90.8pt;height:41.3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" filled="f" stroked="f">
                      <v:textbox>
                        <w:txbxContent>
                          <w:p w14:paraId="00D80BAD" w14:textId="77777777" w:rsidR="00117C0F" w:rsidRPr="000B44F7" w:rsidRDefault="00117C0F" w:rsidP="00117C0F">
                            <w:pPr>
                              <w:jc w:val="center"/>
                              <w:rPr>
                                <w:rFonts w:ascii="Aptos" w:hAnsi="Aptos"/>
                              </w:rPr>
                            </w:pPr>
                            <w:r w:rsidRPr="000B44F7">
                              <w:rPr>
                                <w:rFonts w:ascii="Aptos" w:hAnsi="Aptos"/>
                              </w:rPr>
                              <w:t>“Export Grid Data” Button</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786240" behindDoc="0" locked="0" layoutInCell="1" allowOverlap="1" wp14:anchorId="0EFCB1C0" wp14:editId="5D6E2114">
                      <wp:simplePos x="0" y="0"/>
                      <wp:positionH relativeFrom="column">
                        <wp:posOffset>3416529</wp:posOffset>
                      </wp:positionH>
                      <wp:positionV relativeFrom="paragraph">
                        <wp:posOffset>3087675</wp:posOffset>
                      </wp:positionV>
                      <wp:extent cx="537542" cy="241935"/>
                      <wp:effectExtent l="19050" t="19050" r="15240" b="43815"/>
                      <wp:wrapNone/>
                      <wp:docPr id="686532292" name="Arrow: Right 9"/>
                      <wp:cNvGraphicFramePr/>
                      <a:graphic xmlns:a="http://schemas.openxmlformats.org/drawingml/2006/main">
                        <a:graphicData uri="http://schemas.microsoft.com/office/word/2010/wordprocessingShape">
                          <wps:wsp>
                            <wps:cNvSpPr/>
                            <wps:spPr>
                              <a:xfrm rot="10800000">
                                <a:off x="0" y="0"/>
                                <a:ext cx="537542"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7E386" id="Arrow: Right 9" o:spid="_x0000_s1026" type="#_x0000_t13" style="position:absolute;margin-left:269pt;margin-top:243.1pt;width:42.35pt;height:19.05pt;rotation:18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" adj="1673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81120" behindDoc="0" locked="0" layoutInCell="1" allowOverlap="1" wp14:anchorId="7D9DDE6E" wp14:editId="70E1A426">
                      <wp:simplePos x="0" y="0"/>
                      <wp:positionH relativeFrom="column">
                        <wp:posOffset>3209900</wp:posOffset>
                      </wp:positionH>
                      <wp:positionV relativeFrom="paragraph">
                        <wp:posOffset>3122295</wp:posOffset>
                      </wp:positionV>
                      <wp:extent cx="190500" cy="190500"/>
                      <wp:effectExtent l="0" t="0" r="19050" b="19050"/>
                      <wp:wrapNone/>
                      <wp:docPr id="1955154252" name="Rectangle: Rounded Corners 8"/>
                      <wp:cNvGraphicFramePr/>
                      <a:graphic xmlns:a="http://schemas.openxmlformats.org/drawingml/2006/main">
                        <a:graphicData uri="http://schemas.microsoft.com/office/word/2010/wordprocessingShape">
                          <wps:wsp>
                            <wps:cNvSpPr/>
                            <wps:spPr>
                              <a:xfrm>
                                <a:off x="0" y="0"/>
                                <a:ext cx="190500" cy="1905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E2211" id="Rectangle: Rounded Corners 8" o:spid="_x0000_s1026" style="position:absolute;margin-left:252.75pt;margin-top:245.85pt;width:15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" filled="f" strokecolor="red" strokeweight="1pt">
                      <v:stroke joinstyle="miter"/>
                    </v:roundrect>
                  </w:pict>
                </mc:Fallback>
              </mc:AlternateContent>
            </w:r>
            <w:r w:rsidR="002E5330" w:rsidRPr="00415891">
              <w:rPr>
                <w:rFonts w:ascii="Aptos" w:hAnsi="Aptos" w:cs="Calibri"/>
                <w:noProof/>
              </w:rPr>
              <mc:AlternateContent>
                <mc:Choice Requires="wps">
                  <w:drawing>
                    <wp:anchor distT="45720" distB="45720" distL="114300" distR="114300" simplePos="0" relativeHeight="251808768" behindDoc="0" locked="0" layoutInCell="1" allowOverlap="1" wp14:anchorId="0F79CFAD" wp14:editId="3AC1FE72">
                      <wp:simplePos x="0" y="0"/>
                      <wp:positionH relativeFrom="column">
                        <wp:posOffset>3662680</wp:posOffset>
                      </wp:positionH>
                      <wp:positionV relativeFrom="paragraph">
                        <wp:posOffset>-6350</wp:posOffset>
                      </wp:positionV>
                      <wp:extent cx="877824" cy="438912"/>
                      <wp:effectExtent l="0" t="0" r="0" b="0"/>
                      <wp:wrapNone/>
                      <wp:docPr id="1827587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438912"/>
                              </a:xfrm>
                              <a:prstGeom prst="rect">
                                <a:avLst/>
                              </a:prstGeom>
                              <a:noFill/>
                              <a:ln w="9525">
                                <a:noFill/>
                                <a:miter lim="800000"/>
                                <a:headEnd/>
                                <a:tailEnd/>
                              </a:ln>
                            </wps:spPr>
                            <wps:txbx>
                              <w:txbxContent>
                                <w:p w14:paraId="11FA4C54" w14:textId="77777777" w:rsidR="00525A76" w:rsidRPr="000B44F7" w:rsidRDefault="00525A76" w:rsidP="00525A76">
                                  <w:pPr>
                                    <w:spacing w:line="240" w:lineRule="auto"/>
                                    <w:jc w:val="center"/>
                                    <w:rPr>
                                      <w:rFonts w:ascii="Aptos" w:hAnsi="Aptos"/>
                                    </w:rPr>
                                  </w:pPr>
                                  <w:r w:rsidRPr="000B44F7">
                                    <w:rPr>
                                      <w:rFonts w:ascii="Aptos" w:hAnsi="Aptos"/>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9CFAD" id="_x0000_s1049" type="#_x0000_t202" style="position:absolute;left:0;text-align:left;margin-left:288.4pt;margin-top:-.5pt;width:69.1pt;height:34.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" filled="f" stroked="f">
                      <v:textbox>
                        <w:txbxContent>
                          <w:p w14:paraId="11FA4C54" w14:textId="77777777" w:rsidR="00525A76" w:rsidRPr="000B44F7" w:rsidRDefault="00525A76" w:rsidP="00525A76">
                            <w:pPr>
                              <w:spacing w:line="240" w:lineRule="auto"/>
                              <w:jc w:val="center"/>
                              <w:rPr>
                                <w:rFonts w:ascii="Aptos" w:hAnsi="Aptos"/>
                              </w:rPr>
                            </w:pPr>
                            <w:r w:rsidRPr="000B44F7">
                              <w:rPr>
                                <w:rFonts w:ascii="Aptos" w:hAnsi="Aptos"/>
                              </w:rPr>
                              <w:t>Expand all Lines</w:t>
                            </w:r>
                          </w:p>
                        </w:txbxContent>
                      </v:textbox>
                    </v:shape>
                  </w:pict>
                </mc:Fallback>
              </mc:AlternateContent>
            </w:r>
            <w:r w:rsidR="00525A76" w:rsidRPr="00675BBA">
              <w:rPr>
                <w:rFonts w:ascii="Aptos" w:hAnsi="Aptos" w:cs="Calibri"/>
                <w:noProof/>
              </w:rPr>
              <mc:AlternateContent>
                <mc:Choice Requires="wps">
                  <w:drawing>
                    <wp:anchor distT="0" distB="0" distL="114300" distR="114300" simplePos="0" relativeHeight="251810816" behindDoc="0" locked="0" layoutInCell="1" allowOverlap="1" wp14:anchorId="7632B9B6" wp14:editId="6D07A230">
                      <wp:simplePos x="0" y="0"/>
                      <wp:positionH relativeFrom="column">
                        <wp:posOffset>2639506</wp:posOffset>
                      </wp:positionH>
                      <wp:positionV relativeFrom="paragraph">
                        <wp:posOffset>228657</wp:posOffset>
                      </wp:positionV>
                      <wp:extent cx="1147982" cy="182151"/>
                      <wp:effectExtent l="19050" t="38100" r="14605" b="85090"/>
                      <wp:wrapNone/>
                      <wp:docPr id="232905062" name="Arrow: Right 9"/>
                      <wp:cNvGraphicFramePr/>
                      <a:graphic xmlns:a="http://schemas.openxmlformats.org/drawingml/2006/main">
                        <a:graphicData uri="http://schemas.microsoft.com/office/word/2010/wordprocessingShape">
                          <wps:wsp>
                            <wps:cNvSpPr/>
                            <wps:spPr>
                              <a:xfrm rot="10381075">
                                <a:off x="0" y="0"/>
                                <a:ext cx="1147982" cy="182151"/>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BDA75" id="Arrow: Right 9" o:spid="_x0000_s1026" type="#_x0000_t13" style="position:absolute;margin-left:207.85pt;margin-top:18pt;width:90.4pt;height:14.35pt;rotation:11338902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" adj="19886" fillcolor="red" strokecolor="#042433" strokeweight="1pt"/>
                  </w:pict>
                </mc:Fallback>
              </mc:AlternateContent>
            </w:r>
            <w:r w:rsidR="00525A76" w:rsidRPr="00675BBA">
              <w:rPr>
                <w:rFonts w:ascii="Aptos" w:hAnsi="Aptos" w:cs="Calibri"/>
                <w:noProof/>
              </w:rPr>
              <mc:AlternateContent>
                <mc:Choice Requires="wps">
                  <w:drawing>
                    <wp:anchor distT="0" distB="0" distL="114300" distR="114300" simplePos="0" relativeHeight="251806720" behindDoc="0" locked="0" layoutInCell="1" allowOverlap="1" wp14:anchorId="473F9092" wp14:editId="3F3B53FD">
                      <wp:simplePos x="0" y="0"/>
                      <wp:positionH relativeFrom="column">
                        <wp:posOffset>2362023</wp:posOffset>
                      </wp:positionH>
                      <wp:positionV relativeFrom="paragraph">
                        <wp:posOffset>336118</wp:posOffset>
                      </wp:positionV>
                      <wp:extent cx="190831" cy="190831"/>
                      <wp:effectExtent l="0" t="0" r="19050" b="19050"/>
                      <wp:wrapNone/>
                      <wp:docPr id="364138978" name="Rectangle: Rounded Corners 8"/>
                      <wp:cNvGraphicFramePr/>
                      <a:graphic xmlns:a="http://schemas.openxmlformats.org/drawingml/2006/main">
                        <a:graphicData uri="http://schemas.microsoft.com/office/word/2010/wordprocessingShape">
                          <wps:wsp>
                            <wps:cNvSpPr/>
                            <wps:spPr>
                              <a:xfrm>
                                <a:off x="0" y="0"/>
                                <a:ext cx="190831" cy="19083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FD4B0" id="Rectangle: Rounded Corners 8" o:spid="_x0000_s1026" style="position:absolute;margin-left:186pt;margin-top:26.45pt;width:15.05pt;height:15.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" filled="f" strokecolor="red" strokeweight="1pt">
                      <v:stroke joinstyle="miter"/>
                    </v:roundrect>
                  </w:pict>
                </mc:Fallback>
              </mc:AlternateContent>
            </w:r>
            <w:r w:rsidR="00525A76" w:rsidRPr="00675BBA">
              <w:rPr>
                <w:rFonts w:ascii="Aptos" w:hAnsi="Aptos" w:cs="Calibri"/>
                <w:noProof/>
              </w:rPr>
              <mc:AlternateContent>
                <mc:Choice Requires="wps">
                  <w:drawing>
                    <wp:anchor distT="0" distB="0" distL="114300" distR="114300" simplePos="0" relativeHeight="251782144" behindDoc="0" locked="0" layoutInCell="1" allowOverlap="1" wp14:anchorId="002A38E3" wp14:editId="7A216416">
                      <wp:simplePos x="0" y="0"/>
                      <wp:positionH relativeFrom="column">
                        <wp:posOffset>1438808</wp:posOffset>
                      </wp:positionH>
                      <wp:positionV relativeFrom="paragraph">
                        <wp:posOffset>691490</wp:posOffset>
                      </wp:positionV>
                      <wp:extent cx="1521562" cy="1661823"/>
                      <wp:effectExtent l="0" t="0" r="21590" b="14605"/>
                      <wp:wrapNone/>
                      <wp:docPr id="234192787" name="Rectangle: Rounded Corners 8"/>
                      <wp:cNvGraphicFramePr/>
                      <a:graphic xmlns:a="http://schemas.openxmlformats.org/drawingml/2006/main">
                        <a:graphicData uri="http://schemas.microsoft.com/office/word/2010/wordprocessingShape">
                          <wps:wsp>
                            <wps:cNvSpPr/>
                            <wps:spPr>
                              <a:xfrm>
                                <a:off x="0" y="0"/>
                                <a:ext cx="1521562" cy="166182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40790" id="Rectangle: Rounded Corners 8" o:spid="_x0000_s1026" style="position:absolute;margin-left:113.3pt;margin-top:54.45pt;width:119.8pt;height:1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" filled="f" strokecolor="red" strokeweight="1pt">
                      <v:stroke joinstyle="miter"/>
                    </v:roundrect>
                  </w:pict>
                </mc:Fallback>
              </mc:AlternateContent>
            </w:r>
            <w:r w:rsidR="00525A76" w:rsidRPr="00415891">
              <w:rPr>
                <w:rFonts w:ascii="Aptos" w:hAnsi="Aptos" w:cs="Calibri"/>
                <w:noProof/>
              </w:rPr>
              <mc:AlternateContent>
                <mc:Choice Requires="wps">
                  <w:drawing>
                    <wp:anchor distT="45720" distB="45720" distL="114300" distR="114300" simplePos="0" relativeHeight="251783168" behindDoc="0" locked="0" layoutInCell="1" allowOverlap="1" wp14:anchorId="05D1127C" wp14:editId="309012DA">
                      <wp:simplePos x="0" y="0"/>
                      <wp:positionH relativeFrom="column">
                        <wp:posOffset>56718</wp:posOffset>
                      </wp:positionH>
                      <wp:positionV relativeFrom="paragraph">
                        <wp:posOffset>946988</wp:posOffset>
                      </wp:positionV>
                      <wp:extent cx="877824" cy="438912"/>
                      <wp:effectExtent l="0" t="0" r="0" b="0"/>
                      <wp:wrapNone/>
                      <wp:docPr id="563476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438912"/>
                              </a:xfrm>
                              <a:prstGeom prst="rect">
                                <a:avLst/>
                              </a:prstGeom>
                              <a:noFill/>
                              <a:ln w="9525">
                                <a:noFill/>
                                <a:miter lim="800000"/>
                                <a:headEnd/>
                                <a:tailEnd/>
                              </a:ln>
                            </wps:spPr>
                            <wps:txbx>
                              <w:txbxContent>
                                <w:p w14:paraId="52D6B08B" w14:textId="77777777" w:rsidR="00117C0F" w:rsidRPr="000B44F7" w:rsidRDefault="00117C0F" w:rsidP="00525A76">
                                  <w:pPr>
                                    <w:spacing w:line="240" w:lineRule="auto"/>
                                    <w:jc w:val="center"/>
                                    <w:rPr>
                                      <w:rFonts w:ascii="Aptos" w:hAnsi="Aptos"/>
                                    </w:rPr>
                                  </w:pPr>
                                  <w:r w:rsidRPr="000B44F7">
                                    <w:rPr>
                                      <w:rFonts w:ascii="Aptos" w:hAnsi="Aptos"/>
                                    </w:rPr>
                                    <w:t>Selected</w:t>
                                  </w:r>
                                  <w:r w:rsidR="00525A76" w:rsidRPr="000B44F7">
                                    <w:rPr>
                                      <w:rFonts w:ascii="Aptos" w:hAnsi="Aptos"/>
                                    </w:rPr>
                                    <w:t xml:space="preserve"> </w:t>
                                  </w:r>
                                  <w:r w:rsidRPr="000B44F7">
                                    <w:rPr>
                                      <w:rFonts w:ascii="Aptos" w:hAnsi="Aptos"/>
                                    </w:rPr>
                                    <w:t>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1127C" id="_x0000_s1050" type="#_x0000_t202" style="position:absolute;left:0;text-align:left;margin-left:4.45pt;margin-top:74.55pt;width:69.1pt;height:34.5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" filled="f" stroked="f">
                      <v:textbox>
                        <w:txbxContent>
                          <w:p w14:paraId="52D6B08B" w14:textId="77777777" w:rsidR="00117C0F" w:rsidRPr="000B44F7" w:rsidRDefault="00117C0F" w:rsidP="00525A76">
                            <w:pPr>
                              <w:spacing w:line="240" w:lineRule="auto"/>
                              <w:jc w:val="center"/>
                              <w:rPr>
                                <w:rFonts w:ascii="Aptos" w:hAnsi="Aptos"/>
                              </w:rPr>
                            </w:pPr>
                            <w:r w:rsidRPr="000B44F7">
                              <w:rPr>
                                <w:rFonts w:ascii="Aptos" w:hAnsi="Aptos"/>
                              </w:rPr>
                              <w:t>Selected</w:t>
                            </w:r>
                            <w:r w:rsidR="00525A76" w:rsidRPr="000B44F7">
                              <w:rPr>
                                <w:rFonts w:ascii="Aptos" w:hAnsi="Aptos"/>
                              </w:rPr>
                              <w:t xml:space="preserve"> </w:t>
                            </w:r>
                            <w:r w:rsidRPr="000B44F7">
                              <w:rPr>
                                <w:rFonts w:ascii="Aptos" w:hAnsi="Aptos"/>
                              </w:rPr>
                              <w:t>lines</w:t>
                            </w:r>
                          </w:p>
                        </w:txbxContent>
                      </v:textbox>
                    </v:shape>
                  </w:pict>
                </mc:Fallback>
              </mc:AlternateContent>
            </w:r>
            <w:r w:rsidR="00117C0F" w:rsidRPr="00675BBA">
              <w:rPr>
                <w:rFonts w:ascii="Aptos" w:hAnsi="Aptos" w:cs="Calibri"/>
                <w:noProof/>
              </w:rPr>
              <mc:AlternateContent>
                <mc:Choice Requires="wps">
                  <w:drawing>
                    <wp:anchor distT="0" distB="0" distL="114300" distR="114300" simplePos="0" relativeHeight="251785216" behindDoc="0" locked="0" layoutInCell="1" allowOverlap="1" wp14:anchorId="72C4BA2D" wp14:editId="505CC1B1">
                      <wp:simplePos x="0" y="0"/>
                      <wp:positionH relativeFrom="column">
                        <wp:posOffset>864263</wp:posOffset>
                      </wp:positionH>
                      <wp:positionV relativeFrom="paragraph">
                        <wp:posOffset>994742</wp:posOffset>
                      </wp:positionV>
                      <wp:extent cx="389255" cy="241935"/>
                      <wp:effectExtent l="19050" t="38100" r="29845" b="24765"/>
                      <wp:wrapNone/>
                      <wp:docPr id="2091915200" name="Arrow: Right 9"/>
                      <wp:cNvGraphicFramePr/>
                      <a:graphic xmlns:a="http://schemas.openxmlformats.org/drawingml/2006/main">
                        <a:graphicData uri="http://schemas.microsoft.com/office/word/2010/wordprocessingShape">
                          <wps:wsp>
                            <wps:cNvSpPr/>
                            <wps:spPr>
                              <a:xfrm rot="21314278">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1E73A" id="Arrow: Right 9" o:spid="_x0000_s1026" type="#_x0000_t13" style="position:absolute;margin-left:68.05pt;margin-top:78.35pt;width:30.65pt;height:19.05pt;rotation:-312085fd;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" adj="14887" fillcolor="red" strokecolor="#042433" strokeweight="1pt"/>
                  </w:pict>
                </mc:Fallback>
              </mc:AlternateContent>
            </w:r>
            <w:r w:rsidR="00525A76">
              <w:rPr>
                <w:rFonts w:ascii="Aptos" w:hAnsi="Aptos" w:cs="Calibri"/>
                <w:noProof/>
              </w:rPr>
              <w:drawing>
                <wp:inline distT="0" distB="0" distL="0" distR="0" wp14:anchorId="57A19284" wp14:editId="381A25EE">
                  <wp:extent cx="2027986" cy="2336885"/>
                  <wp:effectExtent l="171450" t="171450" r="372745" b="387350"/>
                  <wp:docPr id="1996881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81292" name="Picture 1996881292"/>
                          <pic:cNvPicPr/>
                        </pic:nvPicPr>
                        <pic:blipFill>
                          <a:blip r:embed="rId70"/>
                          <a:stretch>
                            <a:fillRect/>
                          </a:stretch>
                        </pic:blipFill>
                        <pic:spPr>
                          <a:xfrm>
                            <a:off x="0" y="0"/>
                            <a:ext cx="2045833" cy="235745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117C0F">
              <w:rPr>
                <w:rFonts w:ascii="Aptos" w:hAnsi="Aptos" w:cs="Calibri"/>
                <w:noProof/>
              </w:rPr>
              <w:drawing>
                <wp:inline distT="0" distB="0" distL="0" distR="0" wp14:anchorId="5A0BF635" wp14:editId="23D9B837">
                  <wp:extent cx="2300605" cy="790658"/>
                  <wp:effectExtent l="171450" t="171450" r="385445" b="390525"/>
                  <wp:docPr id="5643522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52224" name="Picture 564352224"/>
                          <pic:cNvPicPr/>
                        </pic:nvPicPr>
                        <pic:blipFill rotWithShape="1">
                          <a:blip r:embed="rId71">
                            <a:extLst>
                              <a:ext uri="{28A0092B-C50C-407E-A947-70E740481C1C}">
                                <a14:useLocalDpi xmlns:a14="http://schemas.microsoft.com/office/drawing/2010/main" val="0"/>
                              </a:ext>
                            </a:extLst>
                          </a:blip>
                          <a:srcRect t="20669" b="30300"/>
                          <a:stretch>
                            <a:fillRect/>
                          </a:stretch>
                        </pic:blipFill>
                        <pic:spPr bwMode="auto">
                          <a:xfrm>
                            <a:off x="0" y="0"/>
                            <a:ext cx="2338350" cy="8036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117C0F" w:rsidRPr="00675BBA" w14:paraId="0EDCDEC9" w14:textId="77777777" w:rsidTr="00A8619A">
        <w:trPr>
          <w:cantSplit/>
        </w:trPr>
        <w:tc>
          <w:tcPr>
            <w:tcW w:w="720" w:type="dxa"/>
          </w:tcPr>
          <w:p w14:paraId="712D4089" w14:textId="77777777" w:rsidR="00117C0F" w:rsidRPr="00590B1A" w:rsidRDefault="00117C0F" w:rsidP="00A8619A">
            <w:pPr>
              <w:pStyle w:val="ListParagraph"/>
              <w:numPr>
                <w:ilvl w:val="0"/>
                <w:numId w:val="32"/>
              </w:numPr>
              <w:rPr>
                <w:rFonts w:ascii="Aptos" w:hAnsi="Aptos" w:cs="Calibri"/>
              </w:rPr>
            </w:pPr>
          </w:p>
        </w:tc>
        <w:tc>
          <w:tcPr>
            <w:tcW w:w="8730" w:type="dxa"/>
          </w:tcPr>
          <w:p w14:paraId="7011B191" w14:textId="396C8616" w:rsidR="00117C0F" w:rsidRDefault="005E5865" w:rsidP="00A8619A">
            <w:pPr>
              <w:rPr>
                <w:rFonts w:ascii="Aptos" w:hAnsi="Aptos" w:cs="Calibri"/>
              </w:rPr>
            </w:pPr>
            <w:r>
              <w:rPr>
                <w:rFonts w:ascii="Aptos" w:hAnsi="Aptos" w:cs="Calibri"/>
              </w:rPr>
              <w:t xml:space="preserve">Data </w:t>
            </w:r>
            <w:r w:rsidR="00117C0F">
              <w:rPr>
                <w:rFonts w:ascii="Aptos" w:hAnsi="Aptos" w:cs="Calibri"/>
              </w:rPr>
              <w:t xml:space="preserve">can </w:t>
            </w:r>
            <w:r>
              <w:rPr>
                <w:rFonts w:ascii="Aptos" w:hAnsi="Aptos" w:cs="Calibri"/>
              </w:rPr>
              <w:t xml:space="preserve">be </w:t>
            </w:r>
            <w:r w:rsidR="00117C0F">
              <w:rPr>
                <w:rFonts w:ascii="Aptos" w:hAnsi="Aptos" w:cs="Calibri"/>
              </w:rPr>
              <w:t>export</w:t>
            </w:r>
            <w:r>
              <w:rPr>
                <w:rFonts w:ascii="Aptos" w:hAnsi="Aptos" w:cs="Calibri"/>
              </w:rPr>
              <w:t>ed</w:t>
            </w:r>
            <w:r w:rsidR="00117C0F">
              <w:rPr>
                <w:rFonts w:ascii="Aptos" w:hAnsi="Aptos" w:cs="Calibri"/>
              </w:rPr>
              <w:t xml:space="preserve"> in 4 ways: To an Excel spreadsheet, to a Word document, </w:t>
            </w:r>
            <w:r w:rsidR="00351B6E">
              <w:rPr>
                <w:rFonts w:ascii="Aptos" w:hAnsi="Aptos" w:cs="Calibri"/>
              </w:rPr>
              <w:t xml:space="preserve">to </w:t>
            </w:r>
            <w:r w:rsidR="002C72DD">
              <w:rPr>
                <w:rFonts w:ascii="Aptos" w:hAnsi="Aptos" w:cs="Calibri"/>
              </w:rPr>
              <w:t xml:space="preserve">a </w:t>
            </w:r>
            <w:r w:rsidR="00117C0F">
              <w:rPr>
                <w:rFonts w:ascii="Aptos" w:hAnsi="Aptos" w:cs="Calibri"/>
              </w:rPr>
              <w:t>CSV</w:t>
            </w:r>
            <w:r w:rsidR="002C72DD">
              <w:rPr>
                <w:rFonts w:ascii="Aptos" w:hAnsi="Aptos" w:cs="Calibri"/>
              </w:rPr>
              <w:t xml:space="preserve"> document</w:t>
            </w:r>
            <w:r w:rsidR="00117C0F">
              <w:rPr>
                <w:rFonts w:ascii="Aptos" w:hAnsi="Aptos" w:cs="Calibri"/>
              </w:rPr>
              <w:t xml:space="preserve">, or to </w:t>
            </w:r>
            <w:r w:rsidR="002C72DD">
              <w:rPr>
                <w:rFonts w:ascii="Aptos" w:hAnsi="Aptos" w:cs="Calibri"/>
              </w:rPr>
              <w:t xml:space="preserve">the </w:t>
            </w:r>
            <w:r w:rsidR="00117C0F">
              <w:rPr>
                <w:rFonts w:ascii="Aptos" w:hAnsi="Aptos" w:cs="Calibri"/>
              </w:rPr>
              <w:t xml:space="preserve">clipboard. </w:t>
            </w:r>
            <w:r w:rsidR="00117C0F" w:rsidRPr="00D0589B">
              <w:rPr>
                <w:rFonts w:ascii="Aptos" w:hAnsi="Aptos" w:cs="Calibri"/>
                <w:b/>
                <w:bCs/>
              </w:rPr>
              <w:t xml:space="preserve">This example will show exporting to </w:t>
            </w:r>
            <w:r w:rsidR="00351B6E">
              <w:rPr>
                <w:rFonts w:ascii="Aptos" w:hAnsi="Aptos" w:cs="Calibri"/>
                <w:b/>
                <w:bCs/>
              </w:rPr>
              <w:t>E</w:t>
            </w:r>
            <w:r w:rsidR="00117C0F" w:rsidRPr="00D0589B">
              <w:rPr>
                <w:rFonts w:ascii="Aptos" w:hAnsi="Aptos" w:cs="Calibri"/>
                <w:b/>
                <w:bCs/>
              </w:rPr>
              <w:t>xcel</w:t>
            </w:r>
            <w:r w:rsidR="00117C0F">
              <w:rPr>
                <w:rFonts w:ascii="Aptos" w:hAnsi="Aptos" w:cs="Calibri"/>
              </w:rPr>
              <w:t xml:space="preserve">. If choosing a Word or Excel file, </w:t>
            </w:r>
            <w:r w:rsidR="002C72DD">
              <w:rPr>
                <w:rFonts w:ascii="Aptos" w:hAnsi="Aptos" w:cs="Calibri"/>
              </w:rPr>
              <w:t>the</w:t>
            </w:r>
            <w:r w:rsidR="00117C0F" w:rsidRPr="00323B7F">
              <w:rPr>
                <w:rFonts w:ascii="Aptos" w:hAnsi="Aptos" w:cs="Calibri"/>
              </w:rPr>
              <w:t xml:space="preserve"> </w:t>
            </w:r>
            <w:r w:rsidR="00117C0F">
              <w:rPr>
                <w:rFonts w:ascii="Aptos" w:hAnsi="Aptos" w:cs="Calibri"/>
                <w:b/>
                <w:bCs/>
              </w:rPr>
              <w:t>document</w:t>
            </w:r>
            <w:r w:rsidR="00117C0F" w:rsidRPr="00323B7F">
              <w:rPr>
                <w:rFonts w:ascii="Aptos" w:hAnsi="Aptos" w:cs="Calibri"/>
              </w:rPr>
              <w:t xml:space="preserve"> will pop up in the downloads of the browser (upper right corner).</w:t>
            </w:r>
          </w:p>
          <w:p w14:paraId="71D5F3CB" w14:textId="77777777" w:rsidR="00117C0F" w:rsidRDefault="00117C0F" w:rsidP="00A8619A">
            <w:pPr>
              <w:rPr>
                <w:rFonts w:ascii="Aptos" w:hAnsi="Aptos" w:cs="Calibri"/>
              </w:rPr>
            </w:pPr>
            <w:r>
              <w:rPr>
                <w:rFonts w:ascii="Aptos" w:hAnsi="Aptos" w:cs="Calibri"/>
              </w:rPr>
              <w:t>Once selected, click the “</w:t>
            </w:r>
            <w:r w:rsidR="00E26E42" w:rsidRPr="002C72DD">
              <w:rPr>
                <w:rFonts w:ascii="Aptos" w:hAnsi="Aptos" w:cs="Calibri"/>
                <w:b/>
                <w:bCs/>
              </w:rPr>
              <w:t>C</w:t>
            </w:r>
            <w:r w:rsidRPr="002C72DD">
              <w:rPr>
                <w:rFonts w:ascii="Aptos" w:hAnsi="Aptos" w:cs="Calibri"/>
                <w:b/>
                <w:bCs/>
              </w:rPr>
              <w:t>ontinue</w:t>
            </w:r>
            <w:r>
              <w:rPr>
                <w:rFonts w:ascii="Aptos" w:hAnsi="Aptos" w:cs="Calibri"/>
              </w:rPr>
              <w:t>” button.</w:t>
            </w:r>
          </w:p>
          <w:p w14:paraId="37F6B725" w14:textId="77777777" w:rsidR="00117C0F" w:rsidRDefault="00117C0F" w:rsidP="00A8619A">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12864" behindDoc="0" locked="0" layoutInCell="1" allowOverlap="1" wp14:anchorId="1DF27F28" wp14:editId="4380F269">
                      <wp:simplePos x="0" y="0"/>
                      <wp:positionH relativeFrom="column">
                        <wp:posOffset>1347470</wp:posOffset>
                      </wp:positionH>
                      <wp:positionV relativeFrom="paragraph">
                        <wp:posOffset>264796</wp:posOffset>
                      </wp:positionV>
                      <wp:extent cx="314960" cy="323850"/>
                      <wp:effectExtent l="0" t="0" r="27940" b="19050"/>
                      <wp:wrapNone/>
                      <wp:docPr id="588574553" name="Rectangle: Rounded Corners 8"/>
                      <wp:cNvGraphicFramePr/>
                      <a:graphic xmlns:a="http://schemas.openxmlformats.org/drawingml/2006/main">
                        <a:graphicData uri="http://schemas.microsoft.com/office/word/2010/wordprocessingShape">
                          <wps:wsp>
                            <wps:cNvSpPr/>
                            <wps:spPr>
                              <a:xfrm>
                                <a:off x="0" y="0"/>
                                <a:ext cx="314960" cy="3238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55A26" id="Rectangle: Rounded Corners 8" o:spid="_x0000_s1026" style="position:absolute;margin-left:106.1pt;margin-top:20.85pt;width:24.8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" filled="f" strokecolor="red" strokeweight="1pt">
                      <v:stroke joinstyle="miter"/>
                    </v:roundrect>
                  </w:pict>
                </mc:Fallback>
              </mc:AlternateContent>
            </w:r>
            <w:r w:rsidR="00525A76">
              <w:rPr>
                <w:rFonts w:ascii="Aptos" w:hAnsi="Aptos" w:cs="Calibri"/>
                <w:noProof/>
              </w:rPr>
              <w:drawing>
                <wp:inline distT="0" distB="0" distL="0" distR="0" wp14:anchorId="7B71E2E2" wp14:editId="6D5FD926">
                  <wp:extent cx="2463800" cy="2187538"/>
                  <wp:effectExtent l="171450" t="171450" r="241300" b="270510"/>
                  <wp:docPr id="478512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12702" name="Picture 478512702"/>
                          <pic:cNvPicPr/>
                        </pic:nvPicPr>
                        <pic:blipFill>
                          <a:blip r:embed="rId72"/>
                          <a:stretch>
                            <a:fillRect/>
                          </a:stretch>
                        </pic:blipFill>
                        <pic:spPr>
                          <a:xfrm>
                            <a:off x="0" y="0"/>
                            <a:ext cx="2476587" cy="2198891"/>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A8619A" w:rsidRPr="00675BBA" w14:paraId="240D8450" w14:textId="77777777" w:rsidTr="00A8619A">
        <w:trPr>
          <w:cantSplit/>
        </w:trPr>
        <w:tc>
          <w:tcPr>
            <w:tcW w:w="720" w:type="dxa"/>
          </w:tcPr>
          <w:p w14:paraId="52930562" w14:textId="77777777" w:rsidR="00A8619A" w:rsidRPr="00590B1A" w:rsidRDefault="00A8619A" w:rsidP="00A8619A">
            <w:pPr>
              <w:pStyle w:val="ListParagraph"/>
              <w:numPr>
                <w:ilvl w:val="0"/>
                <w:numId w:val="32"/>
              </w:numPr>
              <w:rPr>
                <w:rFonts w:ascii="Aptos" w:hAnsi="Aptos" w:cs="Calibri"/>
              </w:rPr>
            </w:pPr>
          </w:p>
        </w:tc>
        <w:tc>
          <w:tcPr>
            <w:tcW w:w="8730" w:type="dxa"/>
          </w:tcPr>
          <w:p w14:paraId="1E035D79" w14:textId="7F968272" w:rsidR="00F969C4" w:rsidRPr="00F969C4" w:rsidRDefault="00F969C4" w:rsidP="00F969C4">
            <w:pPr>
              <w:jc w:val="both"/>
              <w:rPr>
                <w:rFonts w:ascii="Aptos" w:hAnsi="Aptos" w:cs="Calibri"/>
              </w:rPr>
            </w:pPr>
            <w:r w:rsidRPr="00F969C4">
              <w:rPr>
                <w:rFonts w:ascii="Aptos" w:hAnsi="Aptos" w:cs="Calibri"/>
              </w:rPr>
              <w:t xml:space="preserve">Match Header Columns from </w:t>
            </w:r>
            <w:r w:rsidRPr="00F969C4">
              <w:rPr>
                <w:rFonts w:ascii="Aptos" w:hAnsi="Aptos" w:cs="Calibri"/>
                <w:b/>
                <w:bCs/>
              </w:rPr>
              <w:t>Export</w:t>
            </w:r>
            <w:r w:rsidRPr="00F969C4">
              <w:rPr>
                <w:rFonts w:ascii="Aptos" w:hAnsi="Aptos" w:cs="Calibri"/>
              </w:rPr>
              <w:t xml:space="preserve"> for use of </w:t>
            </w:r>
            <w:r w:rsidRPr="00F969C4">
              <w:rPr>
                <w:rFonts w:ascii="Aptos" w:hAnsi="Aptos" w:cs="Calibri"/>
                <w:b/>
                <w:bCs/>
              </w:rPr>
              <w:t>Import</w:t>
            </w:r>
            <w:r w:rsidRPr="00F969C4">
              <w:rPr>
                <w:rFonts w:ascii="Aptos" w:hAnsi="Aptos" w:cs="Calibri"/>
              </w:rPr>
              <w:t>.</w:t>
            </w:r>
          </w:p>
          <w:p w14:paraId="02259C0A" w14:textId="77777777" w:rsidR="00F969C4" w:rsidRPr="00590B1A" w:rsidRDefault="00F969C4" w:rsidP="00F969C4">
            <w:pPr>
              <w:jc w:val="both"/>
              <w:rPr>
                <w:rFonts w:ascii="Aptos" w:hAnsi="Aptos" w:cs="Calibri"/>
                <w:u w:val="single"/>
              </w:rPr>
            </w:pPr>
          </w:p>
          <w:p w14:paraId="77DFDE22" w14:textId="5BC19D1A" w:rsidR="00F969C4" w:rsidRPr="00F969C4" w:rsidRDefault="00F969C4" w:rsidP="00F969C4">
            <w:pPr>
              <w:jc w:val="both"/>
              <w:rPr>
                <w:rFonts w:ascii="Aptos" w:hAnsi="Aptos" w:cs="Calibri"/>
              </w:rPr>
            </w:pPr>
            <w:r>
              <w:rPr>
                <w:noProof/>
              </w:rPr>
              <w:drawing>
                <wp:anchor distT="0" distB="0" distL="114300" distR="114300" simplePos="0" relativeHeight="251651065" behindDoc="1" locked="0" layoutInCell="1" allowOverlap="1" wp14:anchorId="3EA9702D" wp14:editId="114F959A">
                  <wp:simplePos x="0" y="0"/>
                  <wp:positionH relativeFrom="column">
                    <wp:posOffset>2443011</wp:posOffset>
                  </wp:positionH>
                  <wp:positionV relativeFrom="paragraph">
                    <wp:posOffset>1000401</wp:posOffset>
                  </wp:positionV>
                  <wp:extent cx="2669540" cy="749300"/>
                  <wp:effectExtent l="171450" t="171450" r="359410" b="374650"/>
                  <wp:wrapSquare wrapText="bothSides"/>
                  <wp:docPr id="3585960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96010" name="Picture 3585960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69540" cy="74930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Pr="00F969C4">
              <w:rPr>
                <w:rFonts w:ascii="Aptos" w:hAnsi="Aptos" w:cs="Calibri"/>
              </w:rPr>
              <w:t xml:space="preserve">If the header row of the spreadsheet to be imported does not </w:t>
            </w:r>
            <w:r w:rsidRPr="00F969C4">
              <w:rPr>
                <w:rFonts w:ascii="Aptos" w:hAnsi="Aptos" w:cs="Calibri"/>
                <w:b/>
                <w:bCs/>
              </w:rPr>
              <w:t>match</w:t>
            </w:r>
            <w:r w:rsidRPr="00F969C4">
              <w:rPr>
                <w:rFonts w:ascii="Aptos" w:hAnsi="Aptos" w:cs="Calibri"/>
              </w:rPr>
              <w:t xml:space="preserve"> E1 </w:t>
            </w:r>
            <w:r w:rsidRPr="00F969C4">
              <w:rPr>
                <w:rFonts w:ascii="Aptos" w:hAnsi="Aptos" w:cs="Calibri"/>
                <w:b/>
                <w:bCs/>
              </w:rPr>
              <w:t>exactly when importing</w:t>
            </w:r>
            <w:r w:rsidRPr="00F969C4">
              <w:rPr>
                <w:rFonts w:ascii="Aptos" w:hAnsi="Aptos" w:cs="Calibri"/>
              </w:rPr>
              <w:t>, E1 will not be able to correctly import any data from the spreadsheet. The best practice to avoid importing issues is to export a line from the desired document, delete the line info, and use the spreadsheet headers as a template. This will ensure the headers match exactly.</w:t>
            </w:r>
          </w:p>
          <w:p w14:paraId="6D42503F" w14:textId="2F255FA0" w:rsidR="00A8619A" w:rsidRDefault="00F969C4" w:rsidP="00F969C4">
            <w:pPr>
              <w:jc w:val="both"/>
              <w:rPr>
                <w:rFonts w:ascii="Aptos" w:hAnsi="Aptos" w:cs="Calibri"/>
              </w:rPr>
            </w:pPr>
            <w:r w:rsidRPr="00415891">
              <w:rPr>
                <w:noProof/>
              </w:rPr>
              <mc:AlternateContent>
                <mc:Choice Requires="wps">
                  <w:drawing>
                    <wp:anchor distT="45720" distB="45720" distL="114300" distR="114300" simplePos="0" relativeHeight="252174336" behindDoc="0" locked="0" layoutInCell="1" allowOverlap="1" wp14:anchorId="24A31C49" wp14:editId="2320AA41">
                      <wp:simplePos x="0" y="0"/>
                      <wp:positionH relativeFrom="column">
                        <wp:posOffset>688920</wp:posOffset>
                      </wp:positionH>
                      <wp:positionV relativeFrom="paragraph">
                        <wp:posOffset>1269945</wp:posOffset>
                      </wp:positionV>
                      <wp:extent cx="1152940" cy="565150"/>
                      <wp:effectExtent l="0" t="0" r="0" b="6350"/>
                      <wp:wrapNone/>
                      <wp:docPr id="17470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565150"/>
                              </a:xfrm>
                              <a:prstGeom prst="rect">
                                <a:avLst/>
                              </a:prstGeom>
                              <a:noFill/>
                              <a:ln w="9525">
                                <a:noFill/>
                                <a:miter lim="800000"/>
                                <a:headEnd/>
                                <a:tailEnd/>
                              </a:ln>
                            </wps:spPr>
                            <wps:txbx>
                              <w:txbxContent>
                                <w:p w14:paraId="76FA4052" w14:textId="77777777" w:rsidR="00F969C4" w:rsidRPr="00812F12" w:rsidRDefault="00F969C4" w:rsidP="00F969C4">
                                  <w:pPr>
                                    <w:jc w:val="center"/>
                                    <w:rPr>
                                      <w:rFonts w:ascii="Aptos" w:hAnsi="Aptos"/>
                                      <w:sz w:val="18"/>
                                      <w:szCs w:val="18"/>
                                    </w:rPr>
                                  </w:pPr>
                                  <w:r w:rsidRPr="00812F12">
                                    <w:rPr>
                                      <w:rFonts w:ascii="Aptos" w:hAnsi="Aptos"/>
                                      <w:sz w:val="18"/>
                                      <w:szCs w:val="18"/>
                                    </w:rPr>
                                    <w:t xml:space="preserve"> Spreadsheet ready to be used as template for import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31C49" id="_x0000_s1051" type="#_x0000_t202" style="position:absolute;left:0;text-align:left;margin-left:54.25pt;margin-top:100pt;width:90.8pt;height:44.5pt;z-index:25217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" filled="f" stroked="f">
                      <v:textbox>
                        <w:txbxContent>
                          <w:p w14:paraId="76FA4052" w14:textId="77777777" w:rsidR="00F969C4" w:rsidRPr="00812F12" w:rsidRDefault="00F969C4" w:rsidP="00F969C4">
                            <w:pPr>
                              <w:jc w:val="center"/>
                              <w:rPr>
                                <w:rFonts w:ascii="Aptos" w:hAnsi="Aptos"/>
                                <w:sz w:val="18"/>
                                <w:szCs w:val="18"/>
                              </w:rPr>
                            </w:pPr>
                            <w:r w:rsidRPr="00812F12">
                              <w:rPr>
                                <w:rFonts w:ascii="Aptos" w:hAnsi="Aptos"/>
                                <w:sz w:val="18"/>
                                <w:szCs w:val="18"/>
                              </w:rPr>
                              <w:t xml:space="preserve"> Spreadsheet ready to be used as template for import</w:t>
                            </w:r>
                          </w:p>
                        </w:txbxContent>
                      </v:textbox>
                    </v:shape>
                  </w:pict>
                </mc:Fallback>
              </mc:AlternateContent>
            </w:r>
            <w:r w:rsidRPr="00675BBA">
              <w:rPr>
                <w:noProof/>
              </w:rPr>
              <mc:AlternateContent>
                <mc:Choice Requires="wps">
                  <w:drawing>
                    <wp:anchor distT="0" distB="0" distL="114300" distR="114300" simplePos="0" relativeHeight="252176384" behindDoc="0" locked="0" layoutInCell="1" allowOverlap="1" wp14:anchorId="0AA3C533" wp14:editId="657F2434">
                      <wp:simplePos x="0" y="0"/>
                      <wp:positionH relativeFrom="column">
                        <wp:posOffset>2020985</wp:posOffset>
                      </wp:positionH>
                      <wp:positionV relativeFrom="paragraph">
                        <wp:posOffset>1400175</wp:posOffset>
                      </wp:positionV>
                      <wp:extent cx="537542" cy="241935"/>
                      <wp:effectExtent l="0" t="19050" r="34290" b="43815"/>
                      <wp:wrapNone/>
                      <wp:docPr id="2069522753" name="Arrow: Right 9"/>
                      <wp:cNvGraphicFramePr/>
                      <a:graphic xmlns:a="http://schemas.openxmlformats.org/drawingml/2006/main">
                        <a:graphicData uri="http://schemas.microsoft.com/office/word/2010/wordprocessingShape">
                          <wps:wsp>
                            <wps:cNvSpPr/>
                            <wps:spPr>
                              <a:xfrm>
                                <a:off x="0" y="0"/>
                                <a:ext cx="537542"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DC13C9" id="Arrow: Right 9" o:spid="_x0000_s1026" type="#_x0000_t13" style="position:absolute;margin-left:159.15pt;margin-top:110.25pt;width:42.35pt;height:19.0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" adj="16739" fillcolor="red" strokecolor="#042433" strokeweight="1pt"/>
                  </w:pict>
                </mc:Fallback>
              </mc:AlternateContent>
            </w:r>
            <w:r>
              <w:rPr>
                <w:noProof/>
              </w:rPr>
              <w:drawing>
                <wp:anchor distT="0" distB="0" distL="114300" distR="114300" simplePos="0" relativeHeight="251650040" behindDoc="1" locked="0" layoutInCell="1" allowOverlap="1" wp14:anchorId="328CC15B" wp14:editId="7EA01F44">
                  <wp:simplePos x="0" y="0"/>
                  <wp:positionH relativeFrom="column">
                    <wp:posOffset>2386274</wp:posOffset>
                  </wp:positionH>
                  <wp:positionV relativeFrom="paragraph">
                    <wp:posOffset>1181597</wp:posOffset>
                  </wp:positionV>
                  <wp:extent cx="2724150" cy="692785"/>
                  <wp:effectExtent l="171450" t="171450" r="361950" b="374015"/>
                  <wp:wrapTight wrapText="bothSides">
                    <wp:wrapPolygon edited="0">
                      <wp:start x="755" y="-5346"/>
                      <wp:lineTo x="-1359" y="-4158"/>
                      <wp:lineTo x="-1208" y="24946"/>
                      <wp:lineTo x="1208" y="31479"/>
                      <wp:lineTo x="1359" y="32667"/>
                      <wp:lineTo x="21751" y="32667"/>
                      <wp:lineTo x="21902" y="31479"/>
                      <wp:lineTo x="24319" y="24946"/>
                      <wp:lineTo x="24319" y="4752"/>
                      <wp:lineTo x="22355" y="-4158"/>
                      <wp:lineTo x="22204" y="-5346"/>
                      <wp:lineTo x="755" y="-5346"/>
                    </wp:wrapPolygon>
                  </wp:wrapTight>
                  <wp:docPr id="678844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44738" name="Picture 67884473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4150" cy="69278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Pr="00675BBA">
              <w:rPr>
                <w:noProof/>
              </w:rPr>
              <mc:AlternateContent>
                <mc:Choice Requires="wps">
                  <w:drawing>
                    <wp:anchor distT="0" distB="0" distL="114300" distR="114300" simplePos="0" relativeHeight="252175360" behindDoc="0" locked="0" layoutInCell="1" allowOverlap="1" wp14:anchorId="32571641" wp14:editId="51FD92FB">
                      <wp:simplePos x="0" y="0"/>
                      <wp:positionH relativeFrom="column">
                        <wp:posOffset>1978025</wp:posOffset>
                      </wp:positionH>
                      <wp:positionV relativeFrom="paragraph">
                        <wp:posOffset>402590</wp:posOffset>
                      </wp:positionV>
                      <wp:extent cx="537542" cy="241935"/>
                      <wp:effectExtent l="0" t="19050" r="34290" b="43815"/>
                      <wp:wrapNone/>
                      <wp:docPr id="1907196285" name="Arrow: Right 9"/>
                      <wp:cNvGraphicFramePr/>
                      <a:graphic xmlns:a="http://schemas.openxmlformats.org/drawingml/2006/main">
                        <a:graphicData uri="http://schemas.microsoft.com/office/word/2010/wordprocessingShape">
                          <wps:wsp>
                            <wps:cNvSpPr/>
                            <wps:spPr>
                              <a:xfrm>
                                <a:off x="0" y="0"/>
                                <a:ext cx="537542"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7A0843" id="Arrow: Right 9" o:spid="_x0000_s1026" type="#_x0000_t13" style="position:absolute;margin-left:155.75pt;margin-top:31.7pt;width:42.35pt;height:19.05pt;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" adj="16739" fillcolor="red" strokecolor="#042433" strokeweight="1pt"/>
                  </w:pict>
                </mc:Fallback>
              </mc:AlternateContent>
            </w:r>
            <w:r w:rsidRPr="00415891">
              <w:rPr>
                <w:noProof/>
              </w:rPr>
              <mc:AlternateContent>
                <mc:Choice Requires="wps">
                  <w:drawing>
                    <wp:anchor distT="45720" distB="45720" distL="114300" distR="114300" simplePos="0" relativeHeight="252173312" behindDoc="0" locked="0" layoutInCell="1" allowOverlap="1" wp14:anchorId="07FC7915" wp14:editId="45B37EC2">
                      <wp:simplePos x="0" y="0"/>
                      <wp:positionH relativeFrom="column">
                        <wp:posOffset>669925</wp:posOffset>
                      </wp:positionH>
                      <wp:positionV relativeFrom="paragraph">
                        <wp:posOffset>354330</wp:posOffset>
                      </wp:positionV>
                      <wp:extent cx="1152940" cy="438150"/>
                      <wp:effectExtent l="0" t="0" r="0" b="0"/>
                      <wp:wrapNone/>
                      <wp:docPr id="2091473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438150"/>
                              </a:xfrm>
                              <a:prstGeom prst="rect">
                                <a:avLst/>
                              </a:prstGeom>
                              <a:noFill/>
                              <a:ln w="9525">
                                <a:noFill/>
                                <a:miter lim="800000"/>
                                <a:headEnd/>
                                <a:tailEnd/>
                              </a:ln>
                            </wps:spPr>
                            <wps:txbx>
                              <w:txbxContent>
                                <w:p w14:paraId="79827D07" w14:textId="77777777" w:rsidR="00F969C4" w:rsidRPr="00812F12" w:rsidRDefault="00F969C4" w:rsidP="00F969C4">
                                  <w:pPr>
                                    <w:jc w:val="center"/>
                                    <w:rPr>
                                      <w:rFonts w:ascii="Aptos" w:hAnsi="Aptos"/>
                                      <w:sz w:val="20"/>
                                      <w:szCs w:val="20"/>
                                    </w:rPr>
                                  </w:pPr>
                                  <w:r w:rsidRPr="00812F12">
                                    <w:rPr>
                                      <w:rFonts w:ascii="Aptos" w:hAnsi="Aptos"/>
                                      <w:sz w:val="20"/>
                                      <w:szCs w:val="20"/>
                                    </w:rPr>
                                    <w:t>Original Exported spreadsheet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7915" id="_x0000_s1052" type="#_x0000_t202" style="position:absolute;left:0;text-align:left;margin-left:52.75pt;margin-top:27.9pt;width:90.8pt;height:34.5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" filled="f" stroked="f">
                      <v:textbox>
                        <w:txbxContent>
                          <w:p w14:paraId="79827D07" w14:textId="77777777" w:rsidR="00F969C4" w:rsidRPr="00812F12" w:rsidRDefault="00F969C4" w:rsidP="00F969C4">
                            <w:pPr>
                              <w:jc w:val="center"/>
                              <w:rPr>
                                <w:rFonts w:ascii="Aptos" w:hAnsi="Aptos"/>
                                <w:sz w:val="20"/>
                                <w:szCs w:val="20"/>
                              </w:rPr>
                            </w:pPr>
                            <w:r w:rsidRPr="00812F12">
                              <w:rPr>
                                <w:rFonts w:ascii="Aptos" w:hAnsi="Aptos"/>
                                <w:sz w:val="20"/>
                                <w:szCs w:val="20"/>
                              </w:rPr>
                              <w:t>Original Exported spreadsheet</w:t>
                            </w:r>
                          </w:p>
                        </w:txbxContent>
                      </v:textbox>
                    </v:shape>
                  </w:pict>
                </mc:Fallback>
              </mc:AlternateContent>
            </w:r>
          </w:p>
        </w:tc>
      </w:tr>
      <w:tr w:rsidR="00812F12" w:rsidRPr="00675BBA" w14:paraId="290E9E53" w14:textId="77777777" w:rsidTr="00A8619A">
        <w:trPr>
          <w:cantSplit/>
        </w:trPr>
        <w:tc>
          <w:tcPr>
            <w:tcW w:w="720" w:type="dxa"/>
          </w:tcPr>
          <w:p w14:paraId="5D686C30" w14:textId="77777777" w:rsidR="00812F12" w:rsidRPr="00590B1A" w:rsidRDefault="00812F12" w:rsidP="00F969C4">
            <w:pPr>
              <w:pStyle w:val="ListParagraph"/>
              <w:numPr>
                <w:ilvl w:val="0"/>
                <w:numId w:val="32"/>
              </w:numPr>
              <w:rPr>
                <w:rFonts w:ascii="Aptos" w:hAnsi="Aptos" w:cs="Calibri"/>
              </w:rPr>
            </w:pPr>
          </w:p>
        </w:tc>
        <w:tc>
          <w:tcPr>
            <w:tcW w:w="8730" w:type="dxa"/>
          </w:tcPr>
          <w:p w14:paraId="0A0B48DB" w14:textId="77777777" w:rsidR="00812F12" w:rsidRDefault="00812F12" w:rsidP="00F969C4">
            <w:pPr>
              <w:rPr>
                <w:rFonts w:ascii="Aptos" w:hAnsi="Aptos" w:cs="Calibri"/>
              </w:rPr>
            </w:pPr>
            <w:r>
              <w:rPr>
                <w:rFonts w:ascii="Aptos" w:hAnsi="Aptos" w:cs="Calibri"/>
              </w:rPr>
              <w:t xml:space="preserve">To </w:t>
            </w:r>
            <w:r w:rsidRPr="001E31BB">
              <w:rPr>
                <w:rFonts w:ascii="Aptos" w:hAnsi="Aptos" w:cs="Calibri"/>
                <w:b/>
                <w:bCs/>
              </w:rPr>
              <w:t>import</w:t>
            </w:r>
            <w:r>
              <w:rPr>
                <w:rFonts w:ascii="Aptos" w:hAnsi="Aptos" w:cs="Calibri"/>
              </w:rPr>
              <w:t xml:space="preserve"> data into the detail lines of a </w:t>
            </w:r>
            <w:r w:rsidR="00D95A1E">
              <w:rPr>
                <w:rFonts w:ascii="Aptos" w:hAnsi="Aptos" w:cs="Calibri"/>
              </w:rPr>
              <w:t>purchase order</w:t>
            </w:r>
            <w:r>
              <w:rPr>
                <w:rFonts w:ascii="Aptos" w:hAnsi="Aptos" w:cs="Calibri"/>
              </w:rPr>
              <w:t xml:space="preserve">, follow steps </w:t>
            </w:r>
            <w:r w:rsidR="00E26E42">
              <w:rPr>
                <w:rFonts w:ascii="Aptos" w:hAnsi="Aptos" w:cs="Calibri"/>
              </w:rPr>
              <w:t>1</w:t>
            </w:r>
            <w:r>
              <w:rPr>
                <w:rFonts w:ascii="Aptos" w:hAnsi="Aptos" w:cs="Calibri"/>
              </w:rPr>
              <w:t xml:space="preserve"> </w:t>
            </w:r>
            <w:r w:rsidR="00E26E42">
              <w:rPr>
                <w:rFonts w:ascii="Aptos" w:hAnsi="Aptos" w:cs="Calibri"/>
              </w:rPr>
              <w:t xml:space="preserve">thru </w:t>
            </w:r>
            <w:r>
              <w:rPr>
                <w:rFonts w:ascii="Aptos" w:hAnsi="Aptos" w:cs="Calibri"/>
              </w:rPr>
              <w:t>3, and select the “</w:t>
            </w:r>
            <w:r w:rsidRPr="00F969C4">
              <w:rPr>
                <w:rFonts w:ascii="Aptos" w:hAnsi="Aptos" w:cs="Calibri"/>
                <w:b/>
                <w:bCs/>
              </w:rPr>
              <w:t>Import Grid Data</w:t>
            </w:r>
            <w:r>
              <w:rPr>
                <w:rFonts w:ascii="Aptos" w:hAnsi="Aptos" w:cs="Calibri"/>
              </w:rPr>
              <w:t>” option.</w:t>
            </w:r>
          </w:p>
          <w:p w14:paraId="6DF69DBF" w14:textId="77777777" w:rsidR="00812F12" w:rsidRDefault="00E26E42" w:rsidP="00F969C4">
            <w:pPr>
              <w:jc w:val="center"/>
              <w:rPr>
                <w:rFonts w:ascii="Aptos" w:hAnsi="Aptos" w:cs="Calibri"/>
              </w:rPr>
            </w:pPr>
            <w:r w:rsidRPr="00415891">
              <w:rPr>
                <w:rFonts w:ascii="Aptos" w:hAnsi="Aptos" w:cs="Calibri"/>
                <w:noProof/>
              </w:rPr>
              <mc:AlternateContent>
                <mc:Choice Requires="wps">
                  <w:drawing>
                    <wp:anchor distT="45720" distB="45720" distL="114300" distR="114300" simplePos="0" relativeHeight="251815936" behindDoc="0" locked="0" layoutInCell="1" allowOverlap="1" wp14:anchorId="251EFC33" wp14:editId="556CB7F9">
                      <wp:simplePos x="0" y="0"/>
                      <wp:positionH relativeFrom="column">
                        <wp:posOffset>4141470</wp:posOffset>
                      </wp:positionH>
                      <wp:positionV relativeFrom="paragraph">
                        <wp:posOffset>147320</wp:posOffset>
                      </wp:positionV>
                      <wp:extent cx="1152940" cy="524787"/>
                      <wp:effectExtent l="0" t="0" r="0" b="0"/>
                      <wp:wrapNone/>
                      <wp:docPr id="2011344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524787"/>
                              </a:xfrm>
                              <a:prstGeom prst="rect">
                                <a:avLst/>
                              </a:prstGeom>
                              <a:noFill/>
                              <a:ln w="9525">
                                <a:noFill/>
                                <a:miter lim="800000"/>
                                <a:headEnd/>
                                <a:tailEnd/>
                              </a:ln>
                            </wps:spPr>
                            <wps:txbx>
                              <w:txbxContent>
                                <w:p w14:paraId="76AC1AC9" w14:textId="77777777" w:rsidR="00812F12" w:rsidRPr="000B44F7" w:rsidRDefault="00812F12" w:rsidP="00117C0F">
                                  <w:pPr>
                                    <w:jc w:val="center"/>
                                    <w:rPr>
                                      <w:rFonts w:ascii="Aptos" w:hAnsi="Aptos"/>
                                    </w:rPr>
                                  </w:pPr>
                                  <w:r w:rsidRPr="000B44F7">
                                    <w:rPr>
                                      <w:rFonts w:ascii="Aptos" w:hAnsi="Aptos"/>
                                    </w:rPr>
                                    <w:t>“Import Grid Data”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FC33" id="_x0000_s1053" type="#_x0000_t202" style="position:absolute;left:0;text-align:left;margin-left:326.1pt;margin-top:11.6pt;width:90.8pt;height:4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" filled="f" stroked="f">
                      <v:textbox>
                        <w:txbxContent>
                          <w:p w14:paraId="76AC1AC9" w14:textId="77777777" w:rsidR="00812F12" w:rsidRPr="000B44F7" w:rsidRDefault="00812F12" w:rsidP="00117C0F">
                            <w:pPr>
                              <w:jc w:val="center"/>
                              <w:rPr>
                                <w:rFonts w:ascii="Aptos" w:hAnsi="Aptos"/>
                              </w:rPr>
                            </w:pPr>
                            <w:r w:rsidRPr="000B44F7">
                              <w:rPr>
                                <w:rFonts w:ascii="Aptos" w:hAnsi="Aptos"/>
                              </w:rPr>
                              <w:t>“Import Grid Data” Button</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816960" behindDoc="0" locked="0" layoutInCell="1" allowOverlap="1" wp14:anchorId="04FCB132" wp14:editId="703C77FF">
                      <wp:simplePos x="0" y="0"/>
                      <wp:positionH relativeFrom="column">
                        <wp:posOffset>3881755</wp:posOffset>
                      </wp:positionH>
                      <wp:positionV relativeFrom="paragraph">
                        <wp:posOffset>280035</wp:posOffset>
                      </wp:positionV>
                      <wp:extent cx="405186" cy="179733"/>
                      <wp:effectExtent l="19050" t="19050" r="13970" b="29845"/>
                      <wp:wrapNone/>
                      <wp:docPr id="310156408" name="Arrow: Right 9"/>
                      <wp:cNvGraphicFramePr/>
                      <a:graphic xmlns:a="http://schemas.openxmlformats.org/drawingml/2006/main">
                        <a:graphicData uri="http://schemas.microsoft.com/office/word/2010/wordprocessingShape">
                          <wps:wsp>
                            <wps:cNvSpPr/>
                            <wps:spPr>
                              <a:xfrm rot="1080000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8437" id="Arrow: Right 9" o:spid="_x0000_s1026" type="#_x0000_t13" style="position:absolute;margin-left:305.65pt;margin-top:22.05pt;width:31.9pt;height:14.15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" adj="1680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814912" behindDoc="0" locked="0" layoutInCell="1" allowOverlap="1" wp14:anchorId="797903E0" wp14:editId="61BB5F23">
                      <wp:simplePos x="0" y="0"/>
                      <wp:positionH relativeFrom="column">
                        <wp:posOffset>3582670</wp:posOffset>
                      </wp:positionH>
                      <wp:positionV relativeFrom="paragraph">
                        <wp:posOffset>229870</wp:posOffset>
                      </wp:positionV>
                      <wp:extent cx="246435" cy="230229"/>
                      <wp:effectExtent l="0" t="0" r="20320" b="17780"/>
                      <wp:wrapNone/>
                      <wp:docPr id="795154534" name="Rectangle: Rounded Corners 8"/>
                      <wp:cNvGraphicFramePr/>
                      <a:graphic xmlns:a="http://schemas.openxmlformats.org/drawingml/2006/main">
                        <a:graphicData uri="http://schemas.microsoft.com/office/word/2010/wordprocessingShape">
                          <wps:wsp>
                            <wps:cNvSpPr/>
                            <wps:spPr>
                              <a:xfrm>
                                <a:off x="0" y="0"/>
                                <a:ext cx="246435" cy="230229"/>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10F6F" id="Rectangle: Rounded Corners 8" o:spid="_x0000_s1026" style="position:absolute;margin-left:282.1pt;margin-top:18.1pt;width:19.4pt;height:18.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" filled="f" strokecolor="red" strokeweight="1pt">
                      <v:stroke joinstyle="miter"/>
                    </v:roundrect>
                  </w:pict>
                </mc:Fallback>
              </mc:AlternateContent>
            </w:r>
            <w:r w:rsidR="00812F12">
              <w:rPr>
                <w:rFonts w:ascii="Aptos" w:hAnsi="Aptos" w:cs="Calibri"/>
                <w:noProof/>
              </w:rPr>
              <w:drawing>
                <wp:inline distT="0" distB="0" distL="0" distR="0" wp14:anchorId="580A904E" wp14:editId="4490354A">
                  <wp:extent cx="2804793" cy="1303020"/>
                  <wp:effectExtent l="171450" t="171450" r="358140" b="373380"/>
                  <wp:docPr id="2483807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80740" name="Picture 248380740"/>
                          <pic:cNvPicPr/>
                        </pic:nvPicPr>
                        <pic:blipFill rotWithShape="1">
                          <a:blip r:embed="rId75">
                            <a:extLst>
                              <a:ext uri="{28A0092B-C50C-407E-A947-70E740481C1C}">
                                <a14:useLocalDpi xmlns:a14="http://schemas.microsoft.com/office/drawing/2010/main" val="0"/>
                              </a:ext>
                            </a:extLst>
                          </a:blip>
                          <a:srcRect t="29412"/>
                          <a:stretch>
                            <a:fillRect/>
                          </a:stretch>
                        </pic:blipFill>
                        <pic:spPr bwMode="auto">
                          <a:xfrm>
                            <a:off x="0" y="0"/>
                            <a:ext cx="2810149" cy="13055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12F12" w:rsidRPr="00675BBA" w14:paraId="0C0611D5" w14:textId="77777777" w:rsidTr="00A8619A">
        <w:trPr>
          <w:cantSplit/>
        </w:trPr>
        <w:tc>
          <w:tcPr>
            <w:tcW w:w="720" w:type="dxa"/>
          </w:tcPr>
          <w:p w14:paraId="30DCAC65" w14:textId="77777777" w:rsidR="00812F12" w:rsidRPr="00590B1A" w:rsidRDefault="00812F12" w:rsidP="00F969C4">
            <w:pPr>
              <w:pStyle w:val="ListParagraph"/>
              <w:numPr>
                <w:ilvl w:val="0"/>
                <w:numId w:val="32"/>
              </w:numPr>
              <w:rPr>
                <w:rFonts w:ascii="Aptos" w:hAnsi="Aptos" w:cs="Calibri"/>
              </w:rPr>
            </w:pPr>
          </w:p>
        </w:tc>
        <w:tc>
          <w:tcPr>
            <w:tcW w:w="8730" w:type="dxa"/>
          </w:tcPr>
          <w:p w14:paraId="1CCE7B28" w14:textId="77777777" w:rsidR="00812F12" w:rsidRDefault="00812F12" w:rsidP="00F969C4">
            <w:pPr>
              <w:rPr>
                <w:rFonts w:ascii="Aptos" w:hAnsi="Aptos" w:cs="Calibri"/>
              </w:rPr>
            </w:pPr>
            <w:r>
              <w:rPr>
                <w:rFonts w:ascii="Aptos" w:hAnsi="Aptos" w:cs="Calibri"/>
              </w:rPr>
              <w:t>Select the “</w:t>
            </w:r>
            <w:r w:rsidRPr="005A6655">
              <w:rPr>
                <w:rFonts w:ascii="Aptos" w:hAnsi="Aptos" w:cs="Calibri"/>
                <w:b/>
                <w:bCs/>
              </w:rPr>
              <w:t>Browse</w:t>
            </w:r>
            <w:r>
              <w:rPr>
                <w:rFonts w:ascii="Aptos" w:hAnsi="Aptos" w:cs="Calibri"/>
              </w:rPr>
              <w:t>” option.</w:t>
            </w:r>
          </w:p>
          <w:p w14:paraId="3857668D" w14:textId="77777777" w:rsidR="00812F12" w:rsidRDefault="00812F12" w:rsidP="00F969C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17984" behindDoc="0" locked="0" layoutInCell="1" allowOverlap="1" wp14:anchorId="76CF4297" wp14:editId="0F7C5841">
                      <wp:simplePos x="0" y="0"/>
                      <wp:positionH relativeFrom="column">
                        <wp:posOffset>2987040</wp:posOffset>
                      </wp:positionH>
                      <wp:positionV relativeFrom="paragraph">
                        <wp:posOffset>1170305</wp:posOffset>
                      </wp:positionV>
                      <wp:extent cx="453224" cy="245911"/>
                      <wp:effectExtent l="0" t="0" r="23495" b="20955"/>
                      <wp:wrapNone/>
                      <wp:docPr id="1265764268" name="Rectangle: Rounded Corners 8"/>
                      <wp:cNvGraphicFramePr/>
                      <a:graphic xmlns:a="http://schemas.openxmlformats.org/drawingml/2006/main">
                        <a:graphicData uri="http://schemas.microsoft.com/office/word/2010/wordprocessingShape">
                          <wps:wsp>
                            <wps:cNvSpPr/>
                            <wps:spPr>
                              <a:xfrm>
                                <a:off x="0" y="0"/>
                                <a:ext cx="453224" cy="24591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620AA" id="Rectangle: Rounded Corners 8" o:spid="_x0000_s1026" style="position:absolute;margin-left:235.2pt;margin-top:92.15pt;width:35.7pt;height:19.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" filled="f" strokecolor="red" strokeweight="1pt">
                      <v:stroke joinstyle="miter"/>
                    </v:roundrect>
                  </w:pict>
                </mc:Fallback>
              </mc:AlternateContent>
            </w:r>
            <w:r>
              <w:rPr>
                <w:rFonts w:ascii="Aptos" w:hAnsi="Aptos" w:cs="Calibri"/>
                <w:noProof/>
              </w:rPr>
              <w:drawing>
                <wp:inline distT="0" distB="0" distL="0" distR="0" wp14:anchorId="4AB1C7C0" wp14:editId="335EDB7D">
                  <wp:extent cx="2575560" cy="1657350"/>
                  <wp:effectExtent l="171450" t="171450" r="358140" b="381000"/>
                  <wp:docPr id="46815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132" name="Picture 46815132"/>
                          <pic:cNvPicPr/>
                        </pic:nvPicPr>
                        <pic:blipFill rotWithShape="1">
                          <a:blip r:embed="rId76">
                            <a:extLst>
                              <a:ext uri="{28A0092B-C50C-407E-A947-70E740481C1C}">
                                <a14:useLocalDpi xmlns:a14="http://schemas.microsoft.com/office/drawing/2010/main" val="0"/>
                              </a:ext>
                            </a:extLst>
                          </a:blip>
                          <a:srcRect t="4992" b="32962"/>
                          <a:stretch>
                            <a:fillRect/>
                          </a:stretch>
                        </pic:blipFill>
                        <pic:spPr bwMode="auto">
                          <a:xfrm>
                            <a:off x="0" y="0"/>
                            <a:ext cx="2579704" cy="16600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12F12" w:rsidRPr="00675BBA" w14:paraId="3D36ACDF" w14:textId="77777777" w:rsidTr="00A8619A">
        <w:trPr>
          <w:cantSplit/>
        </w:trPr>
        <w:tc>
          <w:tcPr>
            <w:tcW w:w="720" w:type="dxa"/>
          </w:tcPr>
          <w:p w14:paraId="5FE6CD5A" w14:textId="77777777" w:rsidR="00812F12" w:rsidRPr="00590B1A" w:rsidRDefault="00812F12" w:rsidP="00552934">
            <w:pPr>
              <w:pStyle w:val="ListParagraph"/>
              <w:numPr>
                <w:ilvl w:val="0"/>
                <w:numId w:val="32"/>
              </w:numPr>
              <w:rPr>
                <w:rFonts w:ascii="Aptos" w:hAnsi="Aptos" w:cs="Calibri"/>
              </w:rPr>
            </w:pPr>
          </w:p>
        </w:tc>
        <w:tc>
          <w:tcPr>
            <w:tcW w:w="8730" w:type="dxa"/>
          </w:tcPr>
          <w:p w14:paraId="3460DFA5" w14:textId="78DB9B3B" w:rsidR="00812F12" w:rsidRDefault="00812F12" w:rsidP="00552934">
            <w:pPr>
              <w:rPr>
                <w:rFonts w:ascii="Aptos" w:hAnsi="Aptos" w:cs="Calibri"/>
              </w:rPr>
            </w:pPr>
            <w:r>
              <w:rPr>
                <w:rFonts w:ascii="Aptos" w:hAnsi="Aptos" w:cs="Calibri"/>
              </w:rPr>
              <w:t>Click the “</w:t>
            </w:r>
            <w:r w:rsidR="0006480A" w:rsidRPr="00552934">
              <w:rPr>
                <w:rFonts w:ascii="Aptos" w:hAnsi="Aptos" w:cs="Calibri"/>
                <w:b/>
                <w:bCs/>
              </w:rPr>
              <w:t>C</w:t>
            </w:r>
            <w:r w:rsidRPr="00552934">
              <w:rPr>
                <w:rFonts w:ascii="Aptos" w:hAnsi="Aptos" w:cs="Calibri"/>
                <w:b/>
                <w:bCs/>
              </w:rPr>
              <w:t xml:space="preserve">hoose </w:t>
            </w:r>
            <w:r w:rsidR="0006480A" w:rsidRPr="00552934">
              <w:rPr>
                <w:rFonts w:ascii="Aptos" w:hAnsi="Aptos" w:cs="Calibri"/>
                <w:b/>
                <w:bCs/>
              </w:rPr>
              <w:t>F</w:t>
            </w:r>
            <w:r w:rsidRPr="00552934">
              <w:rPr>
                <w:rFonts w:ascii="Aptos" w:hAnsi="Aptos" w:cs="Calibri"/>
                <w:b/>
                <w:bCs/>
              </w:rPr>
              <w:t>ile</w:t>
            </w:r>
            <w:r>
              <w:rPr>
                <w:rFonts w:ascii="Aptos" w:hAnsi="Aptos" w:cs="Calibri"/>
              </w:rPr>
              <w:t xml:space="preserve">” option, select </w:t>
            </w:r>
            <w:r w:rsidR="0006480A">
              <w:rPr>
                <w:rFonts w:ascii="Aptos" w:hAnsi="Aptos" w:cs="Calibri"/>
              </w:rPr>
              <w:t>the E</w:t>
            </w:r>
            <w:r>
              <w:rPr>
                <w:rFonts w:ascii="Aptos" w:hAnsi="Aptos" w:cs="Calibri"/>
              </w:rPr>
              <w:t>xcel spreadsheet, and click the “</w:t>
            </w:r>
            <w:r w:rsidR="0006480A" w:rsidRPr="00552934">
              <w:rPr>
                <w:rFonts w:ascii="Aptos" w:hAnsi="Aptos" w:cs="Calibri"/>
                <w:b/>
                <w:bCs/>
              </w:rPr>
              <w:t>U</w:t>
            </w:r>
            <w:r w:rsidRPr="00552934">
              <w:rPr>
                <w:rFonts w:ascii="Aptos" w:hAnsi="Aptos" w:cs="Calibri"/>
                <w:b/>
                <w:bCs/>
              </w:rPr>
              <w:t>pload</w:t>
            </w:r>
            <w:r>
              <w:rPr>
                <w:rFonts w:ascii="Aptos" w:hAnsi="Aptos" w:cs="Calibri"/>
              </w:rPr>
              <w:t xml:space="preserve">” button. Select the </w:t>
            </w:r>
            <w:r w:rsidRPr="00552934">
              <w:rPr>
                <w:rFonts w:ascii="Aptos" w:hAnsi="Aptos" w:cs="Calibri"/>
                <w:b/>
                <w:bCs/>
              </w:rPr>
              <w:t xml:space="preserve">green </w:t>
            </w:r>
            <w:r w:rsidR="00552934" w:rsidRPr="00552934">
              <w:rPr>
                <w:rFonts w:ascii="Aptos" w:hAnsi="Aptos" w:cs="Calibri"/>
                <w:b/>
                <w:bCs/>
              </w:rPr>
              <w:t>C</w:t>
            </w:r>
            <w:r w:rsidRPr="00552934">
              <w:rPr>
                <w:rFonts w:ascii="Aptos" w:hAnsi="Aptos" w:cs="Calibri"/>
                <w:b/>
                <w:bCs/>
              </w:rPr>
              <w:t>ontinue</w:t>
            </w:r>
            <w:r>
              <w:rPr>
                <w:rFonts w:ascii="Aptos" w:hAnsi="Aptos" w:cs="Calibri"/>
              </w:rPr>
              <w:t xml:space="preserve"> icon to </w:t>
            </w:r>
            <w:r w:rsidR="00552934">
              <w:rPr>
                <w:rFonts w:ascii="Aptos" w:hAnsi="Aptos" w:cs="Calibri"/>
              </w:rPr>
              <w:t>continue</w:t>
            </w:r>
            <w:r>
              <w:rPr>
                <w:rFonts w:ascii="Aptos" w:hAnsi="Aptos" w:cs="Calibri"/>
              </w:rPr>
              <w:t>.</w:t>
            </w:r>
          </w:p>
          <w:p w14:paraId="037090A4" w14:textId="77777777" w:rsidR="00812F12" w:rsidRDefault="00812F12" w:rsidP="0055293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20032" behindDoc="0" locked="0" layoutInCell="1" allowOverlap="1" wp14:anchorId="073C7EEF" wp14:editId="4260E0B0">
                      <wp:simplePos x="0" y="0"/>
                      <wp:positionH relativeFrom="column">
                        <wp:posOffset>1798955</wp:posOffset>
                      </wp:positionH>
                      <wp:positionV relativeFrom="paragraph">
                        <wp:posOffset>1159510</wp:posOffset>
                      </wp:positionV>
                      <wp:extent cx="405186" cy="179733"/>
                      <wp:effectExtent l="0" t="76200" r="0" b="106045"/>
                      <wp:wrapNone/>
                      <wp:docPr id="2143871027"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6B91" id="Arrow: Right 9" o:spid="_x0000_s1026" type="#_x0000_t13" style="position:absolute;margin-left:141.65pt;margin-top:91.3pt;width:31.9pt;height:14.15pt;rotation:-2708570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" adj="1680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819008" behindDoc="0" locked="0" layoutInCell="1" allowOverlap="1" wp14:anchorId="091D1A6A" wp14:editId="3C8B1399">
                      <wp:simplePos x="0" y="0"/>
                      <wp:positionH relativeFrom="column">
                        <wp:posOffset>2102789</wp:posOffset>
                      </wp:positionH>
                      <wp:positionV relativeFrom="paragraph">
                        <wp:posOffset>773789</wp:posOffset>
                      </wp:positionV>
                      <wp:extent cx="691763" cy="254442"/>
                      <wp:effectExtent l="0" t="0" r="13335" b="12700"/>
                      <wp:wrapNone/>
                      <wp:docPr id="2002467729" name="Rectangle: Rounded Corners 8"/>
                      <wp:cNvGraphicFramePr/>
                      <a:graphic xmlns:a="http://schemas.openxmlformats.org/drawingml/2006/main">
                        <a:graphicData uri="http://schemas.microsoft.com/office/word/2010/wordprocessingShape">
                          <wps:wsp>
                            <wps:cNvSpPr/>
                            <wps:spPr>
                              <a:xfrm>
                                <a:off x="0" y="0"/>
                                <a:ext cx="691763" cy="25444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80BF8" id="Rectangle: Rounded Corners 8" o:spid="_x0000_s1026" style="position:absolute;margin-left:165.55pt;margin-top:60.95pt;width:54.45pt;height:20.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" filled="f" strokecolor="red" strokeweight="1pt">
                      <v:stroke joinstyle="miter"/>
                    </v:roundrect>
                  </w:pict>
                </mc:Fallback>
              </mc:AlternateContent>
            </w:r>
            <w:r>
              <w:rPr>
                <w:rFonts w:ascii="Aptos" w:hAnsi="Aptos" w:cs="Calibri"/>
                <w:noProof/>
              </w:rPr>
              <w:drawing>
                <wp:inline distT="0" distB="0" distL="0" distR="0" wp14:anchorId="3E7BAC2C" wp14:editId="0E491EA2">
                  <wp:extent cx="3163570" cy="1038225"/>
                  <wp:effectExtent l="171450" t="171450" r="360680" b="390525"/>
                  <wp:docPr id="222999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9297" name="Picture 222999297"/>
                          <pic:cNvPicPr/>
                        </pic:nvPicPr>
                        <pic:blipFill rotWithShape="1">
                          <a:blip r:embed="rId77">
                            <a:extLst>
                              <a:ext uri="{28A0092B-C50C-407E-A947-70E740481C1C}">
                                <a14:useLocalDpi xmlns:a14="http://schemas.microsoft.com/office/drawing/2010/main" val="0"/>
                              </a:ext>
                            </a:extLst>
                          </a:blip>
                          <a:srcRect t="12821" b="17303"/>
                          <a:stretch>
                            <a:fillRect/>
                          </a:stretch>
                        </pic:blipFill>
                        <pic:spPr bwMode="auto">
                          <a:xfrm>
                            <a:off x="0" y="0"/>
                            <a:ext cx="3169721" cy="10402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06992F0" w14:textId="77777777" w:rsidR="00812F12" w:rsidRDefault="00812F12" w:rsidP="00552934">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21056" behindDoc="0" locked="0" layoutInCell="1" allowOverlap="1" wp14:anchorId="0709D2F4" wp14:editId="5BC63F7B">
                      <wp:simplePos x="0" y="0"/>
                      <wp:positionH relativeFrom="column">
                        <wp:posOffset>36195</wp:posOffset>
                      </wp:positionH>
                      <wp:positionV relativeFrom="paragraph">
                        <wp:posOffset>570229</wp:posOffset>
                      </wp:positionV>
                      <wp:extent cx="405186" cy="179733"/>
                      <wp:effectExtent l="0" t="76200" r="0" b="106045"/>
                      <wp:wrapNone/>
                      <wp:docPr id="967983882"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17B4" id="Arrow: Right 9" o:spid="_x0000_s1026" type="#_x0000_t13" style="position:absolute;margin-left:2.85pt;margin-top:44.9pt;width:31.9pt;height:14.15pt;rotation:-2708570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" adj="16809" fillcolor="red" strokecolor="#042433" strokeweight="1pt"/>
                  </w:pict>
                </mc:Fallback>
              </mc:AlternateContent>
            </w:r>
            <w:r>
              <w:rPr>
                <w:rFonts w:ascii="Aptos" w:hAnsi="Aptos" w:cs="Calibri"/>
                <w:noProof/>
              </w:rPr>
              <w:drawing>
                <wp:inline distT="0" distB="0" distL="0" distR="0" wp14:anchorId="4321EBCD" wp14:editId="0916F44D">
                  <wp:extent cx="4637405" cy="1276350"/>
                  <wp:effectExtent l="171450" t="171450" r="372745" b="381000"/>
                  <wp:docPr id="3685364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36421" name="Picture 368536421"/>
                          <pic:cNvPicPr/>
                        </pic:nvPicPr>
                        <pic:blipFill rotWithShape="1">
                          <a:blip r:embed="rId78">
                            <a:extLst>
                              <a:ext uri="{28A0092B-C50C-407E-A947-70E740481C1C}">
                                <a14:useLocalDpi xmlns:a14="http://schemas.microsoft.com/office/drawing/2010/main" val="0"/>
                              </a:ext>
                            </a:extLst>
                          </a:blip>
                          <a:srcRect t="10007" b="22944"/>
                          <a:stretch>
                            <a:fillRect/>
                          </a:stretch>
                        </pic:blipFill>
                        <pic:spPr bwMode="auto">
                          <a:xfrm>
                            <a:off x="0" y="0"/>
                            <a:ext cx="4643728" cy="12780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12F12" w:rsidRPr="00675BBA" w14:paraId="459994FB" w14:textId="77777777" w:rsidTr="00A8619A">
        <w:trPr>
          <w:cantSplit/>
        </w:trPr>
        <w:tc>
          <w:tcPr>
            <w:tcW w:w="720" w:type="dxa"/>
          </w:tcPr>
          <w:p w14:paraId="7592BCE0" w14:textId="77777777" w:rsidR="00812F12" w:rsidRPr="00590B1A" w:rsidRDefault="00812F12" w:rsidP="005A6655">
            <w:pPr>
              <w:pStyle w:val="ListParagraph"/>
              <w:numPr>
                <w:ilvl w:val="0"/>
                <w:numId w:val="32"/>
              </w:numPr>
              <w:rPr>
                <w:rFonts w:ascii="Aptos" w:hAnsi="Aptos" w:cs="Calibri"/>
              </w:rPr>
            </w:pPr>
          </w:p>
        </w:tc>
        <w:tc>
          <w:tcPr>
            <w:tcW w:w="8730" w:type="dxa"/>
          </w:tcPr>
          <w:p w14:paraId="1964E3B9" w14:textId="4BB68ED4" w:rsidR="00812F12" w:rsidRDefault="00552934" w:rsidP="005A6655">
            <w:pPr>
              <w:rPr>
                <w:rFonts w:ascii="Aptos" w:hAnsi="Aptos" w:cs="Calibri"/>
              </w:rPr>
            </w:pPr>
            <w:r>
              <w:rPr>
                <w:rFonts w:ascii="Aptos" w:hAnsi="Aptos" w:cs="Calibri"/>
              </w:rPr>
              <w:t>N</w:t>
            </w:r>
            <w:r w:rsidR="00812F12">
              <w:rPr>
                <w:rFonts w:ascii="Aptos" w:hAnsi="Aptos" w:cs="Calibri"/>
              </w:rPr>
              <w:t>ext</w:t>
            </w:r>
            <w:r>
              <w:rPr>
                <w:rFonts w:ascii="Aptos" w:hAnsi="Aptos" w:cs="Calibri"/>
              </w:rPr>
              <w:t xml:space="preserve">, </w:t>
            </w:r>
            <w:r w:rsidR="00812F12">
              <w:rPr>
                <w:rFonts w:ascii="Aptos" w:hAnsi="Aptos" w:cs="Calibri"/>
              </w:rPr>
              <w:t xml:space="preserve">select the starting/ending cells in the </w:t>
            </w:r>
            <w:r w:rsidR="00E26E42">
              <w:rPr>
                <w:rFonts w:ascii="Aptos" w:hAnsi="Aptos" w:cs="Calibri"/>
              </w:rPr>
              <w:t>E</w:t>
            </w:r>
            <w:r w:rsidR="00812F12">
              <w:rPr>
                <w:rFonts w:ascii="Aptos" w:hAnsi="Aptos" w:cs="Calibri"/>
              </w:rPr>
              <w:t xml:space="preserve">xcel document </w:t>
            </w:r>
            <w:r>
              <w:rPr>
                <w:rFonts w:ascii="Aptos" w:hAnsi="Aptos" w:cs="Calibri"/>
              </w:rPr>
              <w:t xml:space="preserve">to </w:t>
            </w:r>
            <w:r w:rsidR="00812F12">
              <w:rPr>
                <w:rFonts w:ascii="Aptos" w:hAnsi="Aptos" w:cs="Calibri"/>
              </w:rPr>
              <w:t>be import</w:t>
            </w:r>
            <w:r>
              <w:rPr>
                <w:rFonts w:ascii="Aptos" w:hAnsi="Aptos" w:cs="Calibri"/>
              </w:rPr>
              <w:t>ed</w:t>
            </w:r>
            <w:r w:rsidR="00812F12">
              <w:rPr>
                <w:rFonts w:ascii="Aptos" w:hAnsi="Aptos" w:cs="Calibri"/>
              </w:rPr>
              <w:t>. Once the starting/ending cells</w:t>
            </w:r>
            <w:r>
              <w:rPr>
                <w:rFonts w:ascii="Aptos" w:hAnsi="Aptos" w:cs="Calibri"/>
              </w:rPr>
              <w:t xml:space="preserve"> are entered</w:t>
            </w:r>
            <w:r w:rsidR="00812F12">
              <w:rPr>
                <w:rFonts w:ascii="Aptos" w:hAnsi="Aptos" w:cs="Calibri"/>
              </w:rPr>
              <w:t>, click the “</w:t>
            </w:r>
            <w:r w:rsidR="00E26E42" w:rsidRPr="00552934">
              <w:rPr>
                <w:rFonts w:ascii="Aptos" w:hAnsi="Aptos" w:cs="Calibri"/>
                <w:b/>
                <w:bCs/>
              </w:rPr>
              <w:t>A</w:t>
            </w:r>
            <w:r w:rsidR="00812F12" w:rsidRPr="00552934">
              <w:rPr>
                <w:rFonts w:ascii="Aptos" w:hAnsi="Aptos" w:cs="Calibri"/>
                <w:b/>
                <w:bCs/>
              </w:rPr>
              <w:t>pply</w:t>
            </w:r>
            <w:r w:rsidR="00812F12">
              <w:rPr>
                <w:rFonts w:ascii="Aptos" w:hAnsi="Aptos" w:cs="Calibri"/>
              </w:rPr>
              <w:t>” button.</w:t>
            </w:r>
          </w:p>
          <w:p w14:paraId="4E80FDE8" w14:textId="5D15F838" w:rsidR="00812F12" w:rsidRDefault="00552934" w:rsidP="005A6655">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23104" behindDoc="0" locked="0" layoutInCell="1" allowOverlap="1" wp14:anchorId="054C4C2A" wp14:editId="79075D23">
                      <wp:simplePos x="0" y="0"/>
                      <wp:positionH relativeFrom="column">
                        <wp:posOffset>738505</wp:posOffset>
                      </wp:positionH>
                      <wp:positionV relativeFrom="paragraph">
                        <wp:posOffset>3394019</wp:posOffset>
                      </wp:positionV>
                      <wp:extent cx="405186" cy="179733"/>
                      <wp:effectExtent l="0" t="76200" r="0" b="106045"/>
                      <wp:wrapNone/>
                      <wp:docPr id="1165620724"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BF17" id="Arrow: Right 9" o:spid="_x0000_s1026" type="#_x0000_t13" style="position:absolute;margin-left:58.15pt;margin-top:267.25pt;width:31.9pt;height:14.15pt;rotation:-2708570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" adj="1680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822080" behindDoc="0" locked="0" layoutInCell="1" allowOverlap="1" wp14:anchorId="71A7A869" wp14:editId="4DA7AA84">
                      <wp:simplePos x="0" y="0"/>
                      <wp:positionH relativeFrom="column">
                        <wp:posOffset>994079</wp:posOffset>
                      </wp:positionH>
                      <wp:positionV relativeFrom="paragraph">
                        <wp:posOffset>2138348</wp:posOffset>
                      </wp:positionV>
                      <wp:extent cx="1484986" cy="519379"/>
                      <wp:effectExtent l="0" t="0" r="20320" b="14605"/>
                      <wp:wrapNone/>
                      <wp:docPr id="854332416" name="Rectangle: Rounded Corners 8"/>
                      <wp:cNvGraphicFramePr/>
                      <a:graphic xmlns:a="http://schemas.openxmlformats.org/drawingml/2006/main">
                        <a:graphicData uri="http://schemas.microsoft.com/office/word/2010/wordprocessingShape">
                          <wps:wsp>
                            <wps:cNvSpPr/>
                            <wps:spPr>
                              <a:xfrm>
                                <a:off x="0" y="0"/>
                                <a:ext cx="1484986" cy="519379"/>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F10C0" id="Rectangle: Rounded Corners 8" o:spid="_x0000_s1026" style="position:absolute;margin-left:78.25pt;margin-top:168.35pt;width:116.95pt;height:40.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" filled="f" strokecolor="red" strokeweight="1pt">
                      <v:stroke joinstyle="miter"/>
                    </v:roundrect>
                  </w:pict>
                </mc:Fallback>
              </mc:AlternateContent>
            </w:r>
            <w:r w:rsidR="00812F12">
              <w:rPr>
                <w:rFonts w:ascii="Aptos" w:hAnsi="Aptos" w:cs="Calibri"/>
                <w:noProof/>
              </w:rPr>
              <w:drawing>
                <wp:inline distT="0" distB="0" distL="0" distR="0" wp14:anchorId="1009EAF4" wp14:editId="69166354">
                  <wp:extent cx="3170555" cy="3286629"/>
                  <wp:effectExtent l="171450" t="171450" r="372745" b="390525"/>
                  <wp:docPr id="11959836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83683" name="Picture 1195983683"/>
                          <pic:cNvPicPr/>
                        </pic:nvPicPr>
                        <pic:blipFill rotWithShape="1">
                          <a:blip r:embed="rId79">
                            <a:extLst>
                              <a:ext uri="{28A0092B-C50C-407E-A947-70E740481C1C}">
                                <a14:useLocalDpi xmlns:a14="http://schemas.microsoft.com/office/drawing/2010/main" val="0"/>
                              </a:ext>
                            </a:extLst>
                          </a:blip>
                          <a:srcRect t="4432"/>
                          <a:stretch>
                            <a:fillRect/>
                          </a:stretch>
                        </pic:blipFill>
                        <pic:spPr bwMode="auto">
                          <a:xfrm>
                            <a:off x="0" y="0"/>
                            <a:ext cx="3171931" cy="32880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12F12" w:rsidRPr="00675BBA" w14:paraId="13B40A45" w14:textId="77777777" w:rsidTr="00A8619A">
        <w:trPr>
          <w:cantSplit/>
        </w:trPr>
        <w:tc>
          <w:tcPr>
            <w:tcW w:w="720" w:type="dxa"/>
          </w:tcPr>
          <w:p w14:paraId="2FF54A02" w14:textId="77777777" w:rsidR="00812F12" w:rsidRPr="00590B1A" w:rsidRDefault="00812F12" w:rsidP="005A6655">
            <w:pPr>
              <w:pStyle w:val="ListParagraph"/>
              <w:numPr>
                <w:ilvl w:val="0"/>
                <w:numId w:val="32"/>
              </w:numPr>
              <w:rPr>
                <w:rFonts w:ascii="Aptos" w:hAnsi="Aptos" w:cs="Calibri"/>
              </w:rPr>
            </w:pPr>
          </w:p>
        </w:tc>
        <w:tc>
          <w:tcPr>
            <w:tcW w:w="8730" w:type="dxa"/>
          </w:tcPr>
          <w:p w14:paraId="70250CFC" w14:textId="03B9FA88" w:rsidR="00E26E42" w:rsidRDefault="00812F12" w:rsidP="005A6655">
            <w:pPr>
              <w:rPr>
                <w:rFonts w:ascii="Aptos" w:hAnsi="Aptos" w:cs="Calibri"/>
                <w:noProof/>
              </w:rPr>
            </w:pPr>
            <w:r>
              <w:rPr>
                <w:rFonts w:ascii="Aptos" w:hAnsi="Aptos" w:cs="Calibri"/>
                <w:noProof/>
              </w:rPr>
              <w:t xml:space="preserve">Check that the data pulled from the Excel sheet is correct, and click the </w:t>
            </w:r>
            <w:r w:rsidR="005A6655" w:rsidRPr="005A6655">
              <w:rPr>
                <w:rFonts w:ascii="Aptos" w:hAnsi="Aptos" w:cs="Calibri"/>
                <w:b/>
                <w:bCs/>
                <w:noProof/>
              </w:rPr>
              <w:t>green C</w:t>
            </w:r>
            <w:r w:rsidRPr="005A6655">
              <w:rPr>
                <w:rFonts w:ascii="Aptos" w:hAnsi="Aptos" w:cs="Calibri"/>
                <w:b/>
                <w:bCs/>
                <w:noProof/>
              </w:rPr>
              <w:t>ontinue</w:t>
            </w:r>
            <w:r>
              <w:rPr>
                <w:rFonts w:ascii="Aptos" w:hAnsi="Aptos" w:cs="Calibri"/>
                <w:noProof/>
              </w:rPr>
              <w:t xml:space="preserve"> icon. </w:t>
            </w:r>
          </w:p>
          <w:p w14:paraId="58700CB7" w14:textId="1EB1C190" w:rsidR="00812F12" w:rsidRDefault="00812F12" w:rsidP="005A6655">
            <w:pPr>
              <w:rPr>
                <w:rFonts w:ascii="Aptos" w:hAnsi="Aptos" w:cs="Calibri"/>
                <w:noProof/>
              </w:rPr>
            </w:pPr>
            <w:r w:rsidRPr="00816E8A">
              <w:rPr>
                <w:rFonts w:ascii="Aptos" w:hAnsi="Aptos" w:cs="Calibri"/>
                <w:b/>
                <w:bCs/>
                <w:noProof/>
              </w:rPr>
              <w:t>N</w:t>
            </w:r>
            <w:r w:rsidR="00E26E42" w:rsidRPr="00816E8A">
              <w:rPr>
                <w:rFonts w:ascii="Aptos" w:hAnsi="Aptos" w:cs="Calibri"/>
                <w:b/>
                <w:bCs/>
                <w:noProof/>
              </w:rPr>
              <w:t>OTE</w:t>
            </w:r>
            <w:r w:rsidRPr="00816E8A">
              <w:rPr>
                <w:rFonts w:ascii="Aptos" w:hAnsi="Aptos" w:cs="Calibri"/>
                <w:b/>
                <w:bCs/>
                <w:noProof/>
              </w:rPr>
              <w:t>:</w:t>
            </w:r>
            <w:r>
              <w:rPr>
                <w:rFonts w:ascii="Aptos" w:hAnsi="Aptos" w:cs="Calibri"/>
                <w:noProof/>
              </w:rPr>
              <w:t xml:space="preserve"> If the cell range</w:t>
            </w:r>
            <w:r w:rsidR="005A6655">
              <w:rPr>
                <w:rFonts w:ascii="Aptos" w:hAnsi="Aptos" w:cs="Calibri"/>
                <w:noProof/>
              </w:rPr>
              <w:t xml:space="preserve"> needs adjusting</w:t>
            </w:r>
            <w:r>
              <w:rPr>
                <w:rFonts w:ascii="Aptos" w:hAnsi="Aptos" w:cs="Calibri"/>
                <w:noProof/>
              </w:rPr>
              <w:t xml:space="preserve">, make the changes and click </w:t>
            </w:r>
            <w:r w:rsidR="005A6655">
              <w:rPr>
                <w:rFonts w:ascii="Aptos" w:hAnsi="Aptos" w:cs="Calibri"/>
                <w:noProof/>
              </w:rPr>
              <w:t>“</w:t>
            </w:r>
            <w:r w:rsidR="005A6655" w:rsidRPr="005A6655">
              <w:rPr>
                <w:rFonts w:ascii="Aptos" w:hAnsi="Aptos" w:cs="Calibri"/>
                <w:b/>
                <w:bCs/>
                <w:noProof/>
              </w:rPr>
              <w:t>A</w:t>
            </w:r>
            <w:r w:rsidRPr="005A6655">
              <w:rPr>
                <w:rFonts w:ascii="Aptos" w:hAnsi="Aptos" w:cs="Calibri"/>
                <w:b/>
                <w:bCs/>
                <w:noProof/>
              </w:rPr>
              <w:t>pply</w:t>
            </w:r>
            <w:r w:rsidR="005A6655">
              <w:rPr>
                <w:rFonts w:ascii="Aptos" w:hAnsi="Aptos" w:cs="Calibri"/>
                <w:noProof/>
              </w:rPr>
              <w:t>”</w:t>
            </w:r>
            <w:r>
              <w:rPr>
                <w:rFonts w:ascii="Aptos" w:hAnsi="Aptos" w:cs="Calibri"/>
                <w:noProof/>
              </w:rPr>
              <w:t xml:space="preserve"> to have E1 re-import </w:t>
            </w:r>
            <w:r w:rsidR="005A6655">
              <w:rPr>
                <w:rFonts w:ascii="Aptos" w:hAnsi="Aptos" w:cs="Calibri"/>
                <w:noProof/>
              </w:rPr>
              <w:t>the</w:t>
            </w:r>
            <w:r>
              <w:rPr>
                <w:rFonts w:ascii="Aptos" w:hAnsi="Aptos" w:cs="Calibri"/>
                <w:noProof/>
              </w:rPr>
              <w:t xml:space="preserve"> selections.</w:t>
            </w:r>
          </w:p>
          <w:p w14:paraId="5DA4BB58" w14:textId="3132DFDB" w:rsidR="00812F12" w:rsidRDefault="005A6655" w:rsidP="005A6655">
            <w:pPr>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1824128" behindDoc="0" locked="0" layoutInCell="1" allowOverlap="1" wp14:anchorId="1FA4385D" wp14:editId="4548A592">
                      <wp:simplePos x="0" y="0"/>
                      <wp:positionH relativeFrom="column">
                        <wp:posOffset>898994</wp:posOffset>
                      </wp:positionH>
                      <wp:positionV relativeFrom="paragraph">
                        <wp:posOffset>2563743</wp:posOffset>
                      </wp:positionV>
                      <wp:extent cx="3307743" cy="1248134"/>
                      <wp:effectExtent l="0" t="0" r="26035" b="28575"/>
                      <wp:wrapNone/>
                      <wp:docPr id="632281174" name="Rectangle: Rounded Corners 8"/>
                      <wp:cNvGraphicFramePr/>
                      <a:graphic xmlns:a="http://schemas.openxmlformats.org/drawingml/2006/main">
                        <a:graphicData uri="http://schemas.microsoft.com/office/word/2010/wordprocessingShape">
                          <wps:wsp>
                            <wps:cNvSpPr/>
                            <wps:spPr>
                              <a:xfrm>
                                <a:off x="0" y="0"/>
                                <a:ext cx="3307743" cy="1248134"/>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E9F2B" id="Rectangle: Rounded Corners 8" o:spid="_x0000_s1026" style="position:absolute;margin-left:70.8pt;margin-top:201.85pt;width:260.45pt;height:98.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" filled="f" strokecolor="red" strokeweight="1pt">
                      <v:stroke joinstyle="miter"/>
                    </v:roundrect>
                  </w:pict>
                </mc:Fallback>
              </mc:AlternateContent>
            </w:r>
            <w:r w:rsidR="00812F12" w:rsidRPr="00675BBA">
              <w:rPr>
                <w:rFonts w:ascii="Aptos" w:hAnsi="Aptos" w:cs="Calibri"/>
                <w:noProof/>
              </w:rPr>
              <mc:AlternateContent>
                <mc:Choice Requires="wps">
                  <w:drawing>
                    <wp:anchor distT="0" distB="0" distL="114300" distR="114300" simplePos="0" relativeHeight="251825152" behindDoc="0" locked="0" layoutInCell="1" allowOverlap="1" wp14:anchorId="4B7FDFBC" wp14:editId="6123D90A">
                      <wp:simplePos x="0" y="0"/>
                      <wp:positionH relativeFrom="column">
                        <wp:posOffset>555627</wp:posOffset>
                      </wp:positionH>
                      <wp:positionV relativeFrom="paragraph">
                        <wp:posOffset>405131</wp:posOffset>
                      </wp:positionV>
                      <wp:extent cx="405186" cy="179733"/>
                      <wp:effectExtent l="0" t="76200" r="0" b="106045"/>
                      <wp:wrapNone/>
                      <wp:docPr id="361818280"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B066" id="Arrow: Right 9" o:spid="_x0000_s1026" type="#_x0000_t13" style="position:absolute;margin-left:43.75pt;margin-top:31.9pt;width:31.9pt;height:14.15pt;rotation:-2708570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" adj="16809" fillcolor="red" strokecolor="#042433" strokeweight="1pt"/>
                  </w:pict>
                </mc:Fallback>
              </mc:AlternateContent>
            </w:r>
            <w:r w:rsidR="00812F12">
              <w:rPr>
                <w:rFonts w:ascii="Aptos" w:hAnsi="Aptos" w:cs="Calibri"/>
                <w:noProof/>
              </w:rPr>
              <w:drawing>
                <wp:inline distT="0" distB="0" distL="0" distR="0" wp14:anchorId="47E18C9F" wp14:editId="484B7E2E">
                  <wp:extent cx="3450590" cy="3629940"/>
                  <wp:effectExtent l="171450" t="171450" r="378460" b="389890"/>
                  <wp:docPr id="12367842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4254" name="Picture 1236784254"/>
                          <pic:cNvPicPr/>
                        </pic:nvPicPr>
                        <pic:blipFill rotWithShape="1">
                          <a:blip r:embed="rId80">
                            <a:extLst>
                              <a:ext uri="{28A0092B-C50C-407E-A947-70E740481C1C}">
                                <a14:useLocalDpi xmlns:a14="http://schemas.microsoft.com/office/drawing/2010/main" val="0"/>
                              </a:ext>
                            </a:extLst>
                          </a:blip>
                          <a:srcRect t="3380"/>
                          <a:stretch>
                            <a:fillRect/>
                          </a:stretch>
                        </pic:blipFill>
                        <pic:spPr bwMode="auto">
                          <a:xfrm>
                            <a:off x="0" y="0"/>
                            <a:ext cx="3459281" cy="36390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12F12" w:rsidRPr="00675BBA" w14:paraId="11277D6A" w14:textId="77777777" w:rsidTr="00A8619A">
        <w:trPr>
          <w:cantSplit/>
        </w:trPr>
        <w:tc>
          <w:tcPr>
            <w:tcW w:w="720" w:type="dxa"/>
          </w:tcPr>
          <w:p w14:paraId="7CFAB0BC" w14:textId="77777777" w:rsidR="00812F12" w:rsidRPr="00590B1A" w:rsidRDefault="00812F12" w:rsidP="005A6655">
            <w:pPr>
              <w:pStyle w:val="ListParagraph"/>
              <w:numPr>
                <w:ilvl w:val="0"/>
                <w:numId w:val="32"/>
              </w:numPr>
              <w:rPr>
                <w:rFonts w:ascii="Aptos" w:hAnsi="Aptos" w:cs="Calibri"/>
              </w:rPr>
            </w:pPr>
          </w:p>
        </w:tc>
        <w:tc>
          <w:tcPr>
            <w:tcW w:w="8730" w:type="dxa"/>
          </w:tcPr>
          <w:p w14:paraId="385B1AED" w14:textId="3A20C9F8" w:rsidR="00812F12" w:rsidRDefault="0006480A" w:rsidP="005A6655">
            <w:pPr>
              <w:rPr>
                <w:rFonts w:ascii="Aptos" w:hAnsi="Aptos" w:cs="Calibri"/>
                <w:noProof/>
              </w:rPr>
            </w:pPr>
            <w:r>
              <w:rPr>
                <w:rFonts w:ascii="Aptos" w:hAnsi="Aptos" w:cs="Calibri"/>
                <w:noProof/>
              </w:rPr>
              <w:t xml:space="preserve">The </w:t>
            </w:r>
            <w:r w:rsidR="00812F12">
              <w:rPr>
                <w:rFonts w:ascii="Aptos" w:hAnsi="Aptos" w:cs="Calibri"/>
                <w:noProof/>
              </w:rPr>
              <w:t xml:space="preserve">newly imported lines will be populated </w:t>
            </w:r>
            <w:r w:rsidR="002C72DD">
              <w:rPr>
                <w:rFonts w:ascii="Aptos" w:hAnsi="Aptos" w:cs="Calibri"/>
                <w:noProof/>
              </w:rPr>
              <w:t>in</w:t>
            </w:r>
            <w:r w:rsidR="00812F12">
              <w:rPr>
                <w:rFonts w:ascii="Aptos" w:hAnsi="Aptos" w:cs="Calibri"/>
                <w:noProof/>
              </w:rPr>
              <w:t xml:space="preserve"> </w:t>
            </w:r>
            <w:r>
              <w:rPr>
                <w:rFonts w:ascii="Aptos" w:hAnsi="Aptos" w:cs="Calibri"/>
                <w:noProof/>
              </w:rPr>
              <w:t xml:space="preserve">the </w:t>
            </w:r>
            <w:r w:rsidR="00812F12">
              <w:rPr>
                <w:rFonts w:ascii="Aptos" w:hAnsi="Aptos" w:cs="Calibri"/>
                <w:noProof/>
              </w:rPr>
              <w:t xml:space="preserve">purchase order. Click the </w:t>
            </w:r>
            <w:r w:rsidR="00812F12" w:rsidRPr="000F6669">
              <w:rPr>
                <w:rFonts w:ascii="Aptos" w:hAnsi="Aptos" w:cs="Calibri"/>
                <w:b/>
                <w:bCs/>
                <w:noProof/>
              </w:rPr>
              <w:t>green check</w:t>
            </w:r>
            <w:r w:rsidR="00192CDE" w:rsidRPr="000F6669">
              <w:rPr>
                <w:rFonts w:ascii="Aptos" w:hAnsi="Aptos" w:cs="Calibri"/>
                <w:b/>
                <w:bCs/>
                <w:noProof/>
              </w:rPr>
              <w:t>mark</w:t>
            </w:r>
            <w:r w:rsidR="00812F12">
              <w:rPr>
                <w:rFonts w:ascii="Aptos" w:hAnsi="Aptos" w:cs="Calibri"/>
                <w:noProof/>
              </w:rPr>
              <w:t xml:space="preserve"> at the top of the screen to </w:t>
            </w:r>
            <w:r w:rsidR="00607057">
              <w:rPr>
                <w:rFonts w:ascii="Aptos" w:hAnsi="Aptos" w:cs="Calibri"/>
                <w:noProof/>
              </w:rPr>
              <w:t>continue</w:t>
            </w:r>
            <w:r w:rsidR="00812F12">
              <w:rPr>
                <w:rFonts w:ascii="Aptos" w:hAnsi="Aptos" w:cs="Calibri"/>
                <w:noProof/>
              </w:rPr>
              <w:t>.</w:t>
            </w:r>
          </w:p>
          <w:p w14:paraId="1A24CF0A" w14:textId="77777777" w:rsidR="00812F12" w:rsidRDefault="00DC1329" w:rsidP="005A6655">
            <w:pPr>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2082176" behindDoc="0" locked="0" layoutInCell="1" allowOverlap="1" wp14:anchorId="1FAC2D94" wp14:editId="42C86F1C">
                      <wp:simplePos x="0" y="0"/>
                      <wp:positionH relativeFrom="column">
                        <wp:posOffset>738048</wp:posOffset>
                      </wp:positionH>
                      <wp:positionV relativeFrom="paragraph">
                        <wp:posOffset>2175256</wp:posOffset>
                      </wp:positionV>
                      <wp:extent cx="405186" cy="179733"/>
                      <wp:effectExtent l="0" t="76200" r="0" b="106045"/>
                      <wp:wrapNone/>
                      <wp:docPr id="1729683181"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F71C" id="Arrow: Right 9" o:spid="_x0000_s1026" type="#_x0000_t13" style="position:absolute;margin-left:58.1pt;margin-top:171.3pt;width:31.9pt;height:14.15pt;rotation:-2708570fd;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" adj="16809" fillcolor="red" strokecolor="#042433" strokeweight="1pt"/>
                  </w:pict>
                </mc:Fallback>
              </mc:AlternateContent>
            </w:r>
            <w:r w:rsidR="0006480A" w:rsidRPr="00415891">
              <w:rPr>
                <w:rFonts w:ascii="Aptos" w:hAnsi="Aptos" w:cs="Calibri"/>
                <w:noProof/>
              </w:rPr>
              <mc:AlternateContent>
                <mc:Choice Requires="wps">
                  <w:drawing>
                    <wp:anchor distT="45720" distB="45720" distL="114300" distR="114300" simplePos="0" relativeHeight="251829248" behindDoc="0" locked="0" layoutInCell="1" allowOverlap="1" wp14:anchorId="5021FB6E" wp14:editId="720C0FF5">
                      <wp:simplePos x="0" y="0"/>
                      <wp:positionH relativeFrom="column">
                        <wp:posOffset>3016250</wp:posOffset>
                      </wp:positionH>
                      <wp:positionV relativeFrom="paragraph">
                        <wp:posOffset>1418590</wp:posOffset>
                      </wp:positionV>
                      <wp:extent cx="1850746" cy="299923"/>
                      <wp:effectExtent l="0" t="0" r="0" b="5080"/>
                      <wp:wrapNone/>
                      <wp:docPr id="2136376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746" cy="299923"/>
                              </a:xfrm>
                              <a:prstGeom prst="rect">
                                <a:avLst/>
                              </a:prstGeom>
                              <a:noFill/>
                              <a:ln w="9525">
                                <a:noFill/>
                                <a:miter lim="800000"/>
                                <a:headEnd/>
                                <a:tailEnd/>
                              </a:ln>
                            </wps:spPr>
                            <wps:txbx>
                              <w:txbxContent>
                                <w:p w14:paraId="7FFFE83B" w14:textId="77777777" w:rsidR="00812F12" w:rsidRPr="009E117C" w:rsidRDefault="00812F12" w:rsidP="00117C0F">
                                  <w:pPr>
                                    <w:jc w:val="center"/>
                                    <w:rPr>
                                      <w:rFonts w:ascii="Aptos" w:hAnsi="Aptos"/>
                                      <w:b/>
                                      <w:bCs/>
                                    </w:rPr>
                                  </w:pPr>
                                  <w:r w:rsidRPr="009E117C">
                                    <w:rPr>
                                      <w:rFonts w:ascii="Aptos" w:hAnsi="Aptos"/>
                                      <w:b/>
                                      <w:bCs/>
                                    </w:rPr>
                                    <w:t>Ending line amount: 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1FB6E" id="_x0000_s1054" type="#_x0000_t202" style="position:absolute;left:0;text-align:left;margin-left:237.5pt;margin-top:111.7pt;width:145.75pt;height:2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xQ/QEAANUDAAAOAAAAZHJzL2Uyb0RvYy54bWysU9uO2yAQfa/Uf0C8N3bcZDe2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" filled="f" stroked="f">
                      <v:textbox>
                        <w:txbxContent>
                          <w:p w14:paraId="7FFFE83B" w14:textId="77777777" w:rsidR="00812F12" w:rsidRPr="009E117C" w:rsidRDefault="00812F12" w:rsidP="00117C0F">
                            <w:pPr>
                              <w:jc w:val="center"/>
                              <w:rPr>
                                <w:rFonts w:ascii="Aptos" w:hAnsi="Aptos"/>
                                <w:b/>
                                <w:bCs/>
                              </w:rPr>
                            </w:pPr>
                            <w:r w:rsidRPr="009E117C">
                              <w:rPr>
                                <w:rFonts w:ascii="Aptos" w:hAnsi="Aptos"/>
                                <w:b/>
                                <w:bCs/>
                              </w:rPr>
                              <w:t>Ending line amount: 41</w:t>
                            </w:r>
                          </w:p>
                        </w:txbxContent>
                      </v:textbox>
                    </v:shape>
                  </w:pict>
                </mc:Fallback>
              </mc:AlternateContent>
            </w:r>
            <w:r w:rsidR="0006480A" w:rsidRPr="00415891">
              <w:rPr>
                <w:rFonts w:ascii="Aptos" w:hAnsi="Aptos" w:cs="Calibri"/>
                <w:noProof/>
              </w:rPr>
              <mc:AlternateContent>
                <mc:Choice Requires="wps">
                  <w:drawing>
                    <wp:anchor distT="45720" distB="45720" distL="114300" distR="114300" simplePos="0" relativeHeight="251828224" behindDoc="0" locked="0" layoutInCell="1" allowOverlap="1" wp14:anchorId="15298140" wp14:editId="3988EACF">
                      <wp:simplePos x="0" y="0"/>
                      <wp:positionH relativeFrom="column">
                        <wp:posOffset>408305</wp:posOffset>
                      </wp:positionH>
                      <wp:positionV relativeFrom="paragraph">
                        <wp:posOffset>1444625</wp:posOffset>
                      </wp:positionV>
                      <wp:extent cx="1850746" cy="299923"/>
                      <wp:effectExtent l="0" t="0" r="0" b="5080"/>
                      <wp:wrapNone/>
                      <wp:docPr id="940628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746" cy="299923"/>
                              </a:xfrm>
                              <a:prstGeom prst="rect">
                                <a:avLst/>
                              </a:prstGeom>
                              <a:noFill/>
                              <a:ln w="9525">
                                <a:noFill/>
                                <a:miter lim="800000"/>
                                <a:headEnd/>
                                <a:tailEnd/>
                              </a:ln>
                            </wps:spPr>
                            <wps:txbx>
                              <w:txbxContent>
                                <w:p w14:paraId="34AF7359" w14:textId="77777777" w:rsidR="00812F12" w:rsidRPr="009E117C" w:rsidRDefault="00812F12" w:rsidP="00117C0F">
                                  <w:pPr>
                                    <w:jc w:val="center"/>
                                    <w:rPr>
                                      <w:rFonts w:ascii="Aptos" w:hAnsi="Aptos"/>
                                      <w:b/>
                                      <w:bCs/>
                                    </w:rPr>
                                  </w:pPr>
                                  <w:r w:rsidRPr="009E117C">
                                    <w:rPr>
                                      <w:rFonts w:ascii="Aptos" w:hAnsi="Aptos"/>
                                      <w:b/>
                                      <w:bCs/>
                                    </w:rPr>
                                    <w:t>Starting line amount: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98140" id="_x0000_s1055" type="#_x0000_t202" style="position:absolute;left:0;text-align:left;margin-left:32.15pt;margin-top:113.75pt;width:145.75pt;height:23.6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Km/AEAANUDAAAOAAAAZHJzL2Uyb0RvYy54bWysU9uO2yAQfa/Uf0C8N3bcZDe2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" filled="f" stroked="f">
                      <v:textbox>
                        <w:txbxContent>
                          <w:p w14:paraId="34AF7359" w14:textId="77777777" w:rsidR="00812F12" w:rsidRPr="009E117C" w:rsidRDefault="00812F12" w:rsidP="00117C0F">
                            <w:pPr>
                              <w:jc w:val="center"/>
                              <w:rPr>
                                <w:rFonts w:ascii="Aptos" w:hAnsi="Aptos"/>
                                <w:b/>
                                <w:bCs/>
                              </w:rPr>
                            </w:pPr>
                            <w:r w:rsidRPr="009E117C">
                              <w:rPr>
                                <w:rFonts w:ascii="Aptos" w:hAnsi="Aptos"/>
                                <w:b/>
                                <w:bCs/>
                              </w:rPr>
                              <w:t>Starting line amount: 21</w:t>
                            </w:r>
                          </w:p>
                        </w:txbxContent>
                      </v:textbox>
                    </v:shape>
                  </w:pict>
                </mc:Fallback>
              </mc:AlternateContent>
            </w:r>
            <w:r w:rsidR="00812F12" w:rsidRPr="00675BBA">
              <w:rPr>
                <w:rFonts w:ascii="Aptos" w:hAnsi="Aptos" w:cs="Calibri"/>
                <w:noProof/>
              </w:rPr>
              <mc:AlternateContent>
                <mc:Choice Requires="wps">
                  <w:drawing>
                    <wp:anchor distT="0" distB="0" distL="114300" distR="114300" simplePos="0" relativeHeight="251827200" behindDoc="0" locked="0" layoutInCell="1" allowOverlap="1" wp14:anchorId="455276BD" wp14:editId="07A20435">
                      <wp:simplePos x="0" y="0"/>
                      <wp:positionH relativeFrom="column">
                        <wp:posOffset>2816149</wp:posOffset>
                      </wp:positionH>
                      <wp:positionV relativeFrom="paragraph">
                        <wp:posOffset>132867</wp:posOffset>
                      </wp:positionV>
                      <wp:extent cx="519202" cy="190068"/>
                      <wp:effectExtent l="0" t="0" r="14605" b="19685"/>
                      <wp:wrapNone/>
                      <wp:docPr id="1393762902" name="Rectangle: Rounded Corners 8"/>
                      <wp:cNvGraphicFramePr/>
                      <a:graphic xmlns:a="http://schemas.openxmlformats.org/drawingml/2006/main">
                        <a:graphicData uri="http://schemas.microsoft.com/office/word/2010/wordprocessingShape">
                          <wps:wsp>
                            <wps:cNvSpPr/>
                            <wps:spPr>
                              <a:xfrm>
                                <a:off x="0" y="0"/>
                                <a:ext cx="519202" cy="19006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D0EA0" id="Rectangle: Rounded Corners 8" o:spid="_x0000_s1026" style="position:absolute;margin-left:221.75pt;margin-top:10.45pt;width:40.9pt;height:14.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" filled="f" strokecolor="red" strokeweight="1pt">
                      <v:stroke joinstyle="miter"/>
                    </v:roundrect>
                  </w:pict>
                </mc:Fallback>
              </mc:AlternateContent>
            </w:r>
            <w:r w:rsidR="00812F12" w:rsidRPr="00675BBA">
              <w:rPr>
                <w:rFonts w:ascii="Aptos" w:hAnsi="Aptos" w:cs="Calibri"/>
                <w:noProof/>
              </w:rPr>
              <mc:AlternateContent>
                <mc:Choice Requires="wps">
                  <w:drawing>
                    <wp:anchor distT="0" distB="0" distL="114300" distR="114300" simplePos="0" relativeHeight="251826176" behindDoc="0" locked="0" layoutInCell="1" allowOverlap="1" wp14:anchorId="6D882D08" wp14:editId="65F503B6">
                      <wp:simplePos x="0" y="0"/>
                      <wp:positionH relativeFrom="column">
                        <wp:posOffset>146507</wp:posOffset>
                      </wp:positionH>
                      <wp:positionV relativeFrom="paragraph">
                        <wp:posOffset>197968</wp:posOffset>
                      </wp:positionV>
                      <wp:extent cx="519202" cy="190068"/>
                      <wp:effectExtent l="0" t="0" r="14605" b="19685"/>
                      <wp:wrapNone/>
                      <wp:docPr id="471002647" name="Rectangle: Rounded Corners 8"/>
                      <wp:cNvGraphicFramePr/>
                      <a:graphic xmlns:a="http://schemas.openxmlformats.org/drawingml/2006/main">
                        <a:graphicData uri="http://schemas.microsoft.com/office/word/2010/wordprocessingShape">
                          <wps:wsp>
                            <wps:cNvSpPr/>
                            <wps:spPr>
                              <a:xfrm>
                                <a:off x="0" y="0"/>
                                <a:ext cx="519202" cy="19006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5E668" id="Rectangle: Rounded Corners 8" o:spid="_x0000_s1026" style="position:absolute;margin-left:11.55pt;margin-top:15.6pt;width:40.9pt;height:14.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" filled="f" strokecolor="red" strokeweight="1pt">
                      <v:stroke joinstyle="miter"/>
                    </v:roundrect>
                  </w:pict>
                </mc:Fallback>
              </mc:AlternateContent>
            </w:r>
            <w:r w:rsidR="00812F12">
              <w:rPr>
                <w:rFonts w:ascii="Aptos" w:hAnsi="Aptos" w:cs="Calibri"/>
                <w:noProof/>
              </w:rPr>
              <w:drawing>
                <wp:inline distT="0" distB="0" distL="0" distR="0" wp14:anchorId="27011F25" wp14:editId="4AEF6D43">
                  <wp:extent cx="2253595" cy="1228725"/>
                  <wp:effectExtent l="171450" t="171450" r="375920" b="371475"/>
                  <wp:docPr id="9195493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01624" name="Picture 955401624"/>
                          <pic:cNvPicPr/>
                        </pic:nvPicPr>
                        <pic:blipFill rotWithShape="1">
                          <a:blip r:embed="rId81">
                            <a:extLst>
                              <a:ext uri="{28A0092B-C50C-407E-A947-70E740481C1C}">
                                <a14:useLocalDpi xmlns:a14="http://schemas.microsoft.com/office/drawing/2010/main" val="0"/>
                              </a:ext>
                            </a:extLst>
                          </a:blip>
                          <a:srcRect b="13847"/>
                          <a:stretch>
                            <a:fillRect/>
                          </a:stretch>
                        </pic:blipFill>
                        <pic:spPr bwMode="auto">
                          <a:xfrm>
                            <a:off x="0" y="0"/>
                            <a:ext cx="2320148" cy="12650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812F12">
              <w:rPr>
                <w:rFonts w:ascii="Aptos" w:hAnsi="Aptos" w:cs="Calibri"/>
                <w:noProof/>
              </w:rPr>
              <w:drawing>
                <wp:inline distT="0" distB="0" distL="0" distR="0" wp14:anchorId="3DCE2341" wp14:editId="4837A4B2">
                  <wp:extent cx="1996440" cy="1219200"/>
                  <wp:effectExtent l="171450" t="171450" r="384810" b="381000"/>
                  <wp:docPr id="11311278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27843" name="Picture 1131127843"/>
                          <pic:cNvPicPr/>
                        </pic:nvPicPr>
                        <pic:blipFill rotWithShape="1">
                          <a:blip r:embed="rId82" cstate="print">
                            <a:extLst>
                              <a:ext uri="{28A0092B-C50C-407E-A947-70E740481C1C}">
                                <a14:useLocalDpi xmlns:a14="http://schemas.microsoft.com/office/drawing/2010/main" val="0"/>
                              </a:ext>
                            </a:extLst>
                          </a:blip>
                          <a:srcRect b="17303"/>
                          <a:stretch>
                            <a:fillRect/>
                          </a:stretch>
                        </pic:blipFill>
                        <pic:spPr bwMode="auto">
                          <a:xfrm>
                            <a:off x="0" y="0"/>
                            <a:ext cx="2033654" cy="12419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812F12">
              <w:rPr>
                <w:rFonts w:ascii="Aptos" w:hAnsi="Aptos" w:cs="Calibri"/>
                <w:noProof/>
              </w:rPr>
              <w:drawing>
                <wp:inline distT="0" distB="0" distL="0" distR="0" wp14:anchorId="13E5CEEA" wp14:editId="51B2F577">
                  <wp:extent cx="3052620" cy="583924"/>
                  <wp:effectExtent l="171450" t="171450" r="376555" b="387985"/>
                  <wp:docPr id="1144979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79123" name="Picture 1144979123"/>
                          <pic:cNvPicPr/>
                        </pic:nvPicPr>
                        <pic:blipFill rotWithShape="1">
                          <a:blip r:embed="rId83"/>
                          <a:srcRect b="69554"/>
                          <a:stretch>
                            <a:fillRect/>
                          </a:stretch>
                        </pic:blipFill>
                        <pic:spPr bwMode="auto">
                          <a:xfrm>
                            <a:off x="0" y="0"/>
                            <a:ext cx="3062900" cy="5858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12F12" w:rsidRPr="00675BBA" w14:paraId="3E69F0D5" w14:textId="77777777" w:rsidTr="00A8619A">
        <w:trPr>
          <w:cantSplit/>
        </w:trPr>
        <w:tc>
          <w:tcPr>
            <w:tcW w:w="720" w:type="dxa"/>
          </w:tcPr>
          <w:p w14:paraId="330309A0" w14:textId="77777777" w:rsidR="00812F12" w:rsidRPr="00590B1A" w:rsidRDefault="00812F12" w:rsidP="00590B1A">
            <w:pPr>
              <w:pStyle w:val="ListParagraph"/>
              <w:numPr>
                <w:ilvl w:val="0"/>
                <w:numId w:val="32"/>
              </w:numPr>
              <w:rPr>
                <w:rFonts w:ascii="Aptos" w:hAnsi="Aptos" w:cs="Calibri"/>
              </w:rPr>
            </w:pPr>
          </w:p>
        </w:tc>
        <w:tc>
          <w:tcPr>
            <w:tcW w:w="8730" w:type="dxa"/>
          </w:tcPr>
          <w:p w14:paraId="169508DB" w14:textId="77777777" w:rsidR="002348A9" w:rsidRDefault="002348A9" w:rsidP="002348A9">
            <w:pPr>
              <w:rPr>
                <w:rFonts w:ascii="Aptos" w:hAnsi="Aptos" w:cs="Calibri"/>
              </w:rPr>
            </w:pPr>
            <w:r>
              <w:rPr>
                <w:rFonts w:ascii="Aptos" w:hAnsi="Aptos" w:cs="Calibri"/>
              </w:rPr>
              <w:t xml:space="preserve">A text box will open. Enter the details describing all revisions made, date and initials showing who made the revision(s).  </w:t>
            </w:r>
          </w:p>
          <w:p w14:paraId="6E818934" w14:textId="77777777" w:rsidR="002348A9" w:rsidRDefault="002348A9" w:rsidP="002348A9">
            <w:pPr>
              <w:rPr>
                <w:rFonts w:ascii="Aptos" w:hAnsi="Aptos" w:cs="Calibri"/>
              </w:rPr>
            </w:pPr>
          </w:p>
          <w:p w14:paraId="7A799350" w14:textId="77777777" w:rsidR="002348A9" w:rsidRDefault="002348A9" w:rsidP="002348A9">
            <w:pPr>
              <w:rPr>
                <w:rFonts w:ascii="Aptos" w:hAnsi="Aptos" w:cs="Calibri"/>
              </w:rPr>
            </w:pPr>
            <w:r>
              <w:rPr>
                <w:rFonts w:ascii="Aptos" w:hAnsi="Aptos" w:cs="Calibri"/>
                <w:b/>
                <w:bCs/>
              </w:rPr>
              <w:t xml:space="preserve">NOTE: </w:t>
            </w:r>
            <w:r>
              <w:rPr>
                <w:rFonts w:ascii="Aptos" w:hAnsi="Aptos" w:cs="Calibri"/>
              </w:rPr>
              <w:t>It is crucial to note revisions as this allows for the most accurate tracking of revisions made over the life of the purchase order.</w:t>
            </w:r>
          </w:p>
          <w:p w14:paraId="251554FB" w14:textId="77777777" w:rsidR="00812F12" w:rsidRDefault="00DC1329" w:rsidP="00590B1A">
            <w:pPr>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2084224" behindDoc="0" locked="0" layoutInCell="1" allowOverlap="1" wp14:anchorId="14CEE2B9" wp14:editId="1A3B6B2C">
                      <wp:simplePos x="0" y="0"/>
                      <wp:positionH relativeFrom="column">
                        <wp:posOffset>781939</wp:posOffset>
                      </wp:positionH>
                      <wp:positionV relativeFrom="paragraph">
                        <wp:posOffset>525221</wp:posOffset>
                      </wp:positionV>
                      <wp:extent cx="405186" cy="179733"/>
                      <wp:effectExtent l="0" t="76200" r="0" b="106045"/>
                      <wp:wrapNone/>
                      <wp:docPr id="472520859"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526B" id="Arrow: Right 9" o:spid="_x0000_s1026" type="#_x0000_t13" style="position:absolute;margin-left:61.55pt;margin-top:41.35pt;width:31.9pt;height:14.15pt;rotation:-2708570fd;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" adj="16809" fillcolor="red" strokecolor="#042433" strokeweight="1pt"/>
                  </w:pict>
                </mc:Fallback>
              </mc:AlternateContent>
            </w:r>
            <w:r w:rsidR="00812F12">
              <w:rPr>
                <w:rFonts w:ascii="Aptos" w:hAnsi="Aptos" w:cs="Calibri"/>
                <w:noProof/>
              </w:rPr>
              <w:drawing>
                <wp:inline distT="0" distB="0" distL="0" distR="0" wp14:anchorId="3F20AA78" wp14:editId="0E70A140">
                  <wp:extent cx="2927350" cy="1434691"/>
                  <wp:effectExtent l="171450" t="171450" r="387350" b="375285"/>
                  <wp:docPr id="3419543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54322" name="Picture 341954322"/>
                          <pic:cNvPicPr/>
                        </pic:nvPicPr>
                        <pic:blipFill>
                          <a:blip r:embed="rId84"/>
                          <a:stretch>
                            <a:fillRect/>
                          </a:stretch>
                        </pic:blipFill>
                        <pic:spPr>
                          <a:xfrm>
                            <a:off x="0" y="0"/>
                            <a:ext cx="2942068" cy="144190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812F12" w:rsidRPr="00675BBA" w14:paraId="294A0280" w14:textId="77777777" w:rsidTr="00A8619A">
        <w:trPr>
          <w:cantSplit/>
        </w:trPr>
        <w:tc>
          <w:tcPr>
            <w:tcW w:w="9450" w:type="dxa"/>
            <w:gridSpan w:val="2"/>
          </w:tcPr>
          <w:p w14:paraId="0148F872" w14:textId="77777777" w:rsidR="00D2484A" w:rsidRDefault="00812F12" w:rsidP="00590B1A">
            <w:pPr>
              <w:pStyle w:val="steptext"/>
              <w:ind w:left="360"/>
              <w:jc w:val="center"/>
              <w:rPr>
                <w:rFonts w:ascii="Aptos" w:hAnsi="Aptos" w:cs="Calibri"/>
                <w:b/>
                <w:bCs/>
                <w:color w:val="196B24" w:themeColor="accent3"/>
              </w:rPr>
            </w:pPr>
            <w:r>
              <w:rPr>
                <w:rFonts w:ascii="Aptos" w:hAnsi="Aptos" w:cs="Calibri"/>
                <w:b/>
                <w:bCs/>
                <w:color w:val="196B24" w:themeColor="accent3"/>
              </w:rPr>
              <w:t xml:space="preserve">Import/Export </w:t>
            </w:r>
            <w:r w:rsidR="002348A9">
              <w:rPr>
                <w:rFonts w:ascii="Aptos" w:hAnsi="Aptos" w:cs="Calibri"/>
                <w:b/>
                <w:bCs/>
                <w:color w:val="196B24" w:themeColor="accent3"/>
              </w:rPr>
              <w:t>D</w:t>
            </w:r>
            <w:r>
              <w:rPr>
                <w:rFonts w:ascii="Aptos" w:hAnsi="Aptos" w:cs="Calibri"/>
                <w:b/>
                <w:bCs/>
                <w:color w:val="196B24" w:themeColor="accent3"/>
              </w:rPr>
              <w:t xml:space="preserve">etail </w:t>
            </w:r>
            <w:r w:rsidR="002348A9">
              <w:rPr>
                <w:rFonts w:ascii="Aptos" w:hAnsi="Aptos" w:cs="Calibri"/>
                <w:b/>
                <w:bCs/>
                <w:color w:val="196B24" w:themeColor="accent3"/>
              </w:rPr>
              <w:t>L</w:t>
            </w:r>
            <w:r>
              <w:rPr>
                <w:rFonts w:ascii="Aptos" w:hAnsi="Aptos" w:cs="Calibri"/>
                <w:b/>
                <w:bCs/>
                <w:color w:val="196B24" w:themeColor="accent3"/>
              </w:rPr>
              <w:t>ines in E1: Complete</w:t>
            </w:r>
          </w:p>
          <w:p w14:paraId="676FD174" w14:textId="1CC20927" w:rsidR="00812F12" w:rsidRDefault="00D2484A" w:rsidP="00590B1A">
            <w:pPr>
              <w:pStyle w:val="steptext"/>
              <w:ind w:left="360"/>
              <w:jc w:val="center"/>
              <w:rPr>
                <w:rFonts w:ascii="Aptos" w:hAnsi="Aptos" w:cstheme="minorHAnsi"/>
                <w:b/>
                <w:bCs/>
                <w:color w:val="196B24" w:themeColor="accent3"/>
              </w:rPr>
            </w:pPr>
            <w:r>
              <w:rPr>
                <w:rFonts w:ascii="Aptos" w:hAnsi="Aptos" w:cstheme="minorHAnsi"/>
                <w:b/>
                <w:bCs/>
                <w:color w:val="196B24" w:themeColor="accent3"/>
              </w:rPr>
              <w:t>C</w:t>
            </w:r>
            <w:r w:rsidR="00812F12" w:rsidRPr="00675BBA">
              <w:rPr>
                <w:rFonts w:ascii="Aptos" w:hAnsi="Aptos" w:cstheme="minorHAnsi"/>
                <w:b/>
                <w:bCs/>
                <w:color w:val="196B24" w:themeColor="accent3"/>
              </w:rPr>
              <w:t xml:space="preserve">lick the </w:t>
            </w:r>
            <w:r w:rsidR="00812F12" w:rsidRPr="00675BBA">
              <w:rPr>
                <w:rFonts w:ascii="Aptos" w:hAnsi="Aptos" w:cstheme="minorHAnsi"/>
                <w:b/>
                <w:bCs/>
                <w:color w:val="FF0000"/>
              </w:rPr>
              <w:t>Red X</w:t>
            </w:r>
            <w:r w:rsidR="00812F12" w:rsidRPr="00675BBA">
              <w:rPr>
                <w:rFonts w:ascii="Aptos" w:hAnsi="Aptos" w:cstheme="minorHAnsi"/>
                <w:b/>
                <w:bCs/>
                <w:color w:val="196B24" w:themeColor="accent3"/>
              </w:rPr>
              <w:t xml:space="preserve"> to close.</w:t>
            </w:r>
          </w:p>
          <w:p w14:paraId="272749E1" w14:textId="0C85A00C" w:rsidR="00812F12" w:rsidRPr="00590B1A" w:rsidRDefault="005A6655" w:rsidP="005A6655">
            <w:pPr>
              <w:pStyle w:val="steptext"/>
              <w:ind w:left="360"/>
              <w:jc w:val="center"/>
              <w:rPr>
                <w:rFonts w:ascii="Aptos" w:hAnsi="Aptos" w:cs="Calibri"/>
              </w:rPr>
            </w:pPr>
            <w:r w:rsidRPr="002210D0">
              <w:rPr>
                <w:rFonts w:cstheme="minorHAnsi"/>
                <w:bCs/>
                <w:noProof/>
              </w:rPr>
              <mc:AlternateContent>
                <mc:Choice Requires="wps">
                  <w:drawing>
                    <wp:anchor distT="0" distB="0" distL="114300" distR="114300" simplePos="0" relativeHeight="252178432" behindDoc="0" locked="0" layoutInCell="1" allowOverlap="1" wp14:anchorId="3AC229B0" wp14:editId="7EEAB097">
                      <wp:simplePos x="0" y="0"/>
                      <wp:positionH relativeFrom="column">
                        <wp:posOffset>2789003</wp:posOffset>
                      </wp:positionH>
                      <wp:positionV relativeFrom="paragraph">
                        <wp:posOffset>201323</wp:posOffset>
                      </wp:positionV>
                      <wp:extent cx="209550" cy="182853"/>
                      <wp:effectExtent l="0" t="0" r="19050" b="27305"/>
                      <wp:wrapNone/>
                      <wp:docPr id="1860772813" name="Rectangle: Rounded Corners 5"/>
                      <wp:cNvGraphicFramePr/>
                      <a:graphic xmlns:a="http://schemas.openxmlformats.org/drawingml/2006/main">
                        <a:graphicData uri="http://schemas.microsoft.com/office/word/2010/wordprocessingShape">
                          <wps:wsp>
                            <wps:cNvSpPr/>
                            <wps:spPr>
                              <a:xfrm>
                                <a:off x="0" y="0"/>
                                <a:ext cx="209550" cy="182853"/>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1FC4A" id="Rectangle: Rounded Corners 5" o:spid="_x0000_s1026" style="position:absolute;margin-left:219.6pt;margin-top:15.85pt;width:16.5pt;height:14.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" filled="f" strokecolor="red" strokeweight="2pt"/>
                  </w:pict>
                </mc:Fallback>
              </mc:AlternateContent>
            </w:r>
            <w:r w:rsidR="00836676" w:rsidRPr="002210D0">
              <w:rPr>
                <w:rFonts w:asciiTheme="minorHAnsi" w:hAnsiTheme="minorHAnsi" w:cstheme="minorHAnsi"/>
                <w:b/>
                <w:bCs/>
                <w:noProof/>
                <w:color w:val="196B24" w:themeColor="accent3"/>
                <w14:ligatures w14:val="standardContextual"/>
              </w:rPr>
              <w:drawing>
                <wp:inline distT="0" distB="0" distL="0" distR="0" wp14:anchorId="06D248D7" wp14:editId="4C411B00">
                  <wp:extent cx="2543530" cy="247685"/>
                  <wp:effectExtent l="171450" t="171450" r="352425" b="381000"/>
                  <wp:docPr id="677161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3E60B061" w14:textId="77777777" w:rsidR="004F5DDE" w:rsidRPr="00BF0284" w:rsidRDefault="004F5DDE" w:rsidP="005A6655">
      <w:pPr>
        <w:spacing w:after="0" w:line="240" w:lineRule="auto"/>
        <w:rPr>
          <w:rFonts w:asciiTheme="majorHAnsi" w:hAnsiTheme="majorHAnsi" w:cstheme="majorHAnsi"/>
        </w:rPr>
      </w:pPr>
    </w:p>
    <w:sectPr w:rsidR="004F5DDE" w:rsidRPr="00BF0284" w:rsidSect="00061BA1">
      <w:footerReference w:type="default" r:id="rId85"/>
      <w:pgSz w:w="12240" w:h="15840"/>
      <w:pgMar w:top="1440" w:right="1440" w:bottom="720" w:left="1440" w:header="720" w:footer="720" w:gutter="0"/>
      <w:pgBorders w:offsetFrom="page">
        <w:top w:val="threeDEmboss" w:sz="6" w:space="24" w:color="156082" w:themeColor="accent1"/>
        <w:left w:val="threeDEmboss" w:sz="6" w:space="24" w:color="156082" w:themeColor="accent1"/>
        <w:bottom w:val="threeDEngrave" w:sz="6" w:space="24" w:color="156082" w:themeColor="accent1"/>
        <w:right w:val="threeDEngrave" w:sz="6" w:space="24" w:color="156082"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73EBD" w14:textId="77777777" w:rsidR="00404C73" w:rsidRDefault="00404C73" w:rsidP="001F5018">
      <w:pPr>
        <w:spacing w:after="0" w:line="240" w:lineRule="auto"/>
      </w:pPr>
      <w:r>
        <w:separator/>
      </w:r>
    </w:p>
  </w:endnote>
  <w:endnote w:type="continuationSeparator" w:id="0">
    <w:p w14:paraId="3FD67CB9" w14:textId="77777777" w:rsidR="00404C73" w:rsidRDefault="00404C73" w:rsidP="001F5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0247893"/>
      <w:docPartObj>
        <w:docPartGallery w:val="Page Numbers (Bottom of Page)"/>
        <w:docPartUnique/>
      </w:docPartObj>
    </w:sdtPr>
    <w:sdtEndPr>
      <w:rPr>
        <w:noProof/>
      </w:rPr>
    </w:sdtEndPr>
    <w:sdtContent>
      <w:p w14:paraId="4D1984EF" w14:textId="77777777" w:rsidR="001F5018" w:rsidRDefault="001F50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0D9B4A" w14:textId="77777777" w:rsidR="001F5018" w:rsidRDefault="001F5018" w:rsidP="00061BA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11692" w14:textId="77777777" w:rsidR="00404C73" w:rsidRDefault="00404C73" w:rsidP="001F5018">
      <w:pPr>
        <w:spacing w:after="0" w:line="240" w:lineRule="auto"/>
      </w:pPr>
      <w:r>
        <w:separator/>
      </w:r>
    </w:p>
  </w:footnote>
  <w:footnote w:type="continuationSeparator" w:id="0">
    <w:p w14:paraId="4358F69F" w14:textId="77777777" w:rsidR="00404C73" w:rsidRDefault="00404C73" w:rsidP="001F50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1E25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6601E7"/>
    <w:multiLevelType w:val="hybridMultilevel"/>
    <w:tmpl w:val="14182954"/>
    <w:lvl w:ilvl="0" w:tplc="C02CD7B6">
      <w:numFmt w:val="bullet"/>
      <w:lvlText w:val="-"/>
      <w:lvlJc w:val="left"/>
      <w:pPr>
        <w:ind w:left="720" w:hanging="360"/>
      </w:pPr>
      <w:rPr>
        <w:rFonts w:ascii="Aptos" w:eastAsia="MS UI Gothic" w:hAnsi="Apto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90CDF"/>
    <w:multiLevelType w:val="multilevel"/>
    <w:tmpl w:val="87F077A6"/>
    <w:lvl w:ilvl="0">
      <w:start w:val="1"/>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934221"/>
    <w:multiLevelType w:val="multilevel"/>
    <w:tmpl w:val="65D40428"/>
    <w:lvl w:ilvl="0">
      <w:start w:val="1"/>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AD0797"/>
    <w:multiLevelType w:val="hybridMultilevel"/>
    <w:tmpl w:val="4CA4B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CD3FB7"/>
    <w:multiLevelType w:val="multilevel"/>
    <w:tmpl w:val="1EAAD020"/>
    <w:lvl w:ilvl="0">
      <w:start w:val="1"/>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82372E1"/>
    <w:multiLevelType w:val="multilevel"/>
    <w:tmpl w:val="65D40428"/>
    <w:lvl w:ilvl="0">
      <w:start w:val="1"/>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D638F2"/>
    <w:multiLevelType w:val="multilevel"/>
    <w:tmpl w:val="1BF837D0"/>
    <w:lvl w:ilvl="0">
      <w:start w:val="18"/>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222CD0"/>
    <w:multiLevelType w:val="multilevel"/>
    <w:tmpl w:val="65D40428"/>
    <w:lvl w:ilvl="0">
      <w:start w:val="1"/>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83A5734"/>
    <w:multiLevelType w:val="hybridMultilevel"/>
    <w:tmpl w:val="94224200"/>
    <w:lvl w:ilvl="0" w:tplc="75E0747E">
      <w:numFmt w:val="bullet"/>
      <w:lvlText w:val="-"/>
      <w:lvlJc w:val="left"/>
      <w:pPr>
        <w:ind w:left="720" w:hanging="360"/>
      </w:pPr>
      <w:rPr>
        <w:rFonts w:ascii="Times New Roman" w:eastAsia="MS UI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56F06"/>
    <w:multiLevelType w:val="hybridMultilevel"/>
    <w:tmpl w:val="0EEA8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15798"/>
    <w:multiLevelType w:val="hybridMultilevel"/>
    <w:tmpl w:val="29D40604"/>
    <w:lvl w:ilvl="0" w:tplc="855EEDB8">
      <w:numFmt w:val="bullet"/>
      <w:lvlText w:val="-"/>
      <w:lvlJc w:val="left"/>
      <w:pPr>
        <w:ind w:left="720" w:hanging="360"/>
      </w:pPr>
      <w:rPr>
        <w:rFonts w:ascii="Aptos" w:eastAsia="MS UI Gothic" w:hAnsi="Apto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B03FB"/>
    <w:multiLevelType w:val="hybridMultilevel"/>
    <w:tmpl w:val="B3184656"/>
    <w:lvl w:ilvl="0" w:tplc="C02CD7B6">
      <w:numFmt w:val="bullet"/>
      <w:lvlText w:val="-"/>
      <w:lvlJc w:val="left"/>
      <w:pPr>
        <w:ind w:left="720" w:hanging="360"/>
      </w:pPr>
      <w:rPr>
        <w:rFonts w:ascii="Aptos" w:eastAsia="MS UI Gothic" w:hAnsi="Apto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E27686"/>
    <w:multiLevelType w:val="hybridMultilevel"/>
    <w:tmpl w:val="2FC8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E7FE9"/>
    <w:multiLevelType w:val="multilevel"/>
    <w:tmpl w:val="65D40428"/>
    <w:lvl w:ilvl="0">
      <w:start w:val="1"/>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EA7C1E"/>
    <w:multiLevelType w:val="hybridMultilevel"/>
    <w:tmpl w:val="6100C1A6"/>
    <w:lvl w:ilvl="0" w:tplc="EBC0B2A2">
      <w:start w:val="2"/>
      <w:numFmt w:val="bullet"/>
      <w:lvlText w:val="-"/>
      <w:lvlJc w:val="left"/>
      <w:pPr>
        <w:ind w:left="720" w:hanging="360"/>
      </w:pPr>
      <w:rPr>
        <w:rFonts w:ascii="Arial" w:eastAsia="MS UI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FC20E1"/>
    <w:multiLevelType w:val="multilevel"/>
    <w:tmpl w:val="07C8D24C"/>
    <w:lvl w:ilvl="0">
      <w:start w:val="16"/>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A14FF8"/>
    <w:multiLevelType w:val="multilevel"/>
    <w:tmpl w:val="65D40428"/>
    <w:lvl w:ilvl="0">
      <w:start w:val="1"/>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03003CF"/>
    <w:multiLevelType w:val="hybridMultilevel"/>
    <w:tmpl w:val="1DC0C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E8487F"/>
    <w:multiLevelType w:val="hybridMultilevel"/>
    <w:tmpl w:val="DCBA54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A96738D"/>
    <w:multiLevelType w:val="hybridMultilevel"/>
    <w:tmpl w:val="56B8392E"/>
    <w:lvl w:ilvl="0" w:tplc="E3303F6E">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4157F"/>
    <w:multiLevelType w:val="hybridMultilevel"/>
    <w:tmpl w:val="972277D8"/>
    <w:lvl w:ilvl="0" w:tplc="8A383286">
      <w:numFmt w:val="bullet"/>
      <w:lvlText w:val="-"/>
      <w:lvlJc w:val="left"/>
      <w:pPr>
        <w:ind w:left="720" w:hanging="360"/>
      </w:pPr>
      <w:rPr>
        <w:rFonts w:ascii="Arial" w:eastAsia="MS UI Gothic"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3618E5"/>
    <w:multiLevelType w:val="multilevel"/>
    <w:tmpl w:val="DDD00BCC"/>
    <w:lvl w:ilvl="0">
      <w:start w:val="17"/>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88E67CA"/>
    <w:multiLevelType w:val="multilevel"/>
    <w:tmpl w:val="65D40428"/>
    <w:lvl w:ilvl="0">
      <w:start w:val="1"/>
      <w:numFmt w:val="decimal"/>
      <w:suff w:val="nothing"/>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F2B1EF3"/>
    <w:multiLevelType w:val="hybridMultilevel"/>
    <w:tmpl w:val="B100BD40"/>
    <w:lvl w:ilvl="0" w:tplc="D4F67814">
      <w:start w:val="1"/>
      <w:numFmt w:val="decimal"/>
      <w:lvlText w:val="%1."/>
      <w:lvlJc w:val="left"/>
      <w:pPr>
        <w:ind w:left="720" w:firstLine="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17B3AFE"/>
    <w:multiLevelType w:val="hybridMultilevel"/>
    <w:tmpl w:val="C3A64F1E"/>
    <w:lvl w:ilvl="0" w:tplc="175C7340">
      <w:numFmt w:val="bullet"/>
      <w:lvlText w:val="-"/>
      <w:lvlJc w:val="left"/>
      <w:pPr>
        <w:ind w:left="720" w:hanging="360"/>
      </w:pPr>
      <w:rPr>
        <w:rFonts w:ascii="Aptos" w:eastAsia="MS UI Gothic" w:hAnsi="Apto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F70792"/>
    <w:multiLevelType w:val="hybridMultilevel"/>
    <w:tmpl w:val="E82C756E"/>
    <w:lvl w:ilvl="0" w:tplc="113214C2">
      <w:start w:val="2"/>
      <w:numFmt w:val="bullet"/>
      <w:lvlText w:val="-"/>
      <w:lvlJc w:val="left"/>
      <w:pPr>
        <w:ind w:left="720" w:hanging="360"/>
      </w:pPr>
      <w:rPr>
        <w:rFonts w:ascii="Arial" w:eastAsia="MS UI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2545F7"/>
    <w:multiLevelType w:val="hybridMultilevel"/>
    <w:tmpl w:val="54640A9E"/>
    <w:lvl w:ilvl="0" w:tplc="B79ED672">
      <w:numFmt w:val="bullet"/>
      <w:lvlText w:val="-"/>
      <w:lvlJc w:val="left"/>
      <w:pPr>
        <w:ind w:left="720" w:hanging="360"/>
      </w:pPr>
      <w:rPr>
        <w:rFonts w:ascii="Aptos" w:eastAsia="MS UI Gothic" w:hAnsi="Apto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2945604">
    <w:abstractNumId w:val="8"/>
  </w:num>
  <w:num w:numId="2" w16cid:durableId="82802811">
    <w:abstractNumId w:val="6"/>
  </w:num>
  <w:num w:numId="3" w16cid:durableId="1584489475">
    <w:abstractNumId w:val="5"/>
  </w:num>
  <w:num w:numId="4" w16cid:durableId="1032194164">
    <w:abstractNumId w:val="4"/>
  </w:num>
  <w:num w:numId="5" w16cid:durableId="1143740416">
    <w:abstractNumId w:val="7"/>
  </w:num>
  <w:num w:numId="6" w16cid:durableId="774057843">
    <w:abstractNumId w:val="3"/>
  </w:num>
  <w:num w:numId="7" w16cid:durableId="2016498876">
    <w:abstractNumId w:val="2"/>
  </w:num>
  <w:num w:numId="8" w16cid:durableId="1967268836">
    <w:abstractNumId w:val="1"/>
  </w:num>
  <w:num w:numId="9" w16cid:durableId="843126356">
    <w:abstractNumId w:val="0"/>
  </w:num>
  <w:num w:numId="10" w16cid:durableId="1280721141">
    <w:abstractNumId w:val="29"/>
  </w:num>
  <w:num w:numId="11" w16cid:durableId="214897261">
    <w:abstractNumId w:val="21"/>
  </w:num>
  <w:num w:numId="12" w16cid:durableId="1767000729">
    <w:abstractNumId w:val="12"/>
  </w:num>
  <w:num w:numId="13" w16cid:durableId="456947913">
    <w:abstractNumId w:val="26"/>
  </w:num>
  <w:num w:numId="14" w16cid:durableId="1893614075">
    <w:abstractNumId w:val="18"/>
  </w:num>
  <w:num w:numId="15" w16cid:durableId="1747066385">
    <w:abstractNumId w:val="17"/>
  </w:num>
  <w:num w:numId="16" w16cid:durableId="1599293508">
    <w:abstractNumId w:val="2"/>
  </w:num>
  <w:num w:numId="17" w16cid:durableId="1227689757">
    <w:abstractNumId w:val="34"/>
  </w:num>
  <w:num w:numId="18" w16cid:durableId="1846479177">
    <w:abstractNumId w:val="35"/>
  </w:num>
  <w:num w:numId="19" w16cid:durableId="1900506596">
    <w:abstractNumId w:val="33"/>
  </w:num>
  <w:num w:numId="20" w16cid:durableId="456414525">
    <w:abstractNumId w:val="20"/>
  </w:num>
  <w:num w:numId="21" w16cid:durableId="1330475909">
    <w:abstractNumId w:val="23"/>
  </w:num>
  <w:num w:numId="22" w16cid:durableId="779223308">
    <w:abstractNumId w:val="27"/>
  </w:num>
  <w:num w:numId="23" w16cid:durableId="1730106990">
    <w:abstractNumId w:val="32"/>
  </w:num>
  <w:num w:numId="24" w16cid:durableId="1275289437">
    <w:abstractNumId w:val="19"/>
  </w:num>
  <w:num w:numId="25" w16cid:durableId="885413544">
    <w:abstractNumId w:val="13"/>
  </w:num>
  <w:num w:numId="26" w16cid:durableId="1887445829">
    <w:abstractNumId w:val="25"/>
  </w:num>
  <w:num w:numId="27" w16cid:durableId="1268467475">
    <w:abstractNumId w:val="28"/>
  </w:num>
  <w:num w:numId="28" w16cid:durableId="587035051">
    <w:abstractNumId w:val="10"/>
  </w:num>
  <w:num w:numId="29" w16cid:durableId="1697733112">
    <w:abstractNumId w:val="22"/>
  </w:num>
  <w:num w:numId="30" w16cid:durableId="280571390">
    <w:abstractNumId w:val="14"/>
  </w:num>
  <w:num w:numId="31" w16cid:durableId="1988124055">
    <w:abstractNumId w:val="11"/>
  </w:num>
  <w:num w:numId="32" w16cid:durableId="1456174920">
    <w:abstractNumId w:val="31"/>
  </w:num>
  <w:num w:numId="33" w16cid:durableId="577983441">
    <w:abstractNumId w:val="16"/>
  </w:num>
  <w:num w:numId="34" w16cid:durableId="634989990">
    <w:abstractNumId w:val="9"/>
  </w:num>
  <w:num w:numId="35" w16cid:durableId="453063508">
    <w:abstractNumId w:val="24"/>
  </w:num>
  <w:num w:numId="36" w16cid:durableId="1757242376">
    <w:abstractNumId w:val="30"/>
  </w:num>
  <w:num w:numId="37" w16cid:durableId="13960070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C52"/>
    <w:rsid w:val="00004EED"/>
    <w:rsid w:val="00010C9B"/>
    <w:rsid w:val="000144B3"/>
    <w:rsid w:val="00016E87"/>
    <w:rsid w:val="00017DD0"/>
    <w:rsid w:val="00034616"/>
    <w:rsid w:val="0003569F"/>
    <w:rsid w:val="000433E0"/>
    <w:rsid w:val="000602C2"/>
    <w:rsid w:val="0006063C"/>
    <w:rsid w:val="000612F4"/>
    <w:rsid w:val="00061BA1"/>
    <w:rsid w:val="00063114"/>
    <w:rsid w:val="0006480A"/>
    <w:rsid w:val="00065508"/>
    <w:rsid w:val="000706DE"/>
    <w:rsid w:val="000720F9"/>
    <w:rsid w:val="0007540A"/>
    <w:rsid w:val="00080C11"/>
    <w:rsid w:val="00085BB0"/>
    <w:rsid w:val="00086368"/>
    <w:rsid w:val="000A5071"/>
    <w:rsid w:val="000B37DF"/>
    <w:rsid w:val="000B44F7"/>
    <w:rsid w:val="000B534F"/>
    <w:rsid w:val="000B6B6F"/>
    <w:rsid w:val="000C67D0"/>
    <w:rsid w:val="000C7624"/>
    <w:rsid w:val="000E0DA4"/>
    <w:rsid w:val="000E1101"/>
    <w:rsid w:val="000F2EC3"/>
    <w:rsid w:val="000F3DDF"/>
    <w:rsid w:val="000F5F43"/>
    <w:rsid w:val="000F6669"/>
    <w:rsid w:val="00100824"/>
    <w:rsid w:val="00101529"/>
    <w:rsid w:val="0010724F"/>
    <w:rsid w:val="00117C0F"/>
    <w:rsid w:val="00136AB0"/>
    <w:rsid w:val="00137EAC"/>
    <w:rsid w:val="00141989"/>
    <w:rsid w:val="00145356"/>
    <w:rsid w:val="0015074B"/>
    <w:rsid w:val="00153828"/>
    <w:rsid w:val="001541D1"/>
    <w:rsid w:val="00157EE9"/>
    <w:rsid w:val="00164C07"/>
    <w:rsid w:val="00170F0B"/>
    <w:rsid w:val="001847D9"/>
    <w:rsid w:val="001921C0"/>
    <w:rsid w:val="001925D7"/>
    <w:rsid w:val="00192CDE"/>
    <w:rsid w:val="001968AA"/>
    <w:rsid w:val="001A5366"/>
    <w:rsid w:val="001C273E"/>
    <w:rsid w:val="001C4ADF"/>
    <w:rsid w:val="001D2E59"/>
    <w:rsid w:val="001D6FF0"/>
    <w:rsid w:val="001E38F7"/>
    <w:rsid w:val="001F5018"/>
    <w:rsid w:val="00215DE0"/>
    <w:rsid w:val="00217058"/>
    <w:rsid w:val="00222527"/>
    <w:rsid w:val="00230974"/>
    <w:rsid w:val="002333BA"/>
    <w:rsid w:val="00233413"/>
    <w:rsid w:val="002348A9"/>
    <w:rsid w:val="002402E6"/>
    <w:rsid w:val="00245FBB"/>
    <w:rsid w:val="0025040C"/>
    <w:rsid w:val="00250F24"/>
    <w:rsid w:val="00253526"/>
    <w:rsid w:val="00253CAD"/>
    <w:rsid w:val="00254B98"/>
    <w:rsid w:val="00257BBA"/>
    <w:rsid w:val="002631EC"/>
    <w:rsid w:val="0026370D"/>
    <w:rsid w:val="00267919"/>
    <w:rsid w:val="00267CE8"/>
    <w:rsid w:val="00280F5A"/>
    <w:rsid w:val="00282EA2"/>
    <w:rsid w:val="002854E4"/>
    <w:rsid w:val="002925C3"/>
    <w:rsid w:val="0029639D"/>
    <w:rsid w:val="002A23ED"/>
    <w:rsid w:val="002B3FE7"/>
    <w:rsid w:val="002C49C7"/>
    <w:rsid w:val="002C72DD"/>
    <w:rsid w:val="002E42AE"/>
    <w:rsid w:val="002E44EE"/>
    <w:rsid w:val="002E5244"/>
    <w:rsid w:val="002E5330"/>
    <w:rsid w:val="00300D55"/>
    <w:rsid w:val="00301E81"/>
    <w:rsid w:val="003055A8"/>
    <w:rsid w:val="00305A14"/>
    <w:rsid w:val="00307DE8"/>
    <w:rsid w:val="00313473"/>
    <w:rsid w:val="003165B2"/>
    <w:rsid w:val="0031711F"/>
    <w:rsid w:val="00321186"/>
    <w:rsid w:val="00321D61"/>
    <w:rsid w:val="00325C8C"/>
    <w:rsid w:val="00326F90"/>
    <w:rsid w:val="00332F4E"/>
    <w:rsid w:val="00351B6E"/>
    <w:rsid w:val="003625C2"/>
    <w:rsid w:val="003712CE"/>
    <w:rsid w:val="0037401B"/>
    <w:rsid w:val="00384D4F"/>
    <w:rsid w:val="003C2F4B"/>
    <w:rsid w:val="003C352B"/>
    <w:rsid w:val="003C7988"/>
    <w:rsid w:val="003C7F7A"/>
    <w:rsid w:val="003E5748"/>
    <w:rsid w:val="003F0176"/>
    <w:rsid w:val="003F6013"/>
    <w:rsid w:val="00400C30"/>
    <w:rsid w:val="004026AA"/>
    <w:rsid w:val="00404C73"/>
    <w:rsid w:val="00410D8C"/>
    <w:rsid w:val="004151D0"/>
    <w:rsid w:val="00417CEF"/>
    <w:rsid w:val="00422522"/>
    <w:rsid w:val="00422560"/>
    <w:rsid w:val="004238E3"/>
    <w:rsid w:val="00424AFD"/>
    <w:rsid w:val="004346F7"/>
    <w:rsid w:val="00441EFB"/>
    <w:rsid w:val="004452B1"/>
    <w:rsid w:val="00446825"/>
    <w:rsid w:val="00450F3C"/>
    <w:rsid w:val="00454C03"/>
    <w:rsid w:val="00466D19"/>
    <w:rsid w:val="00483D8E"/>
    <w:rsid w:val="0048603F"/>
    <w:rsid w:val="004872A8"/>
    <w:rsid w:val="00487850"/>
    <w:rsid w:val="00490DF3"/>
    <w:rsid w:val="004A059E"/>
    <w:rsid w:val="004A4D8B"/>
    <w:rsid w:val="004A6BDB"/>
    <w:rsid w:val="004B2968"/>
    <w:rsid w:val="004B2DFA"/>
    <w:rsid w:val="004B336C"/>
    <w:rsid w:val="004B514A"/>
    <w:rsid w:val="004B6449"/>
    <w:rsid w:val="004D152E"/>
    <w:rsid w:val="004E27D8"/>
    <w:rsid w:val="004E6064"/>
    <w:rsid w:val="004E6824"/>
    <w:rsid w:val="004E711A"/>
    <w:rsid w:val="004F1683"/>
    <w:rsid w:val="004F54DC"/>
    <w:rsid w:val="004F5DDE"/>
    <w:rsid w:val="00502949"/>
    <w:rsid w:val="00507ADE"/>
    <w:rsid w:val="00525A76"/>
    <w:rsid w:val="00532CBC"/>
    <w:rsid w:val="00537D66"/>
    <w:rsid w:val="00537F75"/>
    <w:rsid w:val="00552934"/>
    <w:rsid w:val="00557259"/>
    <w:rsid w:val="00573681"/>
    <w:rsid w:val="00576AFE"/>
    <w:rsid w:val="00584A29"/>
    <w:rsid w:val="00590B1A"/>
    <w:rsid w:val="00591038"/>
    <w:rsid w:val="00596802"/>
    <w:rsid w:val="005A1950"/>
    <w:rsid w:val="005A2CE0"/>
    <w:rsid w:val="005A3C02"/>
    <w:rsid w:val="005A559B"/>
    <w:rsid w:val="005A6655"/>
    <w:rsid w:val="005A6BC0"/>
    <w:rsid w:val="005B58BD"/>
    <w:rsid w:val="005B7A8D"/>
    <w:rsid w:val="005D2324"/>
    <w:rsid w:val="005E3AE4"/>
    <w:rsid w:val="005E5865"/>
    <w:rsid w:val="005E587C"/>
    <w:rsid w:val="005F6B26"/>
    <w:rsid w:val="006005DF"/>
    <w:rsid w:val="00604745"/>
    <w:rsid w:val="00606AB4"/>
    <w:rsid w:val="00607057"/>
    <w:rsid w:val="00607425"/>
    <w:rsid w:val="00615D8F"/>
    <w:rsid w:val="00620440"/>
    <w:rsid w:val="00625BEF"/>
    <w:rsid w:val="006347DD"/>
    <w:rsid w:val="00637176"/>
    <w:rsid w:val="006639DC"/>
    <w:rsid w:val="00674454"/>
    <w:rsid w:val="006754DB"/>
    <w:rsid w:val="00680F6F"/>
    <w:rsid w:val="006A149C"/>
    <w:rsid w:val="006A3446"/>
    <w:rsid w:val="006A47F9"/>
    <w:rsid w:val="006A62DC"/>
    <w:rsid w:val="006B533E"/>
    <w:rsid w:val="006C0745"/>
    <w:rsid w:val="006E211A"/>
    <w:rsid w:val="006E4119"/>
    <w:rsid w:val="007021B6"/>
    <w:rsid w:val="0070748C"/>
    <w:rsid w:val="00711A08"/>
    <w:rsid w:val="00717B57"/>
    <w:rsid w:val="00720EB7"/>
    <w:rsid w:val="00755A91"/>
    <w:rsid w:val="007624E5"/>
    <w:rsid w:val="00772B4A"/>
    <w:rsid w:val="00776A8D"/>
    <w:rsid w:val="007804B7"/>
    <w:rsid w:val="00787B5D"/>
    <w:rsid w:val="00797908"/>
    <w:rsid w:val="007A0FBF"/>
    <w:rsid w:val="007C2395"/>
    <w:rsid w:val="007C2D79"/>
    <w:rsid w:val="007C6E51"/>
    <w:rsid w:val="007C70A5"/>
    <w:rsid w:val="007C71AE"/>
    <w:rsid w:val="007D5CE2"/>
    <w:rsid w:val="007D6D6E"/>
    <w:rsid w:val="007E642C"/>
    <w:rsid w:val="007F0690"/>
    <w:rsid w:val="008012FE"/>
    <w:rsid w:val="00803A5A"/>
    <w:rsid w:val="00812F12"/>
    <w:rsid w:val="00816E8A"/>
    <w:rsid w:val="008213FB"/>
    <w:rsid w:val="00833E1F"/>
    <w:rsid w:val="00836676"/>
    <w:rsid w:val="00840EE9"/>
    <w:rsid w:val="008436D1"/>
    <w:rsid w:val="008611C4"/>
    <w:rsid w:val="0086289C"/>
    <w:rsid w:val="008713F8"/>
    <w:rsid w:val="00873D85"/>
    <w:rsid w:val="00883332"/>
    <w:rsid w:val="00897035"/>
    <w:rsid w:val="008A0DAD"/>
    <w:rsid w:val="008A28D7"/>
    <w:rsid w:val="008A5D79"/>
    <w:rsid w:val="008A71A0"/>
    <w:rsid w:val="008B317C"/>
    <w:rsid w:val="008B33A7"/>
    <w:rsid w:val="008B3D2F"/>
    <w:rsid w:val="008E12A0"/>
    <w:rsid w:val="008F791C"/>
    <w:rsid w:val="00903948"/>
    <w:rsid w:val="00906E76"/>
    <w:rsid w:val="00930181"/>
    <w:rsid w:val="0093112E"/>
    <w:rsid w:val="009325A3"/>
    <w:rsid w:val="0094060E"/>
    <w:rsid w:val="00942646"/>
    <w:rsid w:val="00944DA3"/>
    <w:rsid w:val="00952005"/>
    <w:rsid w:val="00953465"/>
    <w:rsid w:val="00960574"/>
    <w:rsid w:val="0096348F"/>
    <w:rsid w:val="00993D53"/>
    <w:rsid w:val="009A262C"/>
    <w:rsid w:val="009A2804"/>
    <w:rsid w:val="009B77DB"/>
    <w:rsid w:val="009C00E9"/>
    <w:rsid w:val="009C30BF"/>
    <w:rsid w:val="009D5502"/>
    <w:rsid w:val="009E117C"/>
    <w:rsid w:val="009F2AD7"/>
    <w:rsid w:val="00A11215"/>
    <w:rsid w:val="00A12885"/>
    <w:rsid w:val="00A15600"/>
    <w:rsid w:val="00A22A23"/>
    <w:rsid w:val="00A23CA9"/>
    <w:rsid w:val="00A42AE8"/>
    <w:rsid w:val="00A55280"/>
    <w:rsid w:val="00A5748D"/>
    <w:rsid w:val="00A607BC"/>
    <w:rsid w:val="00A62C36"/>
    <w:rsid w:val="00A65AAC"/>
    <w:rsid w:val="00A75C67"/>
    <w:rsid w:val="00A76616"/>
    <w:rsid w:val="00A8619A"/>
    <w:rsid w:val="00A90258"/>
    <w:rsid w:val="00AA1D8D"/>
    <w:rsid w:val="00AA51CC"/>
    <w:rsid w:val="00AA669C"/>
    <w:rsid w:val="00AA78D9"/>
    <w:rsid w:val="00AC3B44"/>
    <w:rsid w:val="00AD552C"/>
    <w:rsid w:val="00AE5DB8"/>
    <w:rsid w:val="00AE7CA7"/>
    <w:rsid w:val="00AF24AA"/>
    <w:rsid w:val="00AF30CC"/>
    <w:rsid w:val="00AF414E"/>
    <w:rsid w:val="00B2489A"/>
    <w:rsid w:val="00B40F3F"/>
    <w:rsid w:val="00B4751F"/>
    <w:rsid w:val="00B47730"/>
    <w:rsid w:val="00B47EAE"/>
    <w:rsid w:val="00B517CC"/>
    <w:rsid w:val="00B532FD"/>
    <w:rsid w:val="00B6520C"/>
    <w:rsid w:val="00B66F8E"/>
    <w:rsid w:val="00B67779"/>
    <w:rsid w:val="00B72FBF"/>
    <w:rsid w:val="00B74777"/>
    <w:rsid w:val="00B767AB"/>
    <w:rsid w:val="00B76DD3"/>
    <w:rsid w:val="00B84F41"/>
    <w:rsid w:val="00B86D0C"/>
    <w:rsid w:val="00B952C9"/>
    <w:rsid w:val="00BB222E"/>
    <w:rsid w:val="00BB74C3"/>
    <w:rsid w:val="00BC1C9F"/>
    <w:rsid w:val="00BF0284"/>
    <w:rsid w:val="00C04DEA"/>
    <w:rsid w:val="00C10CDF"/>
    <w:rsid w:val="00C12E9E"/>
    <w:rsid w:val="00C15C8D"/>
    <w:rsid w:val="00C2259F"/>
    <w:rsid w:val="00C22C31"/>
    <w:rsid w:val="00C2358A"/>
    <w:rsid w:val="00C30E0D"/>
    <w:rsid w:val="00C35FB2"/>
    <w:rsid w:val="00C369D6"/>
    <w:rsid w:val="00C43561"/>
    <w:rsid w:val="00C43F1A"/>
    <w:rsid w:val="00C50707"/>
    <w:rsid w:val="00C5146F"/>
    <w:rsid w:val="00C56DD2"/>
    <w:rsid w:val="00C60489"/>
    <w:rsid w:val="00C65A92"/>
    <w:rsid w:val="00C72F3F"/>
    <w:rsid w:val="00C918BB"/>
    <w:rsid w:val="00C92482"/>
    <w:rsid w:val="00C92EAD"/>
    <w:rsid w:val="00CA60D5"/>
    <w:rsid w:val="00CB0209"/>
    <w:rsid w:val="00CB0324"/>
    <w:rsid w:val="00CB0664"/>
    <w:rsid w:val="00CB3941"/>
    <w:rsid w:val="00CC08DF"/>
    <w:rsid w:val="00CE354A"/>
    <w:rsid w:val="00CF2897"/>
    <w:rsid w:val="00CF48F0"/>
    <w:rsid w:val="00D0529E"/>
    <w:rsid w:val="00D22117"/>
    <w:rsid w:val="00D2484A"/>
    <w:rsid w:val="00D263C1"/>
    <w:rsid w:val="00D33405"/>
    <w:rsid w:val="00D33E08"/>
    <w:rsid w:val="00D35580"/>
    <w:rsid w:val="00D534FF"/>
    <w:rsid w:val="00D55300"/>
    <w:rsid w:val="00D60506"/>
    <w:rsid w:val="00D66881"/>
    <w:rsid w:val="00D71C70"/>
    <w:rsid w:val="00D755EF"/>
    <w:rsid w:val="00D75638"/>
    <w:rsid w:val="00D7566D"/>
    <w:rsid w:val="00D76E5F"/>
    <w:rsid w:val="00D8123E"/>
    <w:rsid w:val="00D95A1E"/>
    <w:rsid w:val="00D97EC3"/>
    <w:rsid w:val="00D97EEA"/>
    <w:rsid w:val="00DA4A6F"/>
    <w:rsid w:val="00DB14C9"/>
    <w:rsid w:val="00DC1329"/>
    <w:rsid w:val="00DC39BD"/>
    <w:rsid w:val="00DC745D"/>
    <w:rsid w:val="00DD1F7E"/>
    <w:rsid w:val="00DD706C"/>
    <w:rsid w:val="00DE29A0"/>
    <w:rsid w:val="00DE34EC"/>
    <w:rsid w:val="00DF5F73"/>
    <w:rsid w:val="00DF6E3C"/>
    <w:rsid w:val="00E00101"/>
    <w:rsid w:val="00E03796"/>
    <w:rsid w:val="00E07322"/>
    <w:rsid w:val="00E1394A"/>
    <w:rsid w:val="00E25B86"/>
    <w:rsid w:val="00E26E42"/>
    <w:rsid w:val="00E27736"/>
    <w:rsid w:val="00E37A2F"/>
    <w:rsid w:val="00E42CB7"/>
    <w:rsid w:val="00E43E53"/>
    <w:rsid w:val="00E472D3"/>
    <w:rsid w:val="00E52907"/>
    <w:rsid w:val="00E5793C"/>
    <w:rsid w:val="00E612FB"/>
    <w:rsid w:val="00E67ACC"/>
    <w:rsid w:val="00E74D5C"/>
    <w:rsid w:val="00E806E6"/>
    <w:rsid w:val="00E85A82"/>
    <w:rsid w:val="00E87F21"/>
    <w:rsid w:val="00E962E1"/>
    <w:rsid w:val="00EA326B"/>
    <w:rsid w:val="00EB415E"/>
    <w:rsid w:val="00EB6394"/>
    <w:rsid w:val="00EC1EB6"/>
    <w:rsid w:val="00EC3654"/>
    <w:rsid w:val="00ED3739"/>
    <w:rsid w:val="00ED4F4C"/>
    <w:rsid w:val="00ED6CCD"/>
    <w:rsid w:val="00EE074B"/>
    <w:rsid w:val="00EE4054"/>
    <w:rsid w:val="00EE4C86"/>
    <w:rsid w:val="00EF2C9D"/>
    <w:rsid w:val="00EF3508"/>
    <w:rsid w:val="00EF350E"/>
    <w:rsid w:val="00F13736"/>
    <w:rsid w:val="00F271A2"/>
    <w:rsid w:val="00F33552"/>
    <w:rsid w:val="00F34CC1"/>
    <w:rsid w:val="00F51253"/>
    <w:rsid w:val="00F575B0"/>
    <w:rsid w:val="00F57DBE"/>
    <w:rsid w:val="00F646FE"/>
    <w:rsid w:val="00F70876"/>
    <w:rsid w:val="00F72A88"/>
    <w:rsid w:val="00F84AD6"/>
    <w:rsid w:val="00F908B5"/>
    <w:rsid w:val="00F93172"/>
    <w:rsid w:val="00F95BD6"/>
    <w:rsid w:val="00F969C4"/>
    <w:rsid w:val="00FA13E3"/>
    <w:rsid w:val="00FA64F6"/>
    <w:rsid w:val="00FB09D7"/>
    <w:rsid w:val="00FB6F4F"/>
    <w:rsid w:val="00FC53CC"/>
    <w:rsid w:val="00FC57E5"/>
    <w:rsid w:val="00FC693F"/>
    <w:rsid w:val="00FC7D94"/>
    <w:rsid w:val="00FD195D"/>
    <w:rsid w:val="00FD302C"/>
    <w:rsid w:val="00FD6261"/>
    <w:rsid w:val="00FE6D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4AAA8A"/>
  <w14:defaultImageDpi w14:val="300"/>
  <w15:docId w15:val="{47661140-A0D5-4A73-85F2-607F58002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29E"/>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FC693F"/>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156082"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FC693F"/>
    <w:rPr>
      <w:b/>
      <w:bCs/>
      <w:i/>
      <w:iCs/>
      <w:color w:val="156082"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156082" w:themeColor="accent1"/>
    </w:rPr>
  </w:style>
  <w:style w:type="character" w:styleId="SubtleReference">
    <w:name w:val="Subtle Reference"/>
    <w:basedOn w:val="DefaultParagraphFont"/>
    <w:uiPriority w:val="31"/>
    <w:qFormat/>
    <w:rsid w:val="00FC693F"/>
    <w:rPr>
      <w:smallCaps/>
      <w:color w:val="E97132" w:themeColor="accent2"/>
      <w:u w:val="single"/>
    </w:rPr>
  </w:style>
  <w:style w:type="character" w:styleId="IntenseReference">
    <w:name w:val="Intense Reference"/>
    <w:basedOn w:val="DefaultParagraphFont"/>
    <w:uiPriority w:val="32"/>
    <w:qFormat/>
    <w:rsid w:val="00FC693F"/>
    <w:rPr>
      <w:b/>
      <w:bCs/>
      <w:smallCaps/>
      <w:color w:val="E97132"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uiPriority w:val="99"/>
    <w:rsid w:val="00BF0284"/>
    <w:pPr>
      <w:spacing w:after="0" w:line="240" w:lineRule="auto"/>
    </w:pPr>
    <w:rPr>
      <w:rFonts w:ascii="Times New Roman" w:eastAsia="MS UI Gothic" w:hAnsi="Times New Roman" w:cs="Times New Roman"/>
    </w:rPr>
  </w:style>
  <w:style w:type="paragraph" w:customStyle="1" w:styleId="steptext">
    <w:name w:val="steptext"/>
    <w:basedOn w:val="Normal"/>
    <w:uiPriority w:val="99"/>
    <w:rsid w:val="00A607BC"/>
    <w:pPr>
      <w:spacing w:after="0" w:line="240" w:lineRule="auto"/>
    </w:pPr>
    <w:rPr>
      <w:rFonts w:ascii="Times New Roman" w:eastAsia="MS UI Gothic" w:hAnsi="Times New Roman" w:cs="Times New Roman"/>
    </w:rPr>
  </w:style>
  <w:style w:type="character" w:styleId="Hyperlink">
    <w:name w:val="Hyperlink"/>
    <w:basedOn w:val="DefaultParagraphFont"/>
    <w:uiPriority w:val="99"/>
    <w:unhideWhenUsed/>
    <w:rsid w:val="008A28D7"/>
    <w:rPr>
      <w:rFonts w:ascii="Times New Roman" w:hAnsi="Times New Roman" w:cs="Times New Roman" w:hint="default"/>
      <w:color w:val="0000FF"/>
      <w:u w:val="single"/>
      <w:lang w:val="en-US" w:eastAsia="en-US"/>
    </w:rPr>
  </w:style>
  <w:style w:type="table" w:customStyle="1" w:styleId="TableGrid1">
    <w:name w:val="Table Grid1"/>
    <w:basedOn w:val="TableNormal"/>
    <w:next w:val="TableGrid"/>
    <w:uiPriority w:val="59"/>
    <w:rsid w:val="00117C0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2F12"/>
    <w:rPr>
      <w:sz w:val="16"/>
      <w:szCs w:val="16"/>
    </w:rPr>
  </w:style>
  <w:style w:type="paragraph" w:styleId="CommentText">
    <w:name w:val="annotation text"/>
    <w:basedOn w:val="Normal"/>
    <w:link w:val="CommentTextChar"/>
    <w:uiPriority w:val="99"/>
    <w:unhideWhenUsed/>
    <w:rsid w:val="00812F12"/>
    <w:pPr>
      <w:spacing w:after="160"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812F12"/>
    <w:rPr>
      <w:rFonts w:eastAsiaTheme="minorHAnsi"/>
      <w:kern w:val="2"/>
      <w:sz w:val="20"/>
      <w:szCs w:val="20"/>
      <w14:ligatures w14:val="standardContextual"/>
    </w:rPr>
  </w:style>
  <w:style w:type="paragraph" w:styleId="Revision">
    <w:name w:val="Revision"/>
    <w:hidden/>
    <w:uiPriority w:val="99"/>
    <w:semiHidden/>
    <w:rsid w:val="00A11215"/>
    <w:pPr>
      <w:spacing w:after="0" w:line="240" w:lineRule="auto"/>
    </w:pPr>
  </w:style>
  <w:style w:type="paragraph" w:styleId="CommentSubject">
    <w:name w:val="annotation subject"/>
    <w:basedOn w:val="CommentText"/>
    <w:next w:val="CommentText"/>
    <w:link w:val="CommentSubjectChar"/>
    <w:uiPriority w:val="99"/>
    <w:semiHidden/>
    <w:unhideWhenUsed/>
    <w:rsid w:val="00A11215"/>
    <w:pPr>
      <w:spacing w:after="20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A11215"/>
    <w:rPr>
      <w:rFonts w:eastAsiaTheme="minorHAnsi"/>
      <w:b/>
      <w:bCs/>
      <w:kern w:val="2"/>
      <w:sz w:val="20"/>
      <w:szCs w:val="20"/>
      <w14:ligatures w14:val="standardContextual"/>
    </w:rPr>
  </w:style>
  <w:style w:type="character" w:styleId="UnresolvedMention">
    <w:name w:val="Unresolved Mention"/>
    <w:basedOn w:val="DefaultParagraphFont"/>
    <w:uiPriority w:val="99"/>
    <w:semiHidden/>
    <w:unhideWhenUsed/>
    <w:rsid w:val="00446825"/>
    <w:rPr>
      <w:color w:val="605E5C"/>
      <w:shd w:val="clear" w:color="auto" w:fill="E1DFDD"/>
    </w:rPr>
  </w:style>
  <w:style w:type="character" w:styleId="FollowedHyperlink">
    <w:name w:val="FollowedHyperlink"/>
    <w:basedOn w:val="DefaultParagraphFont"/>
    <w:uiPriority w:val="99"/>
    <w:semiHidden/>
    <w:unhideWhenUsed/>
    <w:rsid w:val="0015382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hyperlink" Target="https://coabreakout.nebraska.gov/" TargetMode="External"/><Relationship Id="rId26" Type="http://schemas.openxmlformats.org/officeDocument/2006/relationships/image" Target="media/image16.tmp"/><Relationship Id="rId39" Type="http://schemas.openxmlformats.org/officeDocument/2006/relationships/image" Target="media/image28.tmp"/><Relationship Id="rId21" Type="http://schemas.openxmlformats.org/officeDocument/2006/relationships/image" Target="media/image11.tmp"/><Relationship Id="rId34" Type="http://schemas.openxmlformats.org/officeDocument/2006/relationships/image" Target="media/image24.png"/><Relationship Id="rId42" Type="http://schemas.openxmlformats.org/officeDocument/2006/relationships/image" Target="media/image31.tmp"/><Relationship Id="rId47" Type="http://schemas.openxmlformats.org/officeDocument/2006/relationships/image" Target="media/image36.tmp"/><Relationship Id="rId50" Type="http://schemas.openxmlformats.org/officeDocument/2006/relationships/image" Target="media/image39.tmp"/><Relationship Id="rId55" Type="http://schemas.openxmlformats.org/officeDocument/2006/relationships/image" Target="media/image44.tmp"/><Relationship Id="rId63" Type="http://schemas.openxmlformats.org/officeDocument/2006/relationships/image" Target="media/image52.tmp"/><Relationship Id="rId68" Type="http://schemas.openxmlformats.org/officeDocument/2006/relationships/image" Target="media/image57.tmp"/><Relationship Id="rId76" Type="http://schemas.openxmlformats.org/officeDocument/2006/relationships/image" Target="media/image65.tmp"/><Relationship Id="rId84" Type="http://schemas.openxmlformats.org/officeDocument/2006/relationships/image" Target="media/image73.tmp"/><Relationship Id="rId7" Type="http://schemas.openxmlformats.org/officeDocument/2006/relationships/endnotes" Target="endnotes.xml"/><Relationship Id="rId71" Type="http://schemas.openxmlformats.org/officeDocument/2006/relationships/image" Target="media/image60.tmp"/><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tmp"/><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6.png"/><Relationship Id="rId40" Type="http://schemas.openxmlformats.org/officeDocument/2006/relationships/image" Target="media/image29.tmp"/><Relationship Id="rId45" Type="http://schemas.openxmlformats.org/officeDocument/2006/relationships/image" Target="media/image34.png"/><Relationship Id="rId53" Type="http://schemas.openxmlformats.org/officeDocument/2006/relationships/image" Target="media/image42.tmp"/><Relationship Id="rId58" Type="http://schemas.openxmlformats.org/officeDocument/2006/relationships/image" Target="media/image47.tmp"/><Relationship Id="rId66" Type="http://schemas.openxmlformats.org/officeDocument/2006/relationships/image" Target="media/image55.tmp"/><Relationship Id="rId74" Type="http://schemas.openxmlformats.org/officeDocument/2006/relationships/image" Target="media/image63.tmp"/><Relationship Id="rId79" Type="http://schemas.openxmlformats.org/officeDocument/2006/relationships/image" Target="media/image68.tmp"/><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tmp"/><Relationship Id="rId82" Type="http://schemas.openxmlformats.org/officeDocument/2006/relationships/image" Target="media/image71.tm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yperlink" Target="https://coabreakout.nebraska.gov/" TargetMode="External"/><Relationship Id="rId43" Type="http://schemas.openxmlformats.org/officeDocument/2006/relationships/image" Target="media/image32.png"/><Relationship Id="rId48" Type="http://schemas.openxmlformats.org/officeDocument/2006/relationships/image" Target="media/image37.tmp"/><Relationship Id="rId56" Type="http://schemas.openxmlformats.org/officeDocument/2006/relationships/image" Target="media/image45.tmp"/><Relationship Id="rId64" Type="http://schemas.openxmlformats.org/officeDocument/2006/relationships/image" Target="media/image53.tmp"/><Relationship Id="rId69" Type="http://schemas.openxmlformats.org/officeDocument/2006/relationships/image" Target="media/image58.tmp"/><Relationship Id="rId77" Type="http://schemas.openxmlformats.org/officeDocument/2006/relationships/image" Target="media/image66.tmp"/><Relationship Id="rId8" Type="http://schemas.openxmlformats.org/officeDocument/2006/relationships/hyperlink" Target="https://das.nebraska.gov/materiel/purchasing.html" TargetMode="External"/><Relationship Id="rId51" Type="http://schemas.openxmlformats.org/officeDocument/2006/relationships/image" Target="media/image40.tmp"/><Relationship Id="rId72" Type="http://schemas.openxmlformats.org/officeDocument/2006/relationships/image" Target="media/image61.tmp"/><Relationship Id="rId80" Type="http://schemas.openxmlformats.org/officeDocument/2006/relationships/image" Target="media/image69.tmp"/><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as.nebraska.gov/materiel/docs/NE_DAS_Materiel_Purchasing_Agency-National_Institute_of_Governmental_Purchasing_NIGP_Codes.xls" TargetMode="External"/><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7.tmp"/><Relationship Id="rId46" Type="http://schemas.openxmlformats.org/officeDocument/2006/relationships/image" Target="media/image35.png"/><Relationship Id="rId59" Type="http://schemas.openxmlformats.org/officeDocument/2006/relationships/image" Target="media/image48.tmp"/><Relationship Id="rId67" Type="http://schemas.openxmlformats.org/officeDocument/2006/relationships/image" Target="media/image56.tmp"/><Relationship Id="rId20" Type="http://schemas.openxmlformats.org/officeDocument/2006/relationships/image" Target="media/image10.tmp"/><Relationship Id="rId41" Type="http://schemas.openxmlformats.org/officeDocument/2006/relationships/image" Target="media/image30.tmp"/><Relationship Id="rId54" Type="http://schemas.openxmlformats.org/officeDocument/2006/relationships/image" Target="media/image43.tmp"/><Relationship Id="rId62" Type="http://schemas.openxmlformats.org/officeDocument/2006/relationships/image" Target="media/image51.tmp"/><Relationship Id="rId70" Type="http://schemas.openxmlformats.org/officeDocument/2006/relationships/image" Target="media/image59.tmp"/><Relationship Id="rId75" Type="http://schemas.openxmlformats.org/officeDocument/2006/relationships/image" Target="media/image64.tmp"/><Relationship Id="rId83" Type="http://schemas.openxmlformats.org/officeDocument/2006/relationships/image" Target="media/image72.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tmp"/><Relationship Id="rId10" Type="http://schemas.openxmlformats.org/officeDocument/2006/relationships/image" Target="media/image2.png"/><Relationship Id="rId31" Type="http://schemas.openxmlformats.org/officeDocument/2006/relationships/image" Target="media/image21.tmp"/><Relationship Id="rId44" Type="http://schemas.openxmlformats.org/officeDocument/2006/relationships/image" Target="media/image33.png"/><Relationship Id="rId52" Type="http://schemas.openxmlformats.org/officeDocument/2006/relationships/image" Target="media/image41.tmp"/><Relationship Id="rId60" Type="http://schemas.openxmlformats.org/officeDocument/2006/relationships/image" Target="media/image49.tmp"/><Relationship Id="rId65" Type="http://schemas.openxmlformats.org/officeDocument/2006/relationships/image" Target="media/image54.tmp"/><Relationship Id="rId73" Type="http://schemas.openxmlformats.org/officeDocument/2006/relationships/image" Target="media/image62.tmp"/><Relationship Id="rId78" Type="http://schemas.openxmlformats.org/officeDocument/2006/relationships/image" Target="media/image67.tmp"/><Relationship Id="rId81" Type="http://schemas.openxmlformats.org/officeDocument/2006/relationships/image" Target="media/image70.tmp"/><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3994</Words>
  <Characters>19854</Characters>
  <Application>Microsoft Office Word</Application>
  <DocSecurity>4</DocSecurity>
  <Lines>583</Lines>
  <Paragraphs>418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Stephen, Amy</cp:lastModifiedBy>
  <cp:revision>2</cp:revision>
  <cp:lastPrinted>2026-03-18T19:20:00Z</cp:lastPrinted>
  <dcterms:created xsi:type="dcterms:W3CDTF">2026-03-31T16:59:00Z</dcterms:created>
  <dcterms:modified xsi:type="dcterms:W3CDTF">2026-03-31T16:59:00Z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f1d15445-b2dd-4513-868a-c0db6a5e7cbd</vt:lpwstr>
  </property>
</Properties>
</file>